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C6C0A" w14:textId="5298CE52" w:rsidR="00985470" w:rsidRDefault="00421BD6">
      <w:pPr>
        <w:jc w:val="center"/>
      </w:pPr>
      <w:r w:rsidRPr="00421BD6">
        <w:rPr>
          <w:b/>
          <w:noProof/>
          <w:color w:val="000000"/>
        </w:rPr>
        <w:drawing>
          <wp:inline distT="0" distB="0" distL="0" distR="0" wp14:anchorId="4B3004A4" wp14:editId="0C2EF427">
            <wp:extent cx="4839970" cy="68357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08D1" w14:textId="7CD8F225" w:rsidR="00421BD6" w:rsidRDefault="00421BD6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15B9B1B9" w14:textId="26A0F7B8" w:rsidR="00985470" w:rsidRPr="00C709E9" w:rsidRDefault="00985470" w:rsidP="00985470">
      <w:pPr>
        <w:autoSpaceDE w:val="0"/>
        <w:autoSpaceDN w:val="0"/>
        <w:spacing w:line="230" w:lineRule="auto"/>
      </w:pPr>
      <w:r w:rsidRPr="00C709E9">
        <w:rPr>
          <w:b/>
          <w:color w:val="000000"/>
        </w:rPr>
        <w:t>ПОЯСНИТЕЛЬНАЯ ЗАПИСКА</w:t>
      </w:r>
    </w:p>
    <w:p w14:paraId="0FE3C3E0" w14:textId="77777777" w:rsidR="00985470" w:rsidRPr="00D53121" w:rsidRDefault="00985470" w:rsidP="00985470">
      <w:pPr>
        <w:autoSpaceDE w:val="0"/>
        <w:autoSpaceDN w:val="0"/>
        <w:spacing w:before="346" w:line="278" w:lineRule="auto"/>
        <w:ind w:firstLine="180"/>
      </w:pPr>
      <w:r w:rsidRPr="00D53121">
        <w:rPr>
          <w:color w:val="000000"/>
        </w:rPr>
        <w:t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</w:t>
      </w:r>
      <w:r>
        <w:rPr>
          <w:color w:val="000000"/>
        </w:rPr>
        <w:t>татам освоения программы началь</w:t>
      </w:r>
      <w:r w:rsidRPr="00D53121">
        <w:rPr>
          <w:color w:val="000000"/>
        </w:rPr>
        <w:t>ного общего образования Фед</w:t>
      </w:r>
      <w:r w:rsidR="00DB5543">
        <w:rPr>
          <w:color w:val="000000"/>
        </w:rPr>
        <w:t>ерального государственного обра</w:t>
      </w:r>
      <w:r w:rsidRPr="00D53121">
        <w:rPr>
          <w:color w:val="000000"/>
        </w:rPr>
        <w:t>зовательного стандарта на</w:t>
      </w:r>
      <w:r w:rsidR="00DB5543">
        <w:rPr>
          <w:color w:val="000000"/>
        </w:rPr>
        <w:t>чального общего образования (да</w:t>
      </w:r>
      <w:r w:rsidRPr="00D53121">
        <w:rPr>
          <w:color w:val="000000"/>
        </w:rPr>
        <w:t>лее — ФГОС НОО), а также ориентирована на целевые приоритеты, сформулированные в Примерной программе воспитания.</w:t>
      </w:r>
    </w:p>
    <w:p w14:paraId="2FDE2EA9" w14:textId="77777777" w:rsidR="00985470" w:rsidRPr="00D53121" w:rsidRDefault="00985470" w:rsidP="00985470">
      <w:pPr>
        <w:autoSpaceDE w:val="0"/>
        <w:autoSpaceDN w:val="0"/>
        <w:spacing w:before="190" w:line="230" w:lineRule="auto"/>
        <w:ind w:left="180"/>
      </w:pPr>
      <w:r w:rsidRPr="00D53121">
        <w:rPr>
          <w:b/>
          <w:color w:val="000000"/>
        </w:rPr>
        <w:t>ОБЩАЯ ХАРАКТЕРИСТИКА УЧЕБНОГО ПРЕДМЕТА "РУССКИЙ ЯЗЫК"</w:t>
      </w:r>
    </w:p>
    <w:p w14:paraId="79B0CB67" w14:textId="77777777" w:rsidR="00591227" w:rsidRDefault="00985470" w:rsidP="00985470">
      <w:pPr>
        <w:autoSpaceDE w:val="0"/>
        <w:autoSpaceDN w:val="0"/>
        <w:spacing w:before="192" w:line="290" w:lineRule="auto"/>
        <w:ind w:firstLine="180"/>
        <w:rPr>
          <w:color w:val="000000"/>
        </w:rPr>
      </w:pPr>
      <w:r w:rsidRPr="00D53121">
        <w:rPr>
          <w:color w:val="000000"/>
        </w:rPr>
        <w:t>Русский язык является основ</w:t>
      </w:r>
      <w:r w:rsidR="00DB5543">
        <w:rPr>
          <w:color w:val="000000"/>
        </w:rPr>
        <w:t>ой всего процесса обучения в на</w:t>
      </w:r>
      <w:r>
        <w:rPr>
          <w:color w:val="000000"/>
        </w:rPr>
        <w:t>ч</w:t>
      </w:r>
      <w:r w:rsidRPr="00D53121">
        <w:rPr>
          <w:color w:val="000000"/>
        </w:rPr>
        <w:t>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</w:t>
      </w:r>
      <w:r w:rsidR="00DB5543">
        <w:rPr>
          <w:color w:val="000000"/>
        </w:rPr>
        <w:t xml:space="preserve"> обладает значительным потенциа</w:t>
      </w:r>
      <w:r w:rsidRPr="00D53121">
        <w:rPr>
          <w:color w:val="000000"/>
        </w:rPr>
        <w:t>лом в развитии функцион</w:t>
      </w:r>
      <w:r>
        <w:rPr>
          <w:color w:val="000000"/>
        </w:rPr>
        <w:t>альной грамотности младших школь</w:t>
      </w:r>
      <w:r w:rsidRPr="00D53121">
        <w:rPr>
          <w:color w:val="000000"/>
        </w:rPr>
        <w:t>ников, особенно таких её к</w:t>
      </w:r>
      <w:r w:rsidR="00DB5543">
        <w:rPr>
          <w:color w:val="000000"/>
        </w:rPr>
        <w:t>омпонентов, как языковая, комму</w:t>
      </w:r>
      <w:r w:rsidRPr="00D53121">
        <w:rPr>
          <w:color w:val="000000"/>
        </w:rPr>
        <w:t xml:space="preserve">никативная, читательская, </w:t>
      </w:r>
      <w:r w:rsidR="00DB5543">
        <w:rPr>
          <w:color w:val="000000"/>
        </w:rPr>
        <w:t>общекультурная и социальная гра</w:t>
      </w:r>
      <w:r w:rsidRPr="00D53121">
        <w:rPr>
          <w:color w:val="000000"/>
        </w:rPr>
        <w:t xml:space="preserve">мотность. </w:t>
      </w:r>
    </w:p>
    <w:p w14:paraId="0E782F99" w14:textId="77777777" w:rsidR="00591227" w:rsidRDefault="00985470" w:rsidP="00985470">
      <w:pPr>
        <w:autoSpaceDE w:val="0"/>
        <w:autoSpaceDN w:val="0"/>
        <w:spacing w:before="192" w:line="290" w:lineRule="auto"/>
        <w:ind w:firstLine="180"/>
        <w:rPr>
          <w:color w:val="000000"/>
        </w:rPr>
      </w:pPr>
      <w:r w:rsidRPr="00D53121">
        <w:rPr>
          <w:color w:val="000000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</w:t>
      </w:r>
      <w:r w:rsidR="00DB5543">
        <w:rPr>
          <w:color w:val="000000"/>
        </w:rPr>
        <w:t>ользовать русский язык в различ</w:t>
      </w:r>
      <w:r w:rsidRPr="00D53121">
        <w:rPr>
          <w:color w:val="000000"/>
        </w:rPr>
        <w:t>ных сферах и ситуациях общ</w:t>
      </w:r>
      <w:r w:rsidR="00DB5543">
        <w:rPr>
          <w:color w:val="000000"/>
        </w:rPr>
        <w:t>ения способствуют успешной соци</w:t>
      </w:r>
      <w:r w:rsidRPr="00D53121">
        <w:rPr>
          <w:color w:val="000000"/>
        </w:rPr>
        <w:t xml:space="preserve">ализации младшего школьника. Русский язык, выполняя свои базовые функции общения и выражения мысли, обеспечивает межличностное и социальное </w:t>
      </w:r>
      <w:r w:rsidR="00DB5543">
        <w:rPr>
          <w:color w:val="000000"/>
        </w:rPr>
        <w:t>взаимодействие, участвует в фор</w:t>
      </w:r>
      <w:r w:rsidRPr="00D53121">
        <w:rPr>
          <w:color w:val="000000"/>
        </w:rPr>
        <w:t>мировании самосознания и мировоззрения личности, является важнейшим средством хране</w:t>
      </w:r>
      <w:r w:rsidR="00DB5543">
        <w:rPr>
          <w:color w:val="000000"/>
        </w:rPr>
        <w:t>ния и передачи информации, куль</w:t>
      </w:r>
      <w:r w:rsidRPr="00D53121">
        <w:rPr>
          <w:color w:val="000000"/>
        </w:rPr>
        <w:t>турных традиций, истории русского народа и других народов России. Свободное владение языком, умение выбирать нужные языковые средства во мно</w:t>
      </w:r>
      <w:r w:rsidR="00DB5543">
        <w:rPr>
          <w:color w:val="000000"/>
        </w:rPr>
        <w:t>гом определяют возможность адек</w:t>
      </w:r>
      <w:r w:rsidRPr="00D53121">
        <w:rPr>
          <w:color w:val="000000"/>
        </w:rPr>
        <w:t xml:space="preserve">ватного самовыражения взглядов, мыслей, чувств, проявления себя в различных жизненно важных для человека областях. </w:t>
      </w:r>
    </w:p>
    <w:p w14:paraId="33C6B9C1" w14:textId="77777777" w:rsidR="00985470" w:rsidRPr="00985470" w:rsidRDefault="00985470" w:rsidP="00985470">
      <w:pPr>
        <w:autoSpaceDE w:val="0"/>
        <w:autoSpaceDN w:val="0"/>
        <w:spacing w:before="192" w:line="290" w:lineRule="auto"/>
        <w:ind w:firstLine="180"/>
        <w:rPr>
          <w:color w:val="000000"/>
        </w:rPr>
      </w:pPr>
      <w:r w:rsidRPr="00D53121">
        <w:rPr>
          <w:color w:val="000000"/>
        </w:rPr>
        <w:t>Изучение русского языка обладает огромным потенциалом присвоения традиционных</w:t>
      </w:r>
      <w:r w:rsidR="00DB5543">
        <w:rPr>
          <w:color w:val="000000"/>
        </w:rPr>
        <w:t xml:space="preserve"> социокультурных и духовно нрав</w:t>
      </w:r>
      <w:r w:rsidRPr="00D53121">
        <w:rPr>
          <w:color w:val="000000"/>
        </w:rPr>
        <w:t>ственных ценностей, приняты</w:t>
      </w:r>
      <w:r w:rsidR="00DB5543">
        <w:rPr>
          <w:color w:val="000000"/>
        </w:rPr>
        <w:t>х в обществе правил и норм пове</w:t>
      </w:r>
      <w:r w:rsidRPr="00D53121">
        <w:rPr>
          <w:color w:val="000000"/>
        </w:rPr>
        <w:t>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</w:t>
      </w:r>
      <w:r w:rsidR="00DB5543">
        <w:rPr>
          <w:color w:val="000000"/>
        </w:rPr>
        <w:t>начимыми личностными результата</w:t>
      </w:r>
      <w:r w:rsidRPr="00D53121">
        <w:rPr>
          <w:color w:val="000000"/>
        </w:rPr>
        <w:t>ми являются развитие устойчивого познавательного интереса к изучению русского языка, формирование ответственности за сохранение чистоты русского</w:t>
      </w:r>
      <w:r w:rsidR="00DB5543">
        <w:rPr>
          <w:color w:val="000000"/>
        </w:rPr>
        <w:t xml:space="preserve"> языка. Достижение этих личност</w:t>
      </w:r>
      <w:r w:rsidRPr="00D53121">
        <w:rPr>
          <w:color w:val="000000"/>
        </w:rPr>
        <w:t>ных результатов —длительный процесс, разворачивающийся на протяжении изучения содержания предмета.</w:t>
      </w:r>
    </w:p>
    <w:p w14:paraId="69D0EB4A" w14:textId="77777777" w:rsidR="00985470" w:rsidRPr="00D53121" w:rsidRDefault="00985470" w:rsidP="00985470">
      <w:pPr>
        <w:autoSpaceDE w:val="0"/>
        <w:autoSpaceDN w:val="0"/>
        <w:spacing w:before="70" w:line="286" w:lineRule="auto"/>
        <w:ind w:firstLine="180"/>
      </w:pPr>
      <w:r w:rsidRPr="00D53121">
        <w:rPr>
          <w:color w:val="000000"/>
        </w:rPr>
        <w:t>Центральной идеей конст</w:t>
      </w:r>
      <w:r w:rsidR="00DB5543">
        <w:rPr>
          <w:color w:val="000000"/>
        </w:rPr>
        <w:t>руирования содержания и планиру</w:t>
      </w:r>
      <w:r w:rsidRPr="00D53121">
        <w:rPr>
          <w:color w:val="000000"/>
        </w:rPr>
        <w:t xml:space="preserve">емых результатов обучения является признание равной значимости работы по изучению </w:t>
      </w:r>
      <w:r w:rsidR="00DB5543">
        <w:rPr>
          <w:color w:val="000000"/>
        </w:rPr>
        <w:t>системы языка и работы по совер</w:t>
      </w:r>
      <w:r w:rsidRPr="00D53121">
        <w:rPr>
          <w:color w:val="000000"/>
        </w:rPr>
        <w:t xml:space="preserve">шенствованию речи младших школьников. Языковой материал призван сформировать первоначальные </w:t>
      </w:r>
      <w:r w:rsidRPr="00D53121">
        <w:br/>
      </w:r>
      <w:r w:rsidRPr="00D53121">
        <w:rPr>
          <w:color w:val="000000"/>
        </w:rPr>
        <w:t>представлени</w:t>
      </w:r>
      <w:r w:rsidR="00DB5543">
        <w:rPr>
          <w:color w:val="000000"/>
        </w:rPr>
        <w:t>я о струк</w:t>
      </w:r>
      <w:r w:rsidRPr="00D53121">
        <w:rPr>
          <w:color w:val="000000"/>
        </w:rPr>
        <w:t xml:space="preserve">туре русского языка, способствовать усвоению норм русского литературного языка, орфографических и пунктуационных правил. Развитие устной </w:t>
      </w:r>
      <w:r w:rsidR="00DB5543">
        <w:rPr>
          <w:color w:val="000000"/>
        </w:rPr>
        <w:t>и письменной речи младших школь</w:t>
      </w:r>
      <w:r w:rsidRPr="00D53121">
        <w:rPr>
          <w:color w:val="000000"/>
        </w:rPr>
        <w:t>ников направлено на решение практической задачи развития всех видов речевой деятельно</w:t>
      </w:r>
      <w:r w:rsidR="00DB5543">
        <w:rPr>
          <w:color w:val="000000"/>
        </w:rPr>
        <w:t>сти, отработку навыков использо</w:t>
      </w:r>
      <w:r w:rsidRPr="00D53121">
        <w:rPr>
          <w:color w:val="000000"/>
        </w:rPr>
        <w:t xml:space="preserve">вания усвоенных норм русского литературного языка, речевых норм и правил речевого этикета в процессе </w:t>
      </w:r>
      <w:r w:rsidR="00DB5543">
        <w:rPr>
          <w:color w:val="000000"/>
        </w:rPr>
        <w:lastRenderedPageBreak/>
        <w:t>устного и письмен</w:t>
      </w:r>
      <w:r w:rsidRPr="00D53121">
        <w:rPr>
          <w:color w:val="000000"/>
        </w:rPr>
        <w:t xml:space="preserve">ного общения. Ряд задач по </w:t>
      </w:r>
      <w:r w:rsidRPr="00D53121">
        <w:br/>
      </w:r>
      <w:r w:rsidR="00DB5543">
        <w:rPr>
          <w:color w:val="000000"/>
        </w:rPr>
        <w:t>совершенствованию речевой дея</w:t>
      </w:r>
      <w:r w:rsidRPr="00D53121">
        <w:rPr>
          <w:color w:val="000000"/>
        </w:rPr>
        <w:t>тельности решаются совместно с учебным предметом «Литературное чтение».</w:t>
      </w:r>
    </w:p>
    <w:p w14:paraId="0EDF6F58" w14:textId="77777777" w:rsidR="00985470" w:rsidRPr="00985470" w:rsidRDefault="00985470" w:rsidP="00985470">
      <w:pPr>
        <w:autoSpaceDE w:val="0"/>
        <w:autoSpaceDN w:val="0"/>
        <w:spacing w:before="70" w:line="230" w:lineRule="auto"/>
        <w:ind w:left="180"/>
        <w:rPr>
          <w:b/>
        </w:rPr>
      </w:pPr>
      <w:r w:rsidRPr="00985470">
        <w:rPr>
          <w:b/>
          <w:color w:val="000000"/>
        </w:rPr>
        <w:t>Общее число часов, отвед</w:t>
      </w:r>
      <w:r w:rsidR="00DB5543">
        <w:rPr>
          <w:b/>
          <w:color w:val="000000"/>
        </w:rPr>
        <w:t>ённых на изучение «Русского язы</w:t>
      </w:r>
      <w:r w:rsidRPr="00985470">
        <w:rPr>
          <w:b/>
          <w:color w:val="000000"/>
        </w:rPr>
        <w:t xml:space="preserve">ка», в 1 классе — 165 ч. </w:t>
      </w:r>
    </w:p>
    <w:p w14:paraId="2CBF474E" w14:textId="77777777" w:rsidR="00985470" w:rsidRPr="00D53121" w:rsidRDefault="00985470" w:rsidP="00985470">
      <w:pPr>
        <w:autoSpaceDE w:val="0"/>
        <w:autoSpaceDN w:val="0"/>
        <w:spacing w:before="430" w:line="230" w:lineRule="auto"/>
        <w:ind w:left="180"/>
      </w:pPr>
      <w:r w:rsidRPr="00D53121">
        <w:rPr>
          <w:b/>
          <w:color w:val="000000"/>
        </w:rPr>
        <w:t>ЦЕЛИ ИЗУЧЕНИЯ УЧЕБНОГО ПРЕДМЕТА "РУССКИЙ ЯЗЫК"</w:t>
      </w:r>
    </w:p>
    <w:p w14:paraId="411F47FD" w14:textId="77777777" w:rsidR="00985470" w:rsidRPr="00D53121" w:rsidRDefault="00985470" w:rsidP="00985470">
      <w:pPr>
        <w:autoSpaceDE w:val="0"/>
        <w:autoSpaceDN w:val="0"/>
        <w:spacing w:after="90" w:line="220" w:lineRule="exact"/>
      </w:pPr>
    </w:p>
    <w:p w14:paraId="681987C7" w14:textId="77777777" w:rsidR="00985470" w:rsidRPr="00D53121" w:rsidRDefault="00985470" w:rsidP="00985470">
      <w:pPr>
        <w:autoSpaceDE w:val="0"/>
        <w:autoSpaceDN w:val="0"/>
        <w:ind w:right="144" w:firstLine="180"/>
      </w:pPr>
      <w:r w:rsidRPr="00D53121">
        <w:rPr>
          <w:color w:val="000000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</w:t>
      </w:r>
      <w:proofErr w:type="spellStart"/>
      <w:r w:rsidRPr="00D53121">
        <w:rPr>
          <w:color w:val="000000"/>
        </w:rPr>
        <w:t>ствий</w:t>
      </w:r>
      <w:proofErr w:type="spellEnd"/>
      <w:r w:rsidRPr="00D53121">
        <w:rPr>
          <w:color w:val="000000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367AD973" w14:textId="77777777" w:rsidR="00985470" w:rsidRPr="00D53121" w:rsidRDefault="00985470" w:rsidP="00985470">
      <w:pPr>
        <w:autoSpaceDE w:val="0"/>
        <w:autoSpaceDN w:val="0"/>
        <w:spacing w:before="70" w:line="230" w:lineRule="auto"/>
        <w:ind w:left="180"/>
      </w:pPr>
      <w:r w:rsidRPr="00D53121">
        <w:rPr>
          <w:b/>
          <w:color w:val="000000"/>
        </w:rPr>
        <w:t>Изучение русского языка в начальной школе направлено на достижение следующих целей:</w:t>
      </w:r>
    </w:p>
    <w:p w14:paraId="21F4E9CB" w14:textId="77777777" w:rsidR="00985470" w:rsidRPr="00D53121" w:rsidRDefault="00985470" w:rsidP="00985470">
      <w:pPr>
        <w:autoSpaceDE w:val="0"/>
        <w:autoSpaceDN w:val="0"/>
        <w:spacing w:before="178" w:line="281" w:lineRule="auto"/>
        <w:ind w:left="420"/>
      </w:pPr>
      <w:r w:rsidRPr="00D53121">
        <w:rPr>
          <w:color w:val="000000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D53121">
        <w:rPr>
          <w:rFonts w:ascii="DejaVu Serif" w:eastAsia="DejaVu Serif" w:hAnsi="DejaVu Serif"/>
          <w:color w:val="000000"/>
        </w:rPr>
        <w:t>‐</w:t>
      </w:r>
      <w:r w:rsidRPr="00D53121">
        <w:rPr>
          <w:color w:val="000000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D53121">
        <w:rPr>
          <w:color w:val="000000"/>
        </w:rPr>
        <w:t>язы</w:t>
      </w:r>
      <w:proofErr w:type="spellEnd"/>
      <w:r w:rsidRPr="00D53121">
        <w:rPr>
          <w:color w:val="000000"/>
        </w:rPr>
        <w:t>​ка как государственного языка Российской Федерации; пони​</w:t>
      </w:r>
      <w:r w:rsidRPr="00D53121">
        <w:rPr>
          <w:rFonts w:ascii="DejaVu Serif" w:eastAsia="DejaVu Serif" w:hAnsi="DejaVu Serif"/>
          <w:color w:val="000000"/>
        </w:rPr>
        <w:t>‐</w:t>
      </w:r>
      <w:r w:rsidRPr="00D53121">
        <w:rPr>
          <w:color w:val="000000"/>
        </w:rPr>
        <w:t>мание роли русского языка как языка межнационального об​</w:t>
      </w:r>
      <w:proofErr w:type="spellStart"/>
      <w:r w:rsidRPr="00D53121">
        <w:rPr>
          <w:color w:val="000000"/>
        </w:rPr>
        <w:t>щения</w:t>
      </w:r>
      <w:proofErr w:type="spellEnd"/>
      <w:r w:rsidRPr="00D53121">
        <w:rPr>
          <w:color w:val="000000"/>
        </w:rPr>
        <w:t>; осознание правильной устной и письменной речи как показателя общей культуры человека;</w:t>
      </w:r>
    </w:p>
    <w:p w14:paraId="4BB9E27E" w14:textId="77777777" w:rsidR="00985470" w:rsidRPr="00D53121" w:rsidRDefault="00985470" w:rsidP="00985470">
      <w:pPr>
        <w:autoSpaceDE w:val="0"/>
        <w:autoSpaceDN w:val="0"/>
        <w:spacing w:before="192" w:line="271" w:lineRule="auto"/>
        <w:ind w:left="420" w:right="1152"/>
      </w:pPr>
      <w:r w:rsidRPr="00D53121">
        <w:rPr>
          <w:color w:val="000000"/>
        </w:rPr>
        <w:t>—  овладение основными видами речевой деятельности на ос​</w:t>
      </w:r>
      <w:proofErr w:type="spellStart"/>
      <w:r w:rsidRPr="00D53121">
        <w:rPr>
          <w:color w:val="000000"/>
        </w:rPr>
        <w:t>нове</w:t>
      </w:r>
      <w:proofErr w:type="spellEnd"/>
      <w:r w:rsidRPr="00D53121">
        <w:rPr>
          <w:color w:val="000000"/>
        </w:rPr>
        <w:t xml:space="preserve"> первоначальных представлений о нормах современного русского литературного языка: аудированием, говорением, </w:t>
      </w:r>
      <w:proofErr w:type="spellStart"/>
      <w:r w:rsidRPr="00D53121">
        <w:rPr>
          <w:color w:val="000000"/>
        </w:rPr>
        <w:t>чте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нием</w:t>
      </w:r>
      <w:proofErr w:type="spellEnd"/>
      <w:r w:rsidRPr="00D53121">
        <w:rPr>
          <w:color w:val="000000"/>
        </w:rPr>
        <w:t>, письмом;</w:t>
      </w:r>
    </w:p>
    <w:p w14:paraId="3532DC22" w14:textId="77777777" w:rsidR="00985470" w:rsidRPr="00D53121" w:rsidRDefault="00985470" w:rsidP="00985470">
      <w:pPr>
        <w:autoSpaceDE w:val="0"/>
        <w:autoSpaceDN w:val="0"/>
        <w:spacing w:before="190" w:line="281" w:lineRule="auto"/>
        <w:ind w:left="420"/>
      </w:pPr>
      <w:r w:rsidRPr="00D53121">
        <w:rPr>
          <w:color w:val="000000"/>
        </w:rPr>
        <w:t xml:space="preserve">—  овладение первоначальными научными представлениями о системе русского языка: </w:t>
      </w:r>
      <w:r w:rsidRPr="00D53121">
        <w:br/>
      </w:r>
      <w:r w:rsidRPr="00D53121">
        <w:rPr>
          <w:color w:val="000000"/>
        </w:rPr>
        <w:t>фонетике, графике, лексике, морфе​</w:t>
      </w:r>
      <w:proofErr w:type="spellStart"/>
      <w:r w:rsidRPr="00D53121">
        <w:rPr>
          <w:color w:val="000000"/>
        </w:rPr>
        <w:t>мике</w:t>
      </w:r>
      <w:proofErr w:type="spellEnd"/>
      <w:r w:rsidRPr="00D53121">
        <w:rPr>
          <w:color w:val="000000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D53121">
        <w:rPr>
          <w:color w:val="000000"/>
        </w:rPr>
        <w:t>использова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в речевой деятельности норм современного русского литера​</w:t>
      </w:r>
      <w:proofErr w:type="spellStart"/>
      <w:r w:rsidRPr="00D53121">
        <w:rPr>
          <w:color w:val="000000"/>
        </w:rPr>
        <w:t>турного</w:t>
      </w:r>
      <w:proofErr w:type="spellEnd"/>
      <w:r w:rsidRPr="00D53121">
        <w:rPr>
          <w:color w:val="000000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7B33CE74" w14:textId="77777777" w:rsidR="00985470" w:rsidRPr="00D53121" w:rsidRDefault="00985470" w:rsidP="00985470">
      <w:pPr>
        <w:autoSpaceDE w:val="0"/>
        <w:autoSpaceDN w:val="0"/>
        <w:spacing w:before="190" w:line="262" w:lineRule="auto"/>
        <w:ind w:left="420" w:right="1008"/>
      </w:pPr>
      <w:r w:rsidRPr="00D53121">
        <w:rPr>
          <w:color w:val="000000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D842AA2" w14:textId="77777777" w:rsidR="00985470" w:rsidRPr="00D53121" w:rsidRDefault="00985470" w:rsidP="00985470">
      <w:pPr>
        <w:autoSpaceDE w:val="0"/>
        <w:autoSpaceDN w:val="0"/>
        <w:spacing w:after="78" w:line="220" w:lineRule="exact"/>
      </w:pPr>
    </w:p>
    <w:p w14:paraId="2264514F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7D900FF9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1AC1C037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15F7C218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5CDDCA77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43AD1677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6243A7E6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588D0622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35312F8D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3AFA0EF6" w14:textId="77777777" w:rsidR="00591227" w:rsidRDefault="00591227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261CCBEF" w14:textId="77777777" w:rsidR="00985470" w:rsidRPr="00D53121" w:rsidRDefault="00985470" w:rsidP="00985470">
      <w:pPr>
        <w:autoSpaceDE w:val="0"/>
        <w:autoSpaceDN w:val="0"/>
        <w:spacing w:line="230" w:lineRule="auto"/>
      </w:pPr>
      <w:r w:rsidRPr="00D53121">
        <w:rPr>
          <w:b/>
          <w:color w:val="000000"/>
        </w:rPr>
        <w:lastRenderedPageBreak/>
        <w:t xml:space="preserve">СОДЕРЖАНИЕ УЧЕБНОГО ПРЕДМЕТА </w:t>
      </w:r>
    </w:p>
    <w:p w14:paraId="39C85E20" w14:textId="77777777" w:rsidR="00985470" w:rsidRPr="00D53121" w:rsidRDefault="00985470" w:rsidP="00985470">
      <w:pPr>
        <w:autoSpaceDE w:val="0"/>
        <w:autoSpaceDN w:val="0"/>
        <w:spacing w:before="346" w:line="230" w:lineRule="auto"/>
        <w:ind w:left="180"/>
      </w:pPr>
      <w:r w:rsidRPr="00D53121">
        <w:rPr>
          <w:b/>
          <w:color w:val="000000"/>
        </w:rPr>
        <w:t>Обучение грамоте</w:t>
      </w:r>
    </w:p>
    <w:p w14:paraId="56CFC458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/>
        <w:ind w:right="144"/>
      </w:pPr>
      <w:r w:rsidRPr="00D53121">
        <w:tab/>
      </w:r>
      <w:r w:rsidRPr="00D53121">
        <w:rPr>
          <w:b/>
          <w:color w:val="000000"/>
        </w:rPr>
        <w:t xml:space="preserve">Развитие речи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Составление небольших рассказов повествовательного </w:t>
      </w:r>
      <w:proofErr w:type="spellStart"/>
      <w:r w:rsidRPr="00D53121">
        <w:rPr>
          <w:color w:val="000000"/>
        </w:rPr>
        <w:t>харак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тера</w:t>
      </w:r>
      <w:proofErr w:type="spellEnd"/>
      <w:r w:rsidRPr="00D53121">
        <w:rPr>
          <w:color w:val="000000"/>
        </w:rPr>
        <w:t xml:space="preserve"> по серии сюжетных картинок, материалам собственных игр, занятий, наблюдений. Понимание текста при его прослушивании и при </w:t>
      </w:r>
      <w:proofErr w:type="spellStart"/>
      <w:r w:rsidRPr="00D53121">
        <w:rPr>
          <w:color w:val="000000"/>
        </w:rPr>
        <w:t>самостоя</w:t>
      </w:r>
      <w:proofErr w:type="spellEnd"/>
      <w:r w:rsidRPr="00D53121">
        <w:rPr>
          <w:color w:val="000000"/>
        </w:rPr>
        <w:t>​тельном чтении вслух.</w:t>
      </w:r>
    </w:p>
    <w:p w14:paraId="7BAC522F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71" w:lineRule="auto"/>
        <w:ind w:right="144"/>
      </w:pPr>
      <w:r w:rsidRPr="00D53121">
        <w:tab/>
      </w:r>
      <w:r w:rsidRPr="00D53121">
        <w:rPr>
          <w:b/>
          <w:color w:val="000000"/>
        </w:rPr>
        <w:t xml:space="preserve">Слово и предложение </w:t>
      </w:r>
      <w:r w:rsidRPr="00D53121">
        <w:br/>
      </w:r>
      <w:r w:rsidRPr="00D53121">
        <w:tab/>
      </w:r>
      <w:r w:rsidRPr="00D53121">
        <w:rPr>
          <w:color w:val="000000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14:paraId="1CD9DCB2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2" w:line="286" w:lineRule="auto"/>
      </w:pPr>
      <w:r w:rsidRPr="00D53121">
        <w:tab/>
      </w:r>
      <w:r w:rsidRPr="00D53121">
        <w:rPr>
          <w:b/>
          <w:color w:val="000000"/>
        </w:rPr>
        <w:t xml:space="preserve">Фонетика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Звуки речи. Единство звукового состава слова и его значения. Установление последовательности звуков в слове </w:t>
      </w:r>
      <w:proofErr w:type="gramStart"/>
      <w:r w:rsidRPr="00D53121">
        <w:rPr>
          <w:color w:val="000000"/>
        </w:rPr>
        <w:t xml:space="preserve">и  </w:t>
      </w:r>
      <w:proofErr w:type="spellStart"/>
      <w:r w:rsidRPr="00D53121">
        <w:rPr>
          <w:color w:val="000000"/>
        </w:rPr>
        <w:t>количе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ства</w:t>
      </w:r>
      <w:proofErr w:type="spellEnd"/>
      <w:proofErr w:type="gramEnd"/>
      <w:r w:rsidRPr="00D53121">
        <w:rPr>
          <w:color w:val="000000"/>
        </w:rPr>
        <w:t xml:space="preserve"> звуков. Сопоставление слов, различающихся одним или несколькими звуками. Звуковой анализ слова, работа со звуко​</w:t>
      </w:r>
      <w:proofErr w:type="spellStart"/>
      <w:r w:rsidRPr="00D53121">
        <w:rPr>
          <w:color w:val="000000"/>
        </w:rPr>
        <w:t>выми</w:t>
      </w:r>
      <w:proofErr w:type="spellEnd"/>
      <w:r w:rsidRPr="00D53121">
        <w:rPr>
          <w:color w:val="000000"/>
        </w:rPr>
        <w:t xml:space="preserve">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</w:t>
      </w:r>
      <w:proofErr w:type="spellStart"/>
      <w:r w:rsidRPr="00D53121">
        <w:rPr>
          <w:color w:val="000000"/>
        </w:rPr>
        <w:t>Количе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ство</w:t>
      </w:r>
      <w:proofErr w:type="spellEnd"/>
      <w:r w:rsidRPr="00D53121">
        <w:rPr>
          <w:color w:val="000000"/>
        </w:rPr>
        <w:t xml:space="preserve"> слогов в слове. Ударный слог.</w:t>
      </w:r>
    </w:p>
    <w:p w14:paraId="6CF469CF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81" w:lineRule="auto"/>
      </w:pPr>
      <w:r w:rsidRPr="00D53121">
        <w:tab/>
      </w:r>
      <w:r w:rsidRPr="00D53121">
        <w:rPr>
          <w:b/>
          <w:color w:val="000000"/>
        </w:rPr>
        <w:t xml:space="preserve">Графика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proofErr w:type="spellStart"/>
      <w:r w:rsidRPr="00D53121">
        <w:rPr>
          <w:color w:val="000000"/>
        </w:rPr>
        <w:t>твёр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дости</w:t>
      </w:r>
      <w:proofErr w:type="spellEnd"/>
      <w:r w:rsidRPr="00D53121">
        <w:rPr>
          <w:color w:val="000000"/>
        </w:rPr>
        <w:t xml:space="preserve"> — мягкости согласных звуков. Функции букв е, ё, ю, я. Мягкий знак как показатель мягкости предшествующего со​ гласного звука в конце слова. Последовательность букв в русском алфавите.</w:t>
      </w:r>
    </w:p>
    <w:p w14:paraId="778C1F89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83" w:lineRule="auto"/>
      </w:pPr>
      <w:r w:rsidRPr="00D53121">
        <w:tab/>
      </w:r>
      <w:r w:rsidRPr="00D53121">
        <w:rPr>
          <w:b/>
          <w:color w:val="000000"/>
        </w:rPr>
        <w:t xml:space="preserve">Чтение </w:t>
      </w:r>
      <w:r w:rsidRPr="00D53121">
        <w:br/>
      </w:r>
      <w:r w:rsidRPr="00D53121">
        <w:tab/>
      </w:r>
      <w:r w:rsidRPr="00D53121">
        <w:rPr>
          <w:color w:val="000000"/>
        </w:rPr>
        <w:t>Слоговое чтение (ориентация на букву, обозначающую глас​</w:t>
      </w:r>
      <w:proofErr w:type="spellStart"/>
      <w:r w:rsidRPr="00D53121">
        <w:rPr>
          <w:color w:val="000000"/>
        </w:rPr>
        <w:t>ный</w:t>
      </w:r>
      <w:proofErr w:type="spellEnd"/>
      <w:r w:rsidRPr="00D53121">
        <w:rPr>
          <w:color w:val="000000"/>
        </w:rPr>
        <w:t xml:space="preserve"> звук).  Плавное слоговое чтение и чтение целыми словами со скоростью, соответствующей индивидуальному темпу. </w:t>
      </w:r>
      <w:proofErr w:type="spellStart"/>
      <w:r w:rsidRPr="00D53121">
        <w:rPr>
          <w:color w:val="000000"/>
        </w:rPr>
        <w:t>Чте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с </w:t>
      </w:r>
      <w:r w:rsidRPr="00D53121">
        <w:br/>
      </w:r>
      <w:r w:rsidRPr="00D53121">
        <w:rPr>
          <w:color w:val="000000"/>
        </w:rPr>
        <w:t xml:space="preserve">интонациями и паузами в соответствии со знаками </w:t>
      </w:r>
      <w:proofErr w:type="spellStart"/>
      <w:r w:rsidRPr="00D53121">
        <w:rPr>
          <w:color w:val="000000"/>
        </w:rPr>
        <w:t>препи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нания</w:t>
      </w:r>
      <w:proofErr w:type="spellEnd"/>
      <w:r w:rsidRPr="00D53121">
        <w:rPr>
          <w:color w:val="000000"/>
        </w:rPr>
        <w:t xml:space="preserve">. Осознанное чтение слов, </w:t>
      </w:r>
      <w:r w:rsidRPr="00D53121">
        <w:br/>
      </w:r>
      <w:r w:rsidRPr="00D53121">
        <w:rPr>
          <w:color w:val="000000"/>
        </w:rPr>
        <w:t>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слова​ми). Орфографическое чтение (проговаривание) как средство самоконтроля при письме под диктовку и при списывании.</w:t>
      </w:r>
    </w:p>
    <w:p w14:paraId="55A2B5FE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2" w:line="286" w:lineRule="auto"/>
        <w:ind w:right="144"/>
      </w:pPr>
      <w:r w:rsidRPr="00D53121">
        <w:tab/>
      </w:r>
      <w:r w:rsidRPr="00D53121">
        <w:rPr>
          <w:b/>
          <w:color w:val="000000"/>
        </w:rPr>
        <w:t xml:space="preserve">Письмо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Ориентация на пространстве листа в тетради и на </w:t>
      </w:r>
      <w:proofErr w:type="spellStart"/>
      <w:r w:rsidRPr="00D53121">
        <w:rPr>
          <w:color w:val="000000"/>
        </w:rPr>
        <w:t>простран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стве</w:t>
      </w:r>
      <w:proofErr w:type="spellEnd"/>
      <w:r w:rsidRPr="00D53121">
        <w:rPr>
          <w:color w:val="000000"/>
        </w:rPr>
        <w:t xml:space="preserve"> классной доски. Гигиенические требования, которые </w:t>
      </w:r>
      <w:proofErr w:type="spellStart"/>
      <w:r w:rsidRPr="00D53121">
        <w:rPr>
          <w:color w:val="000000"/>
        </w:rPr>
        <w:t>необ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ходимо</w:t>
      </w:r>
      <w:proofErr w:type="spellEnd"/>
      <w:r w:rsidRPr="00D53121">
        <w:rPr>
          <w:color w:val="000000"/>
        </w:rPr>
        <w:t xml:space="preserve"> соблюдать во время </w:t>
      </w:r>
      <w:proofErr w:type="spellStart"/>
      <w:proofErr w:type="gramStart"/>
      <w:r w:rsidRPr="00D53121">
        <w:rPr>
          <w:color w:val="000000"/>
        </w:rPr>
        <w:t>письма.Начертание</w:t>
      </w:r>
      <w:proofErr w:type="spellEnd"/>
      <w:proofErr w:type="gramEnd"/>
      <w:r w:rsidRPr="00D53121">
        <w:rPr>
          <w:color w:val="000000"/>
        </w:rPr>
        <w:t xml:space="preserve"> письменных прописных и строчных букв. </w:t>
      </w:r>
      <w:proofErr w:type="spellStart"/>
      <w:r w:rsidRPr="00D53121">
        <w:rPr>
          <w:color w:val="000000"/>
        </w:rPr>
        <w:t>Пись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мо</w:t>
      </w:r>
      <w:proofErr w:type="spellEnd"/>
      <w:r w:rsidRPr="00D53121">
        <w:rPr>
          <w:color w:val="000000"/>
        </w:rPr>
        <w:t xml:space="preserve"> букв, буквосочетаний, слогов, слов, предложений с </w:t>
      </w:r>
      <w:proofErr w:type="spellStart"/>
      <w:r w:rsidRPr="00D53121">
        <w:rPr>
          <w:color w:val="000000"/>
        </w:rPr>
        <w:t>соблюде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нием</w:t>
      </w:r>
      <w:proofErr w:type="spellEnd"/>
      <w:r w:rsidRPr="00D53121">
        <w:rPr>
          <w:color w:val="000000"/>
        </w:rPr>
        <w:t xml:space="preserve"> </w:t>
      </w:r>
      <w:r w:rsidRPr="00D53121">
        <w:br/>
      </w:r>
      <w:r w:rsidRPr="00D53121">
        <w:rPr>
          <w:color w:val="000000"/>
        </w:rPr>
        <w:t xml:space="preserve">гигиенических норм. Письмо разборчивым, аккуратным почерком. Письмо под диктовку слов и предложений, </w:t>
      </w:r>
      <w:proofErr w:type="spellStart"/>
      <w:r w:rsidRPr="00D53121">
        <w:rPr>
          <w:color w:val="000000"/>
        </w:rPr>
        <w:t>написа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которых не расходится с </w:t>
      </w:r>
      <w:r w:rsidRPr="00D53121">
        <w:rPr>
          <w:color w:val="000000"/>
        </w:rPr>
        <w:lastRenderedPageBreak/>
        <w:t>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14:paraId="5E2CA86A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81" w:lineRule="auto"/>
      </w:pPr>
      <w:r w:rsidRPr="00D53121">
        <w:tab/>
      </w:r>
      <w:r w:rsidRPr="00D53121">
        <w:rPr>
          <w:b/>
          <w:color w:val="000000"/>
        </w:rPr>
        <w:t xml:space="preserve">Орфография и пунктуация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Правила правописания и их применение: раздельное </w:t>
      </w:r>
      <w:proofErr w:type="spellStart"/>
      <w:r w:rsidRPr="00D53121">
        <w:rPr>
          <w:color w:val="000000"/>
        </w:rPr>
        <w:t>написа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слов; обозначение гласных после шипящих в сочетаниях </w:t>
      </w:r>
      <w:proofErr w:type="spellStart"/>
      <w:r w:rsidRPr="00D53121">
        <w:rPr>
          <w:color w:val="000000"/>
        </w:rPr>
        <w:t>жи</w:t>
      </w:r>
      <w:proofErr w:type="spellEnd"/>
      <w:r w:rsidRPr="00D53121">
        <w:rPr>
          <w:color w:val="000000"/>
        </w:rPr>
        <w:t xml:space="preserve">, ши (в положении под ударением), </w:t>
      </w:r>
      <w:proofErr w:type="spellStart"/>
      <w:r w:rsidRPr="00D53121">
        <w:rPr>
          <w:color w:val="000000"/>
        </w:rPr>
        <w:t>ча</w:t>
      </w:r>
      <w:proofErr w:type="spellEnd"/>
      <w:r w:rsidRPr="00D53121">
        <w:rPr>
          <w:color w:val="000000"/>
        </w:rPr>
        <w:t xml:space="preserve">, ща, чу, </w:t>
      </w:r>
      <w:proofErr w:type="spellStart"/>
      <w:r w:rsidRPr="00D53121">
        <w:rPr>
          <w:color w:val="000000"/>
        </w:rPr>
        <w:t>щу</w:t>
      </w:r>
      <w:proofErr w:type="spellEnd"/>
      <w:r w:rsidRPr="00D53121">
        <w:rPr>
          <w:color w:val="000000"/>
        </w:rPr>
        <w:t xml:space="preserve">; </w:t>
      </w:r>
      <w:proofErr w:type="spellStart"/>
      <w:r w:rsidRPr="00D53121">
        <w:rPr>
          <w:color w:val="000000"/>
        </w:rPr>
        <w:t>пропис</w:t>
      </w:r>
      <w:proofErr w:type="spellEnd"/>
      <w:r w:rsidRPr="00D53121">
        <w:rPr>
          <w:color w:val="000000"/>
        </w:rPr>
        <w:t>​ная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14:paraId="7245CDDC" w14:textId="77777777" w:rsidR="00985470" w:rsidRPr="00D53121" w:rsidRDefault="00985470" w:rsidP="00985470">
      <w:pPr>
        <w:autoSpaceDE w:val="0"/>
        <w:autoSpaceDN w:val="0"/>
        <w:spacing w:before="190" w:line="230" w:lineRule="auto"/>
        <w:ind w:left="180"/>
      </w:pPr>
      <w:r w:rsidRPr="00D53121">
        <w:rPr>
          <w:b/>
          <w:color w:val="0F0F50"/>
        </w:rPr>
        <w:t>СИСТЕМАТИЧЕСКИЙ КУРС</w:t>
      </w:r>
    </w:p>
    <w:p w14:paraId="7AF76B94" w14:textId="77777777" w:rsidR="00985470" w:rsidRPr="00D53121" w:rsidRDefault="00985470" w:rsidP="00985470">
      <w:pPr>
        <w:autoSpaceDE w:val="0"/>
        <w:autoSpaceDN w:val="0"/>
        <w:spacing w:line="262" w:lineRule="auto"/>
        <w:ind w:left="180" w:right="2016"/>
      </w:pPr>
      <w:r w:rsidRPr="00D53121">
        <w:rPr>
          <w:b/>
          <w:color w:val="000000"/>
        </w:rPr>
        <w:t xml:space="preserve">Общие сведения о языке </w:t>
      </w:r>
      <w:r w:rsidRPr="00D53121">
        <w:br/>
      </w:r>
      <w:r w:rsidRPr="00D53121">
        <w:rPr>
          <w:color w:val="000000"/>
        </w:rPr>
        <w:t>Язык как основное средство человеческого общения.  Цели и ситуации общения.</w:t>
      </w:r>
    </w:p>
    <w:p w14:paraId="00E6F3F2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81" w:lineRule="auto"/>
      </w:pPr>
      <w:r w:rsidRPr="00D53121">
        <w:tab/>
      </w:r>
      <w:r w:rsidRPr="00D53121">
        <w:rPr>
          <w:b/>
          <w:color w:val="000000"/>
        </w:rPr>
        <w:t xml:space="preserve">Фонетика </w:t>
      </w:r>
      <w:r w:rsidRPr="00D53121">
        <w:br/>
      </w:r>
      <w:r w:rsidRPr="00D53121">
        <w:tab/>
      </w:r>
      <w:r w:rsidRPr="00D53121">
        <w:rPr>
          <w:color w:val="000000"/>
        </w:rPr>
        <w:t>Звуки речи. Гласные и согласные звуки, их различение. Уда​</w:t>
      </w:r>
      <w:proofErr w:type="spellStart"/>
      <w:r w:rsidRPr="00D53121">
        <w:rPr>
          <w:color w:val="000000"/>
        </w:rPr>
        <w:t>рение</w:t>
      </w:r>
      <w:proofErr w:type="spellEnd"/>
      <w:r w:rsidRPr="00D53121">
        <w:rPr>
          <w:color w:val="000000"/>
        </w:rPr>
        <w:t xml:space="preserve"> в слове. Гласные ударные и безударные. Твёрдые и </w:t>
      </w:r>
      <w:proofErr w:type="spellStart"/>
      <w:r w:rsidRPr="00D53121">
        <w:rPr>
          <w:color w:val="000000"/>
        </w:rPr>
        <w:t>мяг</w:t>
      </w:r>
      <w:proofErr w:type="spellEnd"/>
      <w:r w:rsidRPr="00D53121">
        <w:rPr>
          <w:color w:val="000000"/>
        </w:rPr>
        <w:t>​кие согласные звуки, их различение. Звонкие и глухие соглас​</w:t>
      </w:r>
      <w:proofErr w:type="spellStart"/>
      <w:r w:rsidRPr="00D53121">
        <w:rPr>
          <w:color w:val="000000"/>
        </w:rPr>
        <w:t>ные</w:t>
      </w:r>
      <w:proofErr w:type="spellEnd"/>
      <w:r w:rsidRPr="00D53121">
        <w:rPr>
          <w:color w:val="000000"/>
        </w:rPr>
        <w:t xml:space="preserve">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14:paraId="37294309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86" w:lineRule="auto"/>
      </w:pPr>
      <w:r w:rsidRPr="00D53121">
        <w:tab/>
      </w:r>
      <w:r w:rsidRPr="00D53121">
        <w:rPr>
          <w:b/>
          <w:color w:val="000000"/>
        </w:rPr>
        <w:t xml:space="preserve">Графика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 стол, конь. Небуквенные графические средства: пробел между словами, знак переноса. Русский алфавит: правильное название букв, их </w:t>
      </w:r>
      <w:proofErr w:type="spellStart"/>
      <w:r w:rsidRPr="00D53121">
        <w:rPr>
          <w:color w:val="000000"/>
        </w:rPr>
        <w:t>последова</w:t>
      </w:r>
      <w:proofErr w:type="spellEnd"/>
      <w:r w:rsidRPr="00D53121">
        <w:rPr>
          <w:color w:val="000000"/>
        </w:rPr>
        <w:t xml:space="preserve">​тельность. Использование алфавита для </w:t>
      </w:r>
      <w:r w:rsidRPr="00D53121">
        <w:br/>
      </w:r>
      <w:r w:rsidRPr="00D53121">
        <w:rPr>
          <w:color w:val="000000"/>
        </w:rPr>
        <w:t>упорядочения списка слов.</w:t>
      </w:r>
    </w:p>
    <w:p w14:paraId="44FD8BFC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/>
      </w:pPr>
      <w:r w:rsidRPr="00D53121">
        <w:tab/>
      </w:r>
      <w:r w:rsidRPr="00D53121">
        <w:rPr>
          <w:b/>
          <w:color w:val="000000"/>
        </w:rPr>
        <w:t xml:space="preserve">Орфоэпия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Произношение звуков и сочетаний звуков, ударение в словах в соответствии с нормами </w:t>
      </w:r>
      <w:r w:rsidRPr="00D53121">
        <w:br/>
      </w:r>
      <w:r w:rsidRPr="00D53121">
        <w:rPr>
          <w:color w:val="000000"/>
        </w:rPr>
        <w:t>современного русского литературного языка (на ограниченном перечне слов, отрабатываемом в учеб​</w:t>
      </w:r>
      <w:r w:rsidRPr="00D53121">
        <w:rPr>
          <w:rFonts w:ascii="DejaVu Serif" w:eastAsia="DejaVu Serif" w:hAnsi="DejaVu Serif"/>
          <w:color w:val="000000"/>
        </w:rPr>
        <w:t>‐</w:t>
      </w:r>
      <w:r w:rsidRPr="00D53121">
        <w:rPr>
          <w:color w:val="000000"/>
        </w:rPr>
        <w:t>нике).</w:t>
      </w:r>
    </w:p>
    <w:p w14:paraId="4DF00E13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71" w:lineRule="auto"/>
        <w:ind w:right="864"/>
      </w:pPr>
      <w:r w:rsidRPr="00D53121">
        <w:tab/>
      </w:r>
      <w:r w:rsidRPr="00D53121">
        <w:rPr>
          <w:b/>
          <w:color w:val="000000"/>
        </w:rPr>
        <w:t xml:space="preserve">Лексика </w:t>
      </w:r>
      <w:r w:rsidRPr="00D53121">
        <w:br/>
      </w:r>
      <w:r w:rsidRPr="00D53121">
        <w:tab/>
      </w:r>
      <w:r w:rsidRPr="00D53121">
        <w:rPr>
          <w:color w:val="000000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14:paraId="0D58CC57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71" w:lineRule="auto"/>
      </w:pPr>
      <w:r w:rsidRPr="00D53121">
        <w:tab/>
      </w:r>
      <w:r w:rsidRPr="00D53121">
        <w:rPr>
          <w:b/>
          <w:color w:val="000000"/>
        </w:rPr>
        <w:t xml:space="preserve">Синтаксис 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Предложение как единица языка (ознакомление). Слово, предложение (наблюдение над сходством и различи​ем). Установление связи слов в предложении при помощи </w:t>
      </w:r>
      <w:proofErr w:type="spellStart"/>
      <w:r w:rsidRPr="00D53121">
        <w:rPr>
          <w:color w:val="000000"/>
        </w:rPr>
        <w:t>смыс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ловых</w:t>
      </w:r>
      <w:proofErr w:type="spellEnd"/>
      <w:r w:rsidRPr="00D53121">
        <w:rPr>
          <w:color w:val="000000"/>
        </w:rPr>
        <w:t xml:space="preserve"> вопросов.</w:t>
      </w:r>
    </w:p>
    <w:p w14:paraId="22A3EC7D" w14:textId="77777777" w:rsidR="00985470" w:rsidRPr="00D53121" w:rsidRDefault="00985470" w:rsidP="00985470">
      <w:pPr>
        <w:autoSpaceDE w:val="0"/>
        <w:autoSpaceDN w:val="0"/>
        <w:spacing w:before="70" w:line="230" w:lineRule="auto"/>
      </w:pPr>
      <w:r w:rsidRPr="00D53121">
        <w:rPr>
          <w:color w:val="000000"/>
        </w:rPr>
        <w:t xml:space="preserve">Восстановление деформированных предложений. </w:t>
      </w:r>
      <w:proofErr w:type="spellStart"/>
      <w:r w:rsidRPr="00D53121">
        <w:rPr>
          <w:color w:val="000000"/>
        </w:rPr>
        <w:t>Составле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предложений из набора форм слов.</w:t>
      </w:r>
    </w:p>
    <w:p w14:paraId="05B44ACF" w14:textId="77777777" w:rsidR="00985470" w:rsidRPr="00D53121" w:rsidRDefault="00985470" w:rsidP="00985470">
      <w:pPr>
        <w:autoSpaceDE w:val="0"/>
        <w:autoSpaceDN w:val="0"/>
        <w:spacing w:before="190" w:line="262" w:lineRule="auto"/>
        <w:ind w:left="180" w:right="6048"/>
      </w:pPr>
      <w:r w:rsidRPr="00D53121">
        <w:rPr>
          <w:b/>
          <w:color w:val="000000"/>
        </w:rPr>
        <w:lastRenderedPageBreak/>
        <w:t xml:space="preserve">Орфография и пунктуация </w:t>
      </w:r>
      <w:r w:rsidRPr="00D53121">
        <w:br/>
      </w:r>
      <w:r w:rsidRPr="00D53121">
        <w:rPr>
          <w:color w:val="000000"/>
        </w:rPr>
        <w:t>Правила правописания и их применение:</w:t>
      </w:r>
    </w:p>
    <w:p w14:paraId="70A6A10B" w14:textId="77777777" w:rsidR="00985470" w:rsidRPr="00D53121" w:rsidRDefault="00985470" w:rsidP="00985470">
      <w:pPr>
        <w:autoSpaceDE w:val="0"/>
        <w:autoSpaceDN w:val="0"/>
        <w:spacing w:before="178" w:line="230" w:lineRule="auto"/>
        <w:ind w:left="420"/>
      </w:pPr>
      <w:r w:rsidRPr="00D53121">
        <w:rPr>
          <w:color w:val="000000"/>
        </w:rPr>
        <w:t>—  раздельное написание слов в предложении;</w:t>
      </w:r>
    </w:p>
    <w:p w14:paraId="437D0587" w14:textId="77777777" w:rsidR="00985470" w:rsidRPr="00D53121" w:rsidRDefault="00985470" w:rsidP="00985470">
      <w:pPr>
        <w:autoSpaceDE w:val="0"/>
        <w:autoSpaceDN w:val="0"/>
        <w:spacing w:before="192" w:line="262" w:lineRule="auto"/>
        <w:ind w:left="420"/>
      </w:pPr>
      <w:r w:rsidRPr="00D53121">
        <w:rPr>
          <w:color w:val="000000"/>
        </w:rPr>
        <w:t xml:space="preserve">—  прописная буква в начале предложения и в именах </w:t>
      </w:r>
      <w:proofErr w:type="spellStart"/>
      <w:r w:rsidRPr="00D53121">
        <w:rPr>
          <w:color w:val="000000"/>
        </w:rPr>
        <w:t>собствен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ных</w:t>
      </w:r>
      <w:proofErr w:type="spellEnd"/>
      <w:r w:rsidRPr="00D53121">
        <w:rPr>
          <w:color w:val="000000"/>
        </w:rPr>
        <w:t>: в именах и фамилиях людей, кличках животных;</w:t>
      </w:r>
    </w:p>
    <w:p w14:paraId="2E49E07D" w14:textId="77777777" w:rsidR="00985470" w:rsidRPr="00D53121" w:rsidRDefault="00985470" w:rsidP="00985470">
      <w:pPr>
        <w:autoSpaceDE w:val="0"/>
        <w:autoSpaceDN w:val="0"/>
        <w:spacing w:before="190" w:line="230" w:lineRule="auto"/>
        <w:ind w:left="420"/>
      </w:pPr>
      <w:r w:rsidRPr="00D53121">
        <w:rPr>
          <w:color w:val="000000"/>
        </w:rPr>
        <w:t>—  перенос слов (без учёта морфемного членения слова);</w:t>
      </w:r>
    </w:p>
    <w:p w14:paraId="6335EA15" w14:textId="77777777" w:rsidR="00985470" w:rsidRPr="00D53121" w:rsidRDefault="00985470" w:rsidP="00985470">
      <w:pPr>
        <w:autoSpaceDE w:val="0"/>
        <w:autoSpaceDN w:val="0"/>
        <w:spacing w:before="190" w:line="230" w:lineRule="auto"/>
        <w:ind w:firstLine="420"/>
      </w:pPr>
      <w:r w:rsidRPr="00D53121">
        <w:rPr>
          <w:color w:val="000000"/>
        </w:rPr>
        <w:t xml:space="preserve">—  гласные после шипящих в сочетаниях </w:t>
      </w:r>
      <w:proofErr w:type="spellStart"/>
      <w:r w:rsidRPr="00D53121">
        <w:rPr>
          <w:color w:val="000000"/>
        </w:rPr>
        <w:t>жи</w:t>
      </w:r>
      <w:proofErr w:type="spellEnd"/>
      <w:r w:rsidRPr="00D53121">
        <w:rPr>
          <w:color w:val="000000"/>
        </w:rPr>
        <w:t xml:space="preserve">, ши (в положении под ударением), </w:t>
      </w:r>
      <w:proofErr w:type="spellStart"/>
      <w:r w:rsidRPr="00D53121">
        <w:rPr>
          <w:color w:val="000000"/>
        </w:rPr>
        <w:t>ча</w:t>
      </w:r>
      <w:proofErr w:type="spellEnd"/>
      <w:r w:rsidRPr="00D53121">
        <w:rPr>
          <w:color w:val="000000"/>
        </w:rPr>
        <w:t xml:space="preserve">, ща, чу, </w:t>
      </w:r>
      <w:proofErr w:type="spellStart"/>
      <w:r w:rsidRPr="00D53121">
        <w:rPr>
          <w:color w:val="000000"/>
        </w:rPr>
        <w:t>щу</w:t>
      </w:r>
      <w:proofErr w:type="spellEnd"/>
      <w:r w:rsidRPr="00D53121">
        <w:rPr>
          <w:color w:val="000000"/>
        </w:rPr>
        <w:t>;</w:t>
      </w:r>
    </w:p>
    <w:p w14:paraId="26621D31" w14:textId="77777777" w:rsidR="00985470" w:rsidRPr="00D53121" w:rsidRDefault="00985470" w:rsidP="00985470">
      <w:pPr>
        <w:autoSpaceDE w:val="0"/>
        <w:autoSpaceDN w:val="0"/>
        <w:spacing w:before="190" w:line="230" w:lineRule="auto"/>
        <w:ind w:left="420"/>
      </w:pPr>
      <w:r w:rsidRPr="00D53121">
        <w:rPr>
          <w:color w:val="000000"/>
        </w:rPr>
        <w:t xml:space="preserve">—  сочетания </w:t>
      </w:r>
      <w:proofErr w:type="spellStart"/>
      <w:r w:rsidRPr="00D53121">
        <w:rPr>
          <w:color w:val="000000"/>
        </w:rPr>
        <w:t>чк</w:t>
      </w:r>
      <w:proofErr w:type="spellEnd"/>
      <w:r w:rsidRPr="00D53121">
        <w:rPr>
          <w:color w:val="000000"/>
        </w:rPr>
        <w:t xml:space="preserve">, </w:t>
      </w:r>
      <w:proofErr w:type="spellStart"/>
      <w:r w:rsidRPr="00D53121">
        <w:rPr>
          <w:color w:val="000000"/>
        </w:rPr>
        <w:t>чн</w:t>
      </w:r>
      <w:proofErr w:type="spellEnd"/>
      <w:r w:rsidRPr="00D53121">
        <w:rPr>
          <w:color w:val="000000"/>
        </w:rPr>
        <w:t>;</w:t>
      </w:r>
    </w:p>
    <w:p w14:paraId="1D06BA6B" w14:textId="77777777" w:rsidR="00985470" w:rsidRPr="00D53121" w:rsidRDefault="00985470" w:rsidP="00985470">
      <w:pPr>
        <w:autoSpaceDE w:val="0"/>
        <w:autoSpaceDN w:val="0"/>
        <w:spacing w:before="190" w:line="262" w:lineRule="auto"/>
        <w:ind w:left="420" w:right="144"/>
      </w:pPr>
      <w:r w:rsidRPr="00D53121">
        <w:rPr>
          <w:color w:val="000000"/>
        </w:rPr>
        <w:t>—  слова с непроверяемыми гласными и согласными (перечень слов в орфографическом словаре учебника);</w:t>
      </w:r>
    </w:p>
    <w:p w14:paraId="262A57A4" w14:textId="77777777" w:rsidR="00985470" w:rsidRPr="00D53121" w:rsidRDefault="00985470" w:rsidP="00985470">
      <w:pPr>
        <w:autoSpaceDE w:val="0"/>
        <w:autoSpaceDN w:val="0"/>
        <w:spacing w:before="190" w:line="262" w:lineRule="auto"/>
        <w:ind w:left="420" w:right="288"/>
      </w:pPr>
      <w:r w:rsidRPr="00D53121">
        <w:rPr>
          <w:color w:val="000000"/>
        </w:rPr>
        <w:t xml:space="preserve">—  знаки препинания в конце предложения: точка, </w:t>
      </w:r>
      <w:proofErr w:type="spellStart"/>
      <w:r w:rsidRPr="00D53121">
        <w:rPr>
          <w:color w:val="000000"/>
        </w:rPr>
        <w:t>вопроситель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ный</w:t>
      </w:r>
      <w:proofErr w:type="spellEnd"/>
      <w:r w:rsidRPr="00D53121">
        <w:rPr>
          <w:color w:val="000000"/>
        </w:rPr>
        <w:t xml:space="preserve"> и восклицательный знаки. Алгоритм списывания текста.</w:t>
      </w:r>
    </w:p>
    <w:p w14:paraId="4170EDF8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78" w:line="271" w:lineRule="auto"/>
        <w:ind w:right="576"/>
      </w:pPr>
      <w:r w:rsidRPr="00D53121">
        <w:tab/>
      </w:r>
      <w:r w:rsidRPr="00D53121">
        <w:rPr>
          <w:b/>
          <w:color w:val="000000"/>
        </w:rPr>
        <w:t xml:space="preserve">Развитие речи </w:t>
      </w:r>
      <w:r w:rsidRPr="00D53121">
        <w:br/>
      </w:r>
      <w:r w:rsidRPr="00D53121">
        <w:tab/>
      </w:r>
      <w:r w:rsidRPr="00D53121">
        <w:rPr>
          <w:color w:val="000000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об​</w:t>
      </w:r>
      <w:proofErr w:type="spellStart"/>
      <w:r w:rsidRPr="00D53121">
        <w:rPr>
          <w:color w:val="000000"/>
        </w:rPr>
        <w:t>щение</w:t>
      </w:r>
      <w:proofErr w:type="spellEnd"/>
      <w:r w:rsidRPr="00D53121">
        <w:rPr>
          <w:color w:val="000000"/>
        </w:rPr>
        <w:t>. Ситуации устного общения</w:t>
      </w:r>
      <w:r>
        <w:rPr>
          <w:color w:val="000000"/>
        </w:rPr>
        <w:t xml:space="preserve"> </w:t>
      </w:r>
      <w:r w:rsidRPr="00D53121">
        <w:rPr>
          <w:color w:val="000000"/>
        </w:rPr>
        <w:t>(чтение диалогов по ролям, просмотр видеоматериалов, прослушивание аудиозаписи). Нормы речевого этикета в ситуациях учебного и бытового об​</w:t>
      </w:r>
      <w:proofErr w:type="spellStart"/>
      <w:r w:rsidRPr="00D53121">
        <w:rPr>
          <w:color w:val="000000"/>
        </w:rPr>
        <w:t>щения</w:t>
      </w:r>
      <w:proofErr w:type="spellEnd"/>
      <w:r w:rsidRPr="00D53121">
        <w:rPr>
          <w:color w:val="000000"/>
        </w:rPr>
        <w:t xml:space="preserve"> (приветствие, прощание, извинение, благодарность, об​ращение с просьбой).</w:t>
      </w:r>
    </w:p>
    <w:p w14:paraId="24661032" w14:textId="77777777" w:rsidR="00985470" w:rsidRDefault="00985470" w:rsidP="00985470">
      <w:pPr>
        <w:autoSpaceDE w:val="0"/>
        <w:autoSpaceDN w:val="0"/>
        <w:spacing w:line="230" w:lineRule="auto"/>
        <w:rPr>
          <w:b/>
          <w:color w:val="000000"/>
        </w:rPr>
      </w:pPr>
    </w:p>
    <w:p w14:paraId="7A88247A" w14:textId="77777777" w:rsidR="00985470" w:rsidRPr="00D53121" w:rsidRDefault="00985470" w:rsidP="00985470">
      <w:pPr>
        <w:autoSpaceDE w:val="0"/>
        <w:autoSpaceDN w:val="0"/>
        <w:spacing w:line="230" w:lineRule="auto"/>
      </w:pPr>
      <w:r w:rsidRPr="00D53121">
        <w:rPr>
          <w:b/>
          <w:color w:val="000000"/>
        </w:rPr>
        <w:t>ПЛАНИРУЕМЫЕ ОБРАЗОВАТЕЛЬНЫЕ РЕЗУЛЬТАТЫ</w:t>
      </w:r>
    </w:p>
    <w:p w14:paraId="53EC661D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346" w:line="262" w:lineRule="auto"/>
        <w:ind w:right="864"/>
      </w:pPr>
      <w:r w:rsidRPr="00D53121">
        <w:tab/>
      </w:r>
      <w:r w:rsidRPr="00D53121">
        <w:rPr>
          <w:color w:val="000000"/>
        </w:rPr>
        <w:t>Изучение русского языка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2F1641E0" w14:textId="77777777" w:rsidR="00985470" w:rsidRPr="00D53121" w:rsidRDefault="00985470" w:rsidP="00985470">
      <w:pPr>
        <w:autoSpaceDE w:val="0"/>
        <w:autoSpaceDN w:val="0"/>
        <w:spacing w:before="382" w:line="230" w:lineRule="auto"/>
      </w:pPr>
      <w:r w:rsidRPr="00D53121">
        <w:rPr>
          <w:b/>
          <w:color w:val="000000"/>
        </w:rPr>
        <w:t>ЛИЧНОСТНЫЕ РЕЗУЛЬТАТЫ</w:t>
      </w:r>
    </w:p>
    <w:p w14:paraId="03E9F1F7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66" w:line="290" w:lineRule="auto"/>
      </w:pPr>
      <w:r w:rsidRPr="00D53121">
        <w:tab/>
      </w:r>
      <w:r w:rsidRPr="00D53121">
        <w:rPr>
          <w:color w:val="000000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D53121">
        <w:br/>
      </w:r>
      <w:r w:rsidRPr="00D53121">
        <w:tab/>
      </w:r>
      <w:r w:rsidRPr="00D53121">
        <w:rPr>
          <w:b/>
          <w:color w:val="000000"/>
        </w:rPr>
        <w:t>гражданско-патриотического воспитания:</w:t>
      </w:r>
      <w:r w:rsidRPr="00D53121">
        <w:br/>
      </w:r>
      <w:r w:rsidRPr="00D53121">
        <w:tab/>
      </w:r>
      <w:r w:rsidRPr="00D53121">
        <w:rPr>
          <w:color w:val="000000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D53121">
        <w:br/>
      </w:r>
      <w:r w:rsidRPr="00D53121">
        <w:tab/>
      </w:r>
      <w:r w:rsidRPr="00D53121">
        <w:rPr>
          <w:color w:val="000000"/>
        </w:rPr>
        <w:t>—    осознание своей этнокультурной и российской граждан​</w:t>
      </w:r>
      <w:proofErr w:type="spellStart"/>
      <w:r w:rsidRPr="00D53121">
        <w:rPr>
          <w:color w:val="000000"/>
        </w:rPr>
        <w:t>ской</w:t>
      </w:r>
      <w:proofErr w:type="spellEnd"/>
      <w:r w:rsidRPr="00D53121">
        <w:rPr>
          <w:color w:val="000000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D53121">
        <w:rPr>
          <w:color w:val="000000"/>
        </w:rPr>
        <w:t>межнацио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нального</w:t>
      </w:r>
      <w:proofErr w:type="spellEnd"/>
      <w:r w:rsidRPr="00D53121">
        <w:rPr>
          <w:color w:val="000000"/>
        </w:rPr>
        <w:t xml:space="preserve"> общения народов России;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сопричастность к прошлому, настоящему и будущему </w:t>
      </w:r>
      <w:proofErr w:type="spellStart"/>
      <w:r w:rsidRPr="00D53121">
        <w:rPr>
          <w:color w:val="000000"/>
        </w:rPr>
        <w:t>сво</w:t>
      </w:r>
      <w:proofErr w:type="spellEnd"/>
      <w:r w:rsidRPr="00D53121">
        <w:rPr>
          <w:color w:val="000000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D53121">
        <w:br/>
      </w:r>
      <w:r w:rsidRPr="00D53121">
        <w:tab/>
      </w:r>
      <w:r w:rsidRPr="00D53121">
        <w:rPr>
          <w:color w:val="000000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D53121">
        <w:br/>
      </w:r>
      <w:r w:rsidRPr="00D53121">
        <w:lastRenderedPageBreak/>
        <w:tab/>
      </w:r>
      <w:r w:rsidRPr="00D53121">
        <w:rPr>
          <w:color w:val="000000"/>
        </w:rPr>
        <w:t>—    первоначальные представления о человеке как члене об​</w:t>
      </w:r>
      <w:proofErr w:type="spellStart"/>
      <w:r w:rsidRPr="00D53121">
        <w:rPr>
          <w:color w:val="000000"/>
        </w:rPr>
        <w:t>щества</w:t>
      </w:r>
      <w:proofErr w:type="spellEnd"/>
      <w:r w:rsidRPr="00D53121">
        <w:rPr>
          <w:color w:val="000000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D53121">
        <w:rPr>
          <w:color w:val="000000"/>
        </w:rPr>
        <w:t>прави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лах</w:t>
      </w:r>
      <w:proofErr w:type="spellEnd"/>
      <w:r w:rsidRPr="00D53121">
        <w:rPr>
          <w:color w:val="000000"/>
        </w:rPr>
        <w:t xml:space="preserve"> </w:t>
      </w:r>
      <w:r w:rsidRPr="00D53121">
        <w:br/>
      </w:r>
      <w:r w:rsidRPr="00D53121">
        <w:rPr>
          <w:color w:val="000000"/>
        </w:rPr>
        <w:t xml:space="preserve">межличностных отношений, в том числе отражённых в художественных произведениях; </w:t>
      </w:r>
      <w:r w:rsidRPr="00D53121">
        <w:br/>
      </w:r>
      <w:r w:rsidRPr="00D53121">
        <w:tab/>
      </w:r>
      <w:r w:rsidRPr="00D53121">
        <w:rPr>
          <w:b/>
          <w:color w:val="000000"/>
        </w:rPr>
        <w:t>духовно-нравственного воспитания:</w:t>
      </w:r>
      <w:r w:rsidRPr="00D53121">
        <w:br/>
      </w:r>
      <w:r w:rsidRPr="00D53121">
        <w:tab/>
      </w:r>
      <w:r w:rsidRPr="00D53121">
        <w:rPr>
          <w:color w:val="000000"/>
        </w:rPr>
        <w:t>—    признание индивидуальности каждого человека с опорой на собственный жизненный и читательский опыт;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проявление сопереживания, уважения и доброжелатель​ </w:t>
      </w:r>
      <w:proofErr w:type="spellStart"/>
      <w:r w:rsidRPr="00D53121">
        <w:rPr>
          <w:color w:val="000000"/>
        </w:rPr>
        <w:t>ности</w:t>
      </w:r>
      <w:proofErr w:type="spellEnd"/>
      <w:r w:rsidRPr="00D53121">
        <w:rPr>
          <w:color w:val="000000"/>
        </w:rPr>
        <w:t>, в том числе с использованием адекватных языковых средств для выражения своего состояния и чувств;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D53121">
        <w:tab/>
      </w:r>
      <w:r w:rsidRPr="00D53121">
        <w:rPr>
          <w:b/>
          <w:color w:val="000000"/>
        </w:rPr>
        <w:t>эстетического воспитания:</w:t>
      </w:r>
      <w:r w:rsidRPr="00D53121">
        <w:br/>
      </w:r>
      <w:r w:rsidRPr="00D53121">
        <w:tab/>
      </w:r>
      <w:r w:rsidRPr="00D53121">
        <w:rPr>
          <w:color w:val="000000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стремление к самовыражению в разных видах </w:t>
      </w:r>
      <w:proofErr w:type="spellStart"/>
      <w:r w:rsidRPr="00D53121">
        <w:rPr>
          <w:color w:val="000000"/>
        </w:rPr>
        <w:t>художе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ственной</w:t>
      </w:r>
      <w:proofErr w:type="spellEnd"/>
      <w:r w:rsidRPr="00D53121">
        <w:rPr>
          <w:color w:val="000000"/>
        </w:rPr>
        <w:t xml:space="preserve"> деятельности, в том числе в искусстве слова; </w:t>
      </w:r>
      <w:proofErr w:type="spellStart"/>
      <w:r w:rsidRPr="00D53121">
        <w:rPr>
          <w:color w:val="000000"/>
        </w:rPr>
        <w:t>осозна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 xml:space="preserve"> важности русского языка как средства общения и </w:t>
      </w:r>
      <w:proofErr w:type="spellStart"/>
      <w:r w:rsidRPr="00D53121">
        <w:rPr>
          <w:color w:val="000000"/>
        </w:rPr>
        <w:t>самовы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ражения</w:t>
      </w:r>
      <w:proofErr w:type="spellEnd"/>
      <w:r w:rsidRPr="00D53121">
        <w:rPr>
          <w:color w:val="000000"/>
        </w:rPr>
        <w:t xml:space="preserve">; </w:t>
      </w:r>
      <w:r w:rsidRPr="00D53121">
        <w:tab/>
      </w:r>
      <w:r w:rsidRPr="00D53121">
        <w:rPr>
          <w:b/>
          <w:color w:val="000000"/>
        </w:rPr>
        <w:t>физического воспитания, формирования культуры здоровья и эмоционального благополучия:</w:t>
      </w:r>
      <w:r w:rsidRPr="00D53121">
        <w:tab/>
      </w:r>
      <w:r w:rsidRPr="00D53121">
        <w:rPr>
          <w:color w:val="000000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бережное отношение к физическому и психическому </w:t>
      </w:r>
      <w:proofErr w:type="spellStart"/>
      <w:r w:rsidRPr="00D53121">
        <w:rPr>
          <w:color w:val="000000"/>
        </w:rPr>
        <w:t>здо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ровью</w:t>
      </w:r>
      <w:proofErr w:type="spellEnd"/>
      <w:r w:rsidRPr="00D53121">
        <w:rPr>
          <w:color w:val="000000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D53121">
        <w:rPr>
          <w:color w:val="000000"/>
        </w:rPr>
        <w:t>пра</w:t>
      </w:r>
      <w:proofErr w:type="spellEnd"/>
      <w:r w:rsidRPr="00D53121">
        <w:rPr>
          <w:color w:val="000000"/>
        </w:rPr>
        <w:t xml:space="preserve">​вил общения; </w:t>
      </w:r>
      <w:r w:rsidRPr="00D53121">
        <w:br/>
      </w:r>
      <w:r w:rsidRPr="00D53121">
        <w:tab/>
      </w:r>
      <w:r w:rsidRPr="00D53121">
        <w:rPr>
          <w:b/>
          <w:color w:val="000000"/>
        </w:rPr>
        <w:t>трудового воспитания: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D53121">
        <w:rPr>
          <w:color w:val="000000"/>
        </w:rPr>
        <w:t>трудо</w:t>
      </w:r>
      <w:proofErr w:type="spellEnd"/>
      <w:r w:rsidRPr="00D53121">
        <w:rPr>
          <w:color w:val="000000"/>
        </w:rPr>
        <w:t xml:space="preserve">​вой деятельности, интерес к различным профессиям, </w:t>
      </w:r>
      <w:proofErr w:type="spellStart"/>
      <w:r w:rsidRPr="00D53121">
        <w:rPr>
          <w:color w:val="000000"/>
        </w:rPr>
        <w:t>возника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ющий</w:t>
      </w:r>
      <w:proofErr w:type="spellEnd"/>
      <w:r w:rsidRPr="00D53121">
        <w:rPr>
          <w:color w:val="000000"/>
        </w:rPr>
        <w:t xml:space="preserve"> при обсуждении примеров из художественных </w:t>
      </w:r>
      <w:proofErr w:type="spellStart"/>
      <w:r w:rsidRPr="00D53121">
        <w:rPr>
          <w:color w:val="000000"/>
        </w:rPr>
        <w:t>произве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дений</w:t>
      </w:r>
      <w:proofErr w:type="spellEnd"/>
      <w:r w:rsidRPr="00D53121">
        <w:rPr>
          <w:color w:val="000000"/>
        </w:rPr>
        <w:t xml:space="preserve">; </w:t>
      </w:r>
      <w:r w:rsidRPr="00D53121">
        <w:br/>
      </w:r>
      <w:r w:rsidRPr="00D53121">
        <w:tab/>
      </w:r>
      <w:r w:rsidRPr="00D53121">
        <w:rPr>
          <w:b/>
          <w:color w:val="000000"/>
        </w:rPr>
        <w:t>экологического воспитания:</w:t>
      </w:r>
    </w:p>
    <w:p w14:paraId="40F43E10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line="286" w:lineRule="auto"/>
        <w:ind w:right="144"/>
      </w:pPr>
      <w:r w:rsidRPr="00D53121">
        <w:tab/>
      </w:r>
      <w:r w:rsidRPr="00D53121">
        <w:rPr>
          <w:color w:val="000000"/>
        </w:rPr>
        <w:t>—    бережное отношение к природе, формируемое в процессе работы с текстами;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неприятие действий, приносящих ей вред; </w:t>
      </w:r>
      <w:r w:rsidRPr="00D53121">
        <w:br/>
      </w:r>
      <w:r w:rsidRPr="00D53121">
        <w:tab/>
      </w:r>
      <w:r w:rsidRPr="00D53121">
        <w:rPr>
          <w:b/>
          <w:color w:val="000000"/>
        </w:rPr>
        <w:t>ценности научного познания:</w:t>
      </w:r>
      <w:r w:rsidRPr="00D53121">
        <w:br/>
      </w:r>
      <w:r w:rsidRPr="00D53121">
        <w:tab/>
      </w:r>
      <w:r w:rsidRPr="00D53121">
        <w:rPr>
          <w:color w:val="000000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D53121">
        <w:tab/>
      </w:r>
      <w:r w:rsidRPr="00D53121">
        <w:rPr>
          <w:color w:val="000000"/>
        </w:rPr>
        <w:t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D53121">
        <w:rPr>
          <w:color w:val="000000"/>
        </w:rPr>
        <w:t>ность</w:t>
      </w:r>
      <w:proofErr w:type="spellEnd"/>
      <w:r w:rsidRPr="00D53121">
        <w:rPr>
          <w:color w:val="000000"/>
        </w:rPr>
        <w:t xml:space="preserve"> и </w:t>
      </w:r>
      <w:r w:rsidRPr="00D53121">
        <w:br/>
      </w:r>
      <w:r w:rsidRPr="00D53121">
        <w:rPr>
          <w:color w:val="000000"/>
        </w:rPr>
        <w:t>самостоятельность в его познании.</w:t>
      </w:r>
    </w:p>
    <w:p w14:paraId="74FDC187" w14:textId="77777777" w:rsidR="00591227" w:rsidRDefault="00591227" w:rsidP="00985470">
      <w:pPr>
        <w:autoSpaceDE w:val="0"/>
        <w:autoSpaceDN w:val="0"/>
        <w:spacing w:before="262" w:line="230" w:lineRule="auto"/>
        <w:rPr>
          <w:b/>
          <w:color w:val="000000"/>
        </w:rPr>
      </w:pPr>
    </w:p>
    <w:p w14:paraId="45F65074" w14:textId="77777777" w:rsidR="00591227" w:rsidRDefault="00591227" w:rsidP="00985470">
      <w:pPr>
        <w:autoSpaceDE w:val="0"/>
        <w:autoSpaceDN w:val="0"/>
        <w:spacing w:before="262" w:line="230" w:lineRule="auto"/>
        <w:rPr>
          <w:b/>
          <w:color w:val="000000"/>
        </w:rPr>
      </w:pPr>
    </w:p>
    <w:p w14:paraId="15794816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lastRenderedPageBreak/>
        <w:t>МЕТАПРЕДМЕТНЫЕ РЕЗУЛЬТАТЫ</w:t>
      </w:r>
    </w:p>
    <w:p w14:paraId="68CF3494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68" w:line="262" w:lineRule="auto"/>
        <w:ind w:right="864"/>
      </w:pPr>
      <w:r w:rsidRPr="00D53121">
        <w:tab/>
      </w:r>
      <w:r w:rsidRPr="00D53121">
        <w:rPr>
          <w:color w:val="000000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D53121">
        <w:rPr>
          <w:b/>
          <w:color w:val="000000"/>
        </w:rPr>
        <w:t xml:space="preserve">познавательные </w:t>
      </w:r>
      <w:r w:rsidRPr="00D53121">
        <w:rPr>
          <w:color w:val="000000"/>
        </w:rPr>
        <w:t>универсальные учебные действия.</w:t>
      </w:r>
    </w:p>
    <w:p w14:paraId="702101A2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70" w:line="288" w:lineRule="auto"/>
      </w:pPr>
      <w:r w:rsidRPr="00D53121">
        <w:tab/>
      </w:r>
      <w:r w:rsidRPr="00D53121">
        <w:rPr>
          <w:i/>
          <w:color w:val="000000"/>
        </w:rPr>
        <w:t>Базовые логические действия</w:t>
      </w:r>
      <w:r w:rsidRPr="00D53121">
        <w:rPr>
          <w:color w:val="000000"/>
        </w:rPr>
        <w:t>:</w:t>
      </w:r>
      <w:r w:rsidRPr="00D53121">
        <w:br/>
      </w:r>
      <w:r w:rsidRPr="00D53121">
        <w:tab/>
      </w:r>
      <w:r w:rsidRPr="00D53121">
        <w:rPr>
          <w:color w:val="000000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53121">
        <w:rPr>
          <w:color w:val="000000"/>
        </w:rPr>
        <w:t>частеречная</w:t>
      </w:r>
      <w:proofErr w:type="spellEnd"/>
      <w:r w:rsidRPr="00D53121">
        <w:rPr>
          <w:color w:val="000000"/>
        </w:rPr>
        <w:t xml:space="preserve"> принадлежность, </w:t>
      </w:r>
      <w:proofErr w:type="spellStart"/>
      <w:r w:rsidRPr="00D53121">
        <w:rPr>
          <w:color w:val="000000"/>
        </w:rPr>
        <w:t>грамматиче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ский</w:t>
      </w:r>
      <w:proofErr w:type="spellEnd"/>
      <w:r w:rsidRPr="00D53121">
        <w:rPr>
          <w:color w:val="000000"/>
        </w:rPr>
        <w:t xml:space="preserve"> признак, лексическое значение и др.); устанавливать аналогии языковых единиц;</w:t>
      </w:r>
      <w:r w:rsidRPr="00D53121">
        <w:br/>
      </w:r>
      <w:r w:rsidRPr="00D53121">
        <w:tab/>
      </w:r>
      <w:r w:rsidRPr="00D53121">
        <w:rPr>
          <w:color w:val="000000"/>
        </w:rPr>
        <w:t>—    объединять объекты (языковые единицы) по определённо​</w:t>
      </w:r>
      <w:proofErr w:type="spellStart"/>
      <w:r w:rsidRPr="00D53121">
        <w:rPr>
          <w:color w:val="000000"/>
        </w:rPr>
        <w:t>му</w:t>
      </w:r>
      <w:proofErr w:type="spellEnd"/>
      <w:r w:rsidRPr="00D53121">
        <w:rPr>
          <w:color w:val="000000"/>
        </w:rPr>
        <w:t xml:space="preserve"> признаку;</w:t>
      </w:r>
      <w:r w:rsidRPr="00D53121">
        <w:br/>
      </w:r>
      <w:r w:rsidRPr="00D53121">
        <w:tab/>
      </w:r>
      <w:r w:rsidRPr="00D53121">
        <w:rPr>
          <w:color w:val="000000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находить в языковом материале закономерности и </w:t>
      </w:r>
      <w:proofErr w:type="spellStart"/>
      <w:r w:rsidRPr="00D53121">
        <w:rPr>
          <w:color w:val="000000"/>
        </w:rPr>
        <w:t>проти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воречия</w:t>
      </w:r>
      <w:proofErr w:type="spellEnd"/>
      <w:r w:rsidRPr="00D53121">
        <w:rPr>
          <w:color w:val="000000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D53121">
        <w:rPr>
          <w:color w:val="000000"/>
        </w:rPr>
        <w:t>языко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выми</w:t>
      </w:r>
      <w:proofErr w:type="spellEnd"/>
      <w:r w:rsidRPr="00D53121">
        <w:rPr>
          <w:color w:val="000000"/>
        </w:rPr>
        <w:t xml:space="preserve"> единицами, самостоятельно выделять учебные операции при анализе языковых единиц;</w:t>
      </w:r>
      <w:r w:rsidRPr="00D53121">
        <w:br/>
      </w:r>
      <w:r w:rsidRPr="00D53121">
        <w:tab/>
      </w:r>
      <w:r w:rsidRPr="00D53121">
        <w:rPr>
          <w:color w:val="000000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D53121">
        <w:rPr>
          <w:color w:val="000000"/>
        </w:rPr>
        <w:t>мулировать</w:t>
      </w:r>
      <w:proofErr w:type="spellEnd"/>
      <w:r w:rsidRPr="00D53121">
        <w:rPr>
          <w:color w:val="000000"/>
        </w:rPr>
        <w:t xml:space="preserve"> запрос на дополнительную информацию;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устанавливать </w:t>
      </w:r>
      <w:proofErr w:type="spellStart"/>
      <w:r w:rsidRPr="00D53121">
        <w:rPr>
          <w:color w:val="000000"/>
        </w:rPr>
        <w:t>причинно</w:t>
      </w:r>
      <w:proofErr w:type="spellEnd"/>
      <w:r w:rsidRPr="00D53121">
        <w:rPr>
          <w:color w:val="000000"/>
        </w:rPr>
        <w:t>​следственные связи в ситуациях наблюдения за языковым материалом, делать выводы.</w:t>
      </w:r>
    </w:p>
    <w:p w14:paraId="3D4884F6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70" w:line="288" w:lineRule="auto"/>
      </w:pPr>
      <w:r w:rsidRPr="00D53121">
        <w:tab/>
      </w:r>
      <w:r w:rsidRPr="00D53121">
        <w:rPr>
          <w:i/>
          <w:color w:val="000000"/>
        </w:rPr>
        <w:t>Базовые исследовательские действия</w:t>
      </w:r>
      <w:r w:rsidRPr="00D53121">
        <w:rPr>
          <w:color w:val="000000"/>
        </w:rPr>
        <w:t>:</w:t>
      </w:r>
      <w:r w:rsidRPr="00D53121">
        <w:br/>
      </w:r>
      <w:r w:rsidRPr="00D53121">
        <w:tab/>
      </w:r>
      <w:r w:rsidRPr="00D53121">
        <w:rPr>
          <w:color w:val="000000"/>
        </w:rPr>
        <w:t>—    с помощью учителя формулировать цель, планировать из​</w:t>
      </w:r>
      <w:proofErr w:type="spellStart"/>
      <w:r w:rsidRPr="00D53121">
        <w:rPr>
          <w:color w:val="000000"/>
        </w:rPr>
        <w:t>менения</w:t>
      </w:r>
      <w:proofErr w:type="spellEnd"/>
      <w:r w:rsidRPr="00D53121">
        <w:rPr>
          <w:color w:val="000000"/>
        </w:rPr>
        <w:t xml:space="preserve"> языкового объекта, речевой ситуации;</w:t>
      </w:r>
      <w:r w:rsidRPr="00D53121">
        <w:br/>
      </w:r>
      <w:r w:rsidRPr="00D53121">
        <w:tab/>
      </w:r>
      <w:r w:rsidRPr="00D53121">
        <w:rPr>
          <w:color w:val="000000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проводить по предложенному плану несложное </w:t>
      </w:r>
      <w:proofErr w:type="spellStart"/>
      <w:r w:rsidRPr="00D53121">
        <w:rPr>
          <w:color w:val="000000"/>
        </w:rPr>
        <w:t>лингви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стическое</w:t>
      </w:r>
      <w:proofErr w:type="spellEnd"/>
      <w:r w:rsidRPr="00D53121">
        <w:rPr>
          <w:color w:val="000000"/>
        </w:rPr>
        <w:t xml:space="preserve"> мини-​исследование, </w:t>
      </w:r>
      <w:r w:rsidRPr="00D53121">
        <w:br/>
      </w:r>
      <w:r w:rsidRPr="00D53121">
        <w:rPr>
          <w:color w:val="000000"/>
        </w:rPr>
        <w:t>выполнять по предложенному плану проектное задание;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формулировать выводы и подкреплять их доказательства​ми на основе результатов </w:t>
      </w:r>
      <w:r w:rsidRPr="00D53121">
        <w:br/>
      </w:r>
      <w:r w:rsidRPr="00D53121">
        <w:rPr>
          <w:color w:val="000000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D53121">
        <w:tab/>
      </w:r>
      <w:r w:rsidRPr="00D53121">
        <w:rPr>
          <w:color w:val="000000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2221946E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70" w:line="286" w:lineRule="auto"/>
        <w:ind w:right="288"/>
      </w:pPr>
      <w:r w:rsidRPr="00D53121">
        <w:tab/>
      </w:r>
      <w:r w:rsidRPr="00D53121">
        <w:rPr>
          <w:i/>
          <w:color w:val="000000"/>
        </w:rPr>
        <w:t>Работа с информацией</w:t>
      </w:r>
      <w:r w:rsidRPr="00D53121">
        <w:rPr>
          <w:color w:val="000000"/>
        </w:rPr>
        <w:t>:</w:t>
      </w:r>
      <w:r w:rsidRPr="00D53121">
        <w:br/>
      </w:r>
      <w:r w:rsidRPr="00D53121">
        <w:tab/>
      </w:r>
      <w:r w:rsidRPr="00D53121">
        <w:rPr>
          <w:color w:val="000000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D53121">
        <w:br/>
      </w:r>
      <w:r w:rsidRPr="00D53121">
        <w:tab/>
      </w:r>
      <w:r w:rsidRPr="00D53121">
        <w:rPr>
          <w:color w:val="000000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D53121">
        <w:br/>
      </w:r>
      <w:r w:rsidRPr="00D53121">
        <w:tab/>
      </w:r>
      <w:r w:rsidRPr="00D53121">
        <w:rPr>
          <w:color w:val="000000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D53121">
        <w:tab/>
      </w:r>
      <w:r w:rsidRPr="00D53121">
        <w:rPr>
          <w:color w:val="000000"/>
        </w:rPr>
        <w:t>—    соблюдать с помощью взрослых (педагогических работни​ков, родителей, законных</w:t>
      </w:r>
    </w:p>
    <w:p w14:paraId="7D48093D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line="283" w:lineRule="auto"/>
        <w:ind w:right="720"/>
      </w:pPr>
      <w:r w:rsidRPr="00D53121">
        <w:rPr>
          <w:color w:val="000000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анализировать и создавать текстовую, видео​, </w:t>
      </w:r>
      <w:proofErr w:type="spellStart"/>
      <w:r w:rsidRPr="00D53121">
        <w:rPr>
          <w:color w:val="000000"/>
        </w:rPr>
        <w:t>графиче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скую</w:t>
      </w:r>
      <w:proofErr w:type="spellEnd"/>
      <w:r w:rsidRPr="00D53121">
        <w:rPr>
          <w:color w:val="000000"/>
        </w:rPr>
        <w:t>, звуковую информацию в соответствии с учебной зада​чей;</w:t>
      </w:r>
      <w:r w:rsidRPr="00D53121">
        <w:br/>
      </w:r>
      <w:r w:rsidRPr="00D53121">
        <w:lastRenderedPageBreak/>
        <w:tab/>
      </w:r>
      <w:r w:rsidRPr="00D53121">
        <w:rPr>
          <w:color w:val="000000"/>
        </w:rPr>
        <w:t>—    понимать лингвистическую информацию, зафиксирован​</w:t>
      </w:r>
      <w:proofErr w:type="spellStart"/>
      <w:r w:rsidRPr="00D53121">
        <w:rPr>
          <w:color w:val="000000"/>
        </w:rPr>
        <w:t>ную</w:t>
      </w:r>
      <w:proofErr w:type="spellEnd"/>
      <w:r w:rsidRPr="00D53121">
        <w:rPr>
          <w:color w:val="000000"/>
        </w:rPr>
        <w:t xml:space="preserve"> в виде таблиц, схем; самостоятельно создавать схемы, таблицы для представления лингвистической информации.</w:t>
      </w:r>
      <w:r>
        <w:rPr>
          <w:color w:val="000000"/>
        </w:rPr>
        <w:t xml:space="preserve"> </w:t>
      </w:r>
      <w:r w:rsidRPr="00D53121">
        <w:tab/>
      </w:r>
      <w:r w:rsidRPr="00D53121">
        <w:rPr>
          <w:color w:val="000000"/>
        </w:rPr>
        <w:t xml:space="preserve">К концу обучения в начальной школе у обучающегося </w:t>
      </w:r>
      <w:proofErr w:type="spellStart"/>
      <w:r w:rsidRPr="00D53121">
        <w:rPr>
          <w:color w:val="000000"/>
        </w:rPr>
        <w:t>форми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руются</w:t>
      </w:r>
      <w:proofErr w:type="spellEnd"/>
      <w:r w:rsidRPr="00D53121">
        <w:rPr>
          <w:color w:val="000000"/>
        </w:rPr>
        <w:t xml:space="preserve"> </w:t>
      </w:r>
      <w:r w:rsidRPr="00D53121">
        <w:rPr>
          <w:b/>
          <w:color w:val="000000"/>
        </w:rPr>
        <w:t xml:space="preserve">коммуникативные </w:t>
      </w:r>
      <w:r w:rsidRPr="00D53121">
        <w:br/>
      </w:r>
      <w:r w:rsidRPr="00D53121">
        <w:rPr>
          <w:color w:val="000000"/>
        </w:rPr>
        <w:t xml:space="preserve">универсальные учебные действия </w:t>
      </w:r>
      <w:r w:rsidRPr="00D53121">
        <w:br/>
      </w:r>
      <w:r w:rsidRPr="00D53121">
        <w:tab/>
      </w:r>
      <w:r w:rsidRPr="00D53121">
        <w:rPr>
          <w:i/>
          <w:color w:val="000000"/>
        </w:rPr>
        <w:t>Общение</w:t>
      </w:r>
      <w:r w:rsidRPr="00D53121">
        <w:rPr>
          <w:color w:val="000000"/>
        </w:rPr>
        <w:t>:</w:t>
      </w:r>
      <w:r w:rsidRPr="00D53121">
        <w:br/>
      </w:r>
      <w:r w:rsidRPr="00D53121">
        <w:tab/>
      </w:r>
      <w:r w:rsidRPr="00D53121">
        <w:rPr>
          <w:color w:val="000000"/>
        </w:rPr>
        <w:t>—    воспринимать и формулировать суждения, выражать эмо​</w:t>
      </w:r>
      <w:proofErr w:type="spellStart"/>
      <w:r w:rsidRPr="00D53121">
        <w:rPr>
          <w:color w:val="000000"/>
        </w:rPr>
        <w:t>ции</w:t>
      </w:r>
      <w:proofErr w:type="spellEnd"/>
      <w:r w:rsidRPr="00D53121">
        <w:rPr>
          <w:color w:val="000000"/>
        </w:rPr>
        <w:t xml:space="preserve"> в соответствии с целями и условиями общения в знакомой среде;</w:t>
      </w:r>
      <w:r w:rsidRPr="00D53121">
        <w:br/>
      </w:r>
      <w:r w:rsidRPr="00D53121">
        <w:tab/>
      </w:r>
      <w:r w:rsidRPr="00D53121">
        <w:rPr>
          <w:color w:val="000000"/>
        </w:rPr>
        <w:t>—    проявлять уважительное отношение к собеседнику, со​</w:t>
      </w:r>
      <w:proofErr w:type="spellStart"/>
      <w:r w:rsidRPr="00D53121">
        <w:rPr>
          <w:color w:val="000000"/>
        </w:rPr>
        <w:t>блюдать</w:t>
      </w:r>
      <w:proofErr w:type="spellEnd"/>
      <w:r w:rsidRPr="00D53121">
        <w:rPr>
          <w:color w:val="000000"/>
        </w:rPr>
        <w:t xml:space="preserve"> правила ведения диалоги и дискуссии;</w:t>
      </w:r>
      <w:r w:rsidRPr="00D53121">
        <w:br/>
      </w:r>
      <w:r w:rsidRPr="00D53121">
        <w:tab/>
      </w:r>
      <w:r w:rsidRPr="00D53121">
        <w:rPr>
          <w:color w:val="000000"/>
        </w:rPr>
        <w:t>—    признавать возможность существования разных точек зрения;</w:t>
      </w:r>
      <w:r w:rsidRPr="00D53121">
        <w:br/>
      </w:r>
      <w:r w:rsidRPr="00D53121">
        <w:tab/>
      </w:r>
      <w:r w:rsidRPr="00D53121">
        <w:rPr>
          <w:color w:val="000000"/>
        </w:rPr>
        <w:t>—    корректно и аргументированно высказывать своё  мне​</w:t>
      </w:r>
      <w:proofErr w:type="spellStart"/>
      <w:r w:rsidRPr="00D53121">
        <w:rPr>
          <w:color w:val="000000"/>
        </w:rPr>
        <w:t>ние</w:t>
      </w:r>
      <w:proofErr w:type="spellEnd"/>
      <w:r w:rsidRPr="00D53121">
        <w:rPr>
          <w:color w:val="000000"/>
        </w:rPr>
        <w:t>;</w:t>
      </w:r>
      <w:r w:rsidRPr="00D53121">
        <w:br/>
      </w:r>
      <w:r w:rsidRPr="00D53121">
        <w:tab/>
      </w:r>
      <w:r w:rsidRPr="00D53121">
        <w:rPr>
          <w:color w:val="000000"/>
        </w:rPr>
        <w:t>—    строить речевое высказывание в соответствии с постав​ленной задачей;</w:t>
      </w:r>
      <w:r w:rsidRPr="00D53121">
        <w:br/>
      </w:r>
      <w:r w:rsidRPr="00D53121">
        <w:tab/>
      </w:r>
      <w:r w:rsidRPr="00D53121">
        <w:rPr>
          <w:color w:val="000000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готовить небольшие публичные выступления о </w:t>
      </w:r>
      <w:proofErr w:type="spellStart"/>
      <w:r w:rsidRPr="00D53121">
        <w:rPr>
          <w:color w:val="000000"/>
        </w:rPr>
        <w:t>результа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тах</w:t>
      </w:r>
      <w:proofErr w:type="spellEnd"/>
      <w:r w:rsidRPr="00D53121">
        <w:rPr>
          <w:color w:val="000000"/>
        </w:rPr>
        <w:t xml:space="preserve"> парной и групповой работы, о результатах наблюдения, выполненного мини-​исследования, проектного задания;</w:t>
      </w:r>
      <w:r w:rsidRPr="00D53121">
        <w:br/>
      </w:r>
      <w:r w:rsidRPr="00D53121">
        <w:tab/>
      </w:r>
      <w:r w:rsidRPr="00D53121">
        <w:rPr>
          <w:color w:val="000000"/>
        </w:rPr>
        <w:t>—    подбирать иллюстративный материал (рисунки, фото, плакаты) к тексту выступления.</w:t>
      </w:r>
    </w:p>
    <w:p w14:paraId="4F975BBA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90" w:line="262" w:lineRule="auto"/>
      </w:pPr>
      <w:r w:rsidRPr="00D53121">
        <w:tab/>
      </w:r>
      <w:r w:rsidRPr="00D53121">
        <w:rPr>
          <w:color w:val="000000"/>
        </w:rPr>
        <w:t xml:space="preserve">К концу обучения в начальной школе у обучающегося </w:t>
      </w:r>
      <w:proofErr w:type="spellStart"/>
      <w:r w:rsidRPr="00D53121">
        <w:rPr>
          <w:color w:val="000000"/>
        </w:rPr>
        <w:t>форми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руются</w:t>
      </w:r>
      <w:proofErr w:type="spellEnd"/>
      <w:r w:rsidRPr="00D53121">
        <w:rPr>
          <w:color w:val="000000"/>
        </w:rPr>
        <w:t xml:space="preserve"> </w:t>
      </w:r>
      <w:r w:rsidRPr="00D53121">
        <w:rPr>
          <w:b/>
          <w:color w:val="000000"/>
        </w:rPr>
        <w:t xml:space="preserve">регулятивные </w:t>
      </w:r>
      <w:r w:rsidRPr="00D53121">
        <w:rPr>
          <w:color w:val="000000"/>
        </w:rPr>
        <w:t>универсальные учебные действия.</w:t>
      </w:r>
    </w:p>
    <w:p w14:paraId="7CA6BE11" w14:textId="77777777" w:rsidR="00985470" w:rsidRPr="00D53121" w:rsidRDefault="00985470" w:rsidP="00985470">
      <w:pPr>
        <w:autoSpaceDE w:val="0"/>
        <w:autoSpaceDN w:val="0"/>
        <w:spacing w:before="70" w:line="271" w:lineRule="auto"/>
        <w:ind w:left="180" w:right="1728"/>
      </w:pPr>
      <w:r w:rsidRPr="00D53121">
        <w:rPr>
          <w:i/>
          <w:color w:val="000000"/>
        </w:rPr>
        <w:t>Самоорганизация</w:t>
      </w:r>
      <w:r w:rsidRPr="00D53121">
        <w:rPr>
          <w:color w:val="000000"/>
        </w:rPr>
        <w:t>:</w:t>
      </w:r>
      <w:r w:rsidRPr="00D53121">
        <w:br/>
      </w:r>
      <w:r w:rsidRPr="00D53121">
        <w:rPr>
          <w:color w:val="000000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23D687AA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70" w:line="286" w:lineRule="auto"/>
        <w:ind w:right="144"/>
      </w:pPr>
      <w:r w:rsidRPr="00D53121">
        <w:tab/>
      </w:r>
      <w:r w:rsidRPr="00D53121">
        <w:rPr>
          <w:i/>
          <w:color w:val="000000"/>
        </w:rPr>
        <w:t>Самоконтроль</w:t>
      </w:r>
      <w:r w:rsidRPr="00D53121">
        <w:rPr>
          <w:color w:val="000000"/>
        </w:rPr>
        <w:t>:</w:t>
      </w:r>
      <w:r w:rsidRPr="00D53121">
        <w:br/>
      </w:r>
      <w:r w:rsidRPr="00D53121">
        <w:tab/>
      </w:r>
      <w:r w:rsidRPr="00D53121">
        <w:rPr>
          <w:color w:val="000000"/>
        </w:rPr>
        <w:t>—    устанавливать причины успеха/неудач учебной деятель​</w:t>
      </w:r>
      <w:proofErr w:type="spellStart"/>
      <w:r w:rsidRPr="00D53121">
        <w:rPr>
          <w:color w:val="000000"/>
        </w:rPr>
        <w:t>ности</w:t>
      </w:r>
      <w:proofErr w:type="spellEnd"/>
      <w:r w:rsidRPr="00D53121">
        <w:rPr>
          <w:color w:val="000000"/>
        </w:rPr>
        <w:t>;</w:t>
      </w:r>
      <w:r w:rsidRPr="00D53121">
        <w:br/>
      </w:r>
      <w:r w:rsidRPr="00D53121">
        <w:tab/>
      </w:r>
      <w:r w:rsidRPr="00D53121">
        <w:rPr>
          <w:color w:val="000000"/>
        </w:rPr>
        <w:t>—    корректировать свои учебные действия для преодоления речевых и орфографических ошибок;</w:t>
      </w:r>
      <w:r w:rsidRPr="00D53121">
        <w:tab/>
      </w:r>
      <w:r w:rsidRPr="00D53121">
        <w:rPr>
          <w:color w:val="000000"/>
        </w:rPr>
        <w:t xml:space="preserve">—    соотносить результат деятельности с поставленной учеб​ной задачей по выделению, </w:t>
      </w:r>
      <w:r w:rsidRPr="00D53121">
        <w:br/>
      </w:r>
      <w:r w:rsidRPr="00D53121">
        <w:rPr>
          <w:color w:val="000000"/>
        </w:rPr>
        <w:t>характеристике, использованию языковых единиц;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находить ошибку, допущенную при работе с языковым материалом, находить </w:t>
      </w:r>
      <w:r w:rsidRPr="00D53121">
        <w:br/>
      </w:r>
      <w:r w:rsidRPr="00D53121">
        <w:rPr>
          <w:color w:val="000000"/>
        </w:rPr>
        <w:t>орфографическую и пунктуационную ошибку;</w:t>
      </w:r>
      <w:r w:rsidRPr="00D53121">
        <w:br/>
      </w:r>
      <w:r w:rsidRPr="00D53121">
        <w:tab/>
      </w:r>
      <w:r w:rsidRPr="00D53121">
        <w:rPr>
          <w:color w:val="000000"/>
        </w:rPr>
        <w:t>—    сравнивать результаты своей деятельности и деятельно​</w:t>
      </w:r>
      <w:proofErr w:type="spellStart"/>
      <w:r w:rsidRPr="00D53121">
        <w:rPr>
          <w:color w:val="000000"/>
        </w:rPr>
        <w:t>сти</w:t>
      </w:r>
      <w:proofErr w:type="spellEnd"/>
      <w:r w:rsidRPr="00D53121">
        <w:rPr>
          <w:color w:val="000000"/>
        </w:rPr>
        <w:t xml:space="preserve"> одноклассников, объективно оценивать их по предложен​</w:t>
      </w:r>
      <w:proofErr w:type="spellStart"/>
      <w:r w:rsidRPr="00D53121">
        <w:rPr>
          <w:color w:val="000000"/>
        </w:rPr>
        <w:t>ным</w:t>
      </w:r>
      <w:proofErr w:type="spellEnd"/>
      <w:r w:rsidRPr="00D53121">
        <w:rPr>
          <w:color w:val="000000"/>
        </w:rPr>
        <w:t xml:space="preserve"> критериям.</w:t>
      </w:r>
    </w:p>
    <w:p w14:paraId="781F5767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t>Совместная деятельность:</w:t>
      </w:r>
    </w:p>
    <w:p w14:paraId="6568F1AB" w14:textId="77777777" w:rsidR="00985470" w:rsidRPr="00D53121" w:rsidRDefault="00985470" w:rsidP="00985470">
      <w:pPr>
        <w:tabs>
          <w:tab w:val="left" w:pos="180"/>
        </w:tabs>
        <w:autoSpaceDE w:val="0"/>
        <w:autoSpaceDN w:val="0"/>
        <w:spacing w:before="118" w:line="286" w:lineRule="auto"/>
        <w:ind w:right="288"/>
      </w:pPr>
      <w:r w:rsidRPr="00D53121">
        <w:tab/>
      </w:r>
      <w:r w:rsidRPr="00D53121">
        <w:rPr>
          <w:color w:val="000000"/>
        </w:rPr>
        <w:t>—    формулировать краткосрочные и долгосрочные цели (ин​</w:t>
      </w:r>
      <w:proofErr w:type="spellStart"/>
      <w:r w:rsidRPr="00D53121">
        <w:rPr>
          <w:color w:val="000000"/>
        </w:rPr>
        <w:t>дивидуальные</w:t>
      </w:r>
      <w:proofErr w:type="spellEnd"/>
      <w:r w:rsidRPr="00D53121">
        <w:rPr>
          <w:color w:val="000000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D53121">
        <w:rPr>
          <w:color w:val="000000"/>
        </w:rPr>
        <w:t>телем</w:t>
      </w:r>
      <w:proofErr w:type="spellEnd"/>
      <w:r w:rsidRPr="00D53121">
        <w:rPr>
          <w:color w:val="000000"/>
        </w:rPr>
        <w:t xml:space="preserve"> формата планирования, распределения промежуточных шагов и сроков;</w:t>
      </w:r>
      <w:r w:rsidRPr="00D53121">
        <w:br/>
      </w:r>
      <w:r w:rsidRPr="00D53121">
        <w:tab/>
      </w:r>
      <w:r w:rsidRPr="00D53121">
        <w:rPr>
          <w:color w:val="000000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D53121">
        <w:br/>
      </w:r>
      <w:r w:rsidRPr="00D53121">
        <w:lastRenderedPageBreak/>
        <w:tab/>
      </w:r>
      <w:r w:rsidRPr="00D53121">
        <w:rPr>
          <w:color w:val="000000"/>
        </w:rPr>
        <w:t>—    проявлять готовность руководить, выполнять поручения, подчиняться, самостоятельно разрешать конфликты;</w:t>
      </w:r>
      <w:r w:rsidRPr="00D53121">
        <w:br/>
      </w:r>
      <w:r w:rsidRPr="00D53121">
        <w:tab/>
      </w:r>
      <w:r w:rsidRPr="00D53121">
        <w:rPr>
          <w:color w:val="000000"/>
        </w:rPr>
        <w:t>—    ответственно выполнять свою часть работы;</w:t>
      </w:r>
    </w:p>
    <w:p w14:paraId="060C12A7" w14:textId="77777777" w:rsidR="00985470" w:rsidRPr="00D53121" w:rsidRDefault="00985470" w:rsidP="00985470">
      <w:pPr>
        <w:autoSpaceDE w:val="0"/>
        <w:autoSpaceDN w:val="0"/>
        <w:spacing w:line="262" w:lineRule="auto"/>
        <w:ind w:left="180" w:right="1584"/>
      </w:pPr>
      <w:r w:rsidRPr="00D53121">
        <w:rPr>
          <w:color w:val="000000"/>
        </w:rPr>
        <w:t>—    оценивать свой вклад в общий результат;</w:t>
      </w:r>
      <w:r w:rsidRPr="00D53121">
        <w:br/>
      </w:r>
      <w:r w:rsidRPr="00D53121">
        <w:rPr>
          <w:color w:val="000000"/>
        </w:rPr>
        <w:t>—    выполнять совместные проектные задания с опорой на предложенные образцы.</w:t>
      </w:r>
    </w:p>
    <w:p w14:paraId="183448DE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t>ПРЕДМЕТНЫЕ РЕЗУЛЬТАТЫ</w:t>
      </w:r>
    </w:p>
    <w:p w14:paraId="28DC28F8" w14:textId="77777777" w:rsidR="00985470" w:rsidRDefault="00985470" w:rsidP="00985470">
      <w:pPr>
        <w:tabs>
          <w:tab w:val="left" w:pos="180"/>
        </w:tabs>
        <w:autoSpaceDE w:val="0"/>
        <w:autoSpaceDN w:val="0"/>
        <w:spacing w:before="166" w:line="290" w:lineRule="auto"/>
        <w:rPr>
          <w:color w:val="000000"/>
        </w:rPr>
      </w:pPr>
      <w:r w:rsidRPr="00D53121">
        <w:tab/>
      </w:r>
      <w:r w:rsidRPr="00D53121">
        <w:rPr>
          <w:color w:val="000000"/>
        </w:rPr>
        <w:t xml:space="preserve">К концу обучения в </w:t>
      </w:r>
      <w:r w:rsidRPr="00D53121">
        <w:rPr>
          <w:b/>
          <w:color w:val="000000"/>
        </w:rPr>
        <w:t xml:space="preserve">первом классе </w:t>
      </w:r>
      <w:r w:rsidRPr="00D53121">
        <w:rPr>
          <w:color w:val="000000"/>
        </w:rPr>
        <w:t>обучающийся научится:</w:t>
      </w:r>
      <w:r w:rsidRPr="00D53121">
        <w:br/>
      </w:r>
      <w:r w:rsidRPr="00D53121">
        <w:tab/>
      </w:r>
      <w:r w:rsidRPr="00D53121">
        <w:rPr>
          <w:color w:val="000000"/>
        </w:rPr>
        <w:t>—    различать слово и предложение; вычленять слова из пред​</w:t>
      </w:r>
      <w:proofErr w:type="spellStart"/>
      <w:r w:rsidRPr="00D53121">
        <w:rPr>
          <w:color w:val="000000"/>
        </w:rPr>
        <w:t>ложений</w:t>
      </w:r>
      <w:proofErr w:type="spellEnd"/>
      <w:r w:rsidRPr="00D53121">
        <w:rPr>
          <w:color w:val="000000"/>
        </w:rPr>
        <w:t>;</w:t>
      </w:r>
      <w:r w:rsidRPr="00D53121">
        <w:br/>
      </w:r>
      <w:r w:rsidRPr="00D53121">
        <w:tab/>
      </w:r>
      <w:r w:rsidRPr="00D53121">
        <w:rPr>
          <w:color w:val="000000"/>
        </w:rPr>
        <w:t>—    вычленять звуки из слова;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различать гласные и согласные звуки (в том числе </w:t>
      </w:r>
      <w:proofErr w:type="spellStart"/>
      <w:r w:rsidRPr="00D53121">
        <w:rPr>
          <w:color w:val="000000"/>
        </w:rPr>
        <w:t>разли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чать</w:t>
      </w:r>
      <w:proofErr w:type="spellEnd"/>
      <w:r w:rsidRPr="00D53121">
        <w:rPr>
          <w:color w:val="000000"/>
        </w:rPr>
        <w:t xml:space="preserve"> в слове согласный звук [й’] и гласный звук [и]);</w:t>
      </w:r>
      <w:r w:rsidRPr="00D53121">
        <w:br/>
      </w:r>
      <w:r w:rsidRPr="00D53121">
        <w:tab/>
      </w:r>
      <w:r w:rsidRPr="00D53121">
        <w:rPr>
          <w:color w:val="000000"/>
        </w:rPr>
        <w:t>—    различать ударные и безударные гласные звуки;</w:t>
      </w:r>
      <w:r w:rsidRPr="00D53121">
        <w:br/>
      </w:r>
      <w:r w:rsidRPr="00D53121">
        <w:tab/>
      </w:r>
      <w:r w:rsidRPr="00D53121">
        <w:rPr>
          <w:color w:val="000000"/>
        </w:rPr>
        <w:t>—    различать согласные звуки: мягкие и твёрдые, звонкие и глухие (вне слова и в слове);</w:t>
      </w:r>
      <w:r w:rsidRPr="00D53121">
        <w:tab/>
      </w:r>
      <w:r w:rsidRPr="00D53121">
        <w:rPr>
          <w:color w:val="000000"/>
        </w:rPr>
        <w:t>—     различать понятия «звук» и «буква»;</w:t>
      </w:r>
      <w:r w:rsidRPr="00D53121">
        <w:br/>
      </w:r>
      <w:r w:rsidRPr="00D53121">
        <w:tab/>
      </w:r>
      <w:r w:rsidRPr="00D53121">
        <w:rPr>
          <w:color w:val="000000"/>
        </w:rPr>
        <w:t>— 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обозначать на письме мягкость согласных звуков буквами </w:t>
      </w:r>
      <w:r w:rsidRPr="00D53121">
        <w:rPr>
          <w:b/>
          <w:i/>
          <w:color w:val="000000"/>
        </w:rPr>
        <w:t>е</w:t>
      </w:r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>ё</w:t>
      </w:r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>ю</w:t>
      </w:r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 xml:space="preserve">я </w:t>
      </w:r>
      <w:r w:rsidRPr="00D53121">
        <w:rPr>
          <w:color w:val="000000"/>
        </w:rPr>
        <w:t xml:space="preserve">и буквой </w:t>
      </w:r>
      <w:r w:rsidRPr="00D53121">
        <w:rPr>
          <w:b/>
          <w:i/>
          <w:color w:val="000000"/>
        </w:rPr>
        <w:t xml:space="preserve">ь </w:t>
      </w:r>
      <w:r w:rsidRPr="00D53121">
        <w:rPr>
          <w:color w:val="000000"/>
        </w:rPr>
        <w:t>в конце слова;</w:t>
      </w:r>
      <w:r w:rsidRPr="00D53121">
        <w:tab/>
      </w:r>
      <w:r w:rsidRPr="00D53121">
        <w:rPr>
          <w:color w:val="000000"/>
        </w:rPr>
        <w:t xml:space="preserve">—    правильно называть буквы русского алфавита; </w:t>
      </w:r>
      <w:proofErr w:type="spellStart"/>
      <w:r w:rsidRPr="00D53121">
        <w:rPr>
          <w:color w:val="000000"/>
        </w:rPr>
        <w:t>использо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вать</w:t>
      </w:r>
      <w:proofErr w:type="spellEnd"/>
      <w:r w:rsidRPr="00D53121">
        <w:rPr>
          <w:color w:val="000000"/>
        </w:rPr>
        <w:t xml:space="preserve"> знание последовательности букв русского алфавита для упорядочения небольшого списка слов;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писать аккуратным разборчивым почерком без </w:t>
      </w:r>
      <w:proofErr w:type="spellStart"/>
      <w:r w:rsidRPr="00D53121">
        <w:rPr>
          <w:color w:val="000000"/>
        </w:rPr>
        <w:t>искаже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ний</w:t>
      </w:r>
      <w:proofErr w:type="spellEnd"/>
      <w:r w:rsidRPr="00D53121">
        <w:rPr>
          <w:color w:val="000000"/>
        </w:rPr>
        <w:t xml:space="preserve"> прописные и строчные буквы, соединения букв, слова;</w:t>
      </w:r>
      <w:r w:rsidRPr="00D53121">
        <w:br/>
      </w:r>
      <w:r w:rsidRPr="00D53121">
        <w:tab/>
      </w:r>
      <w:r w:rsidRPr="00D53121">
        <w:rPr>
          <w:color w:val="000000"/>
        </w:rPr>
        <w:t>—    применять изученные правила правописания: раздельное написание слов в предложении; знаки препинания в конце пред​</w:t>
      </w:r>
      <w:proofErr w:type="spellStart"/>
      <w:r w:rsidRPr="00D53121">
        <w:rPr>
          <w:color w:val="000000"/>
        </w:rPr>
        <w:t>ложения</w:t>
      </w:r>
      <w:proofErr w:type="spellEnd"/>
      <w:r w:rsidRPr="00D53121">
        <w:rPr>
          <w:color w:val="000000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r w:rsidRPr="00D53121">
        <w:rPr>
          <w:color w:val="000000"/>
        </w:rPr>
        <w:t>сло</w:t>
      </w:r>
      <w:proofErr w:type="spellEnd"/>
      <w:r w:rsidRPr="00D53121">
        <w:rPr>
          <w:color w:val="000000"/>
        </w:rPr>
        <w:t>​гам (простые случаи: слова из слогов типа «согласный + глас​</w:t>
      </w:r>
      <w:proofErr w:type="spellStart"/>
      <w:r w:rsidRPr="00D53121">
        <w:rPr>
          <w:color w:val="000000"/>
        </w:rPr>
        <w:t>ный</w:t>
      </w:r>
      <w:proofErr w:type="spellEnd"/>
      <w:r w:rsidRPr="00D53121">
        <w:rPr>
          <w:color w:val="000000"/>
        </w:rPr>
        <w:t xml:space="preserve">»); гласные после шипящих в сочетаниях </w:t>
      </w:r>
      <w:proofErr w:type="spellStart"/>
      <w:r w:rsidRPr="00D53121">
        <w:rPr>
          <w:b/>
          <w:i/>
          <w:color w:val="000000"/>
        </w:rPr>
        <w:t>жи</w:t>
      </w:r>
      <w:proofErr w:type="spellEnd"/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 xml:space="preserve">ши </w:t>
      </w:r>
      <w:r w:rsidRPr="00D53121">
        <w:rPr>
          <w:color w:val="000000"/>
        </w:rPr>
        <w:t xml:space="preserve">(в </w:t>
      </w:r>
      <w:proofErr w:type="spellStart"/>
      <w:r w:rsidRPr="00D53121">
        <w:rPr>
          <w:color w:val="000000"/>
        </w:rPr>
        <w:t>положе</w:t>
      </w:r>
      <w:proofErr w:type="spellEnd"/>
      <w:r w:rsidRPr="00D53121">
        <w:rPr>
          <w:color w:val="000000"/>
        </w:rPr>
        <w:t>​</w:t>
      </w:r>
      <w:proofErr w:type="spellStart"/>
      <w:r w:rsidRPr="00D53121">
        <w:rPr>
          <w:color w:val="000000"/>
        </w:rPr>
        <w:t>нии</w:t>
      </w:r>
      <w:proofErr w:type="spellEnd"/>
      <w:r w:rsidRPr="00D53121">
        <w:rPr>
          <w:color w:val="000000"/>
        </w:rPr>
        <w:t xml:space="preserve"> под ударением), </w:t>
      </w:r>
      <w:proofErr w:type="spellStart"/>
      <w:r w:rsidRPr="00D53121">
        <w:rPr>
          <w:b/>
          <w:i/>
          <w:color w:val="000000"/>
        </w:rPr>
        <w:t>ча</w:t>
      </w:r>
      <w:proofErr w:type="spellEnd"/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>ща</w:t>
      </w:r>
      <w:r w:rsidRPr="00D53121">
        <w:rPr>
          <w:color w:val="000000"/>
        </w:rPr>
        <w:t xml:space="preserve">, </w:t>
      </w:r>
      <w:r w:rsidRPr="00D53121">
        <w:rPr>
          <w:b/>
          <w:i/>
          <w:color w:val="000000"/>
        </w:rPr>
        <w:t>чу</w:t>
      </w:r>
      <w:r w:rsidRPr="00D53121">
        <w:rPr>
          <w:color w:val="000000"/>
        </w:rPr>
        <w:t xml:space="preserve">, </w:t>
      </w:r>
      <w:proofErr w:type="spellStart"/>
      <w:r w:rsidRPr="00D53121">
        <w:rPr>
          <w:b/>
          <w:i/>
          <w:color w:val="000000"/>
        </w:rPr>
        <w:t>щу</w:t>
      </w:r>
      <w:proofErr w:type="spellEnd"/>
      <w:r w:rsidRPr="00D53121">
        <w:rPr>
          <w:color w:val="000000"/>
        </w:rPr>
        <w:t>; непроверяемые гласные и согласные (перечень слов в орфографическом словаре учебника);</w:t>
      </w:r>
      <w:r w:rsidRPr="00D53121">
        <w:br/>
      </w:r>
      <w:r w:rsidRPr="00D53121">
        <w:tab/>
      </w:r>
      <w:r w:rsidRPr="00D53121">
        <w:rPr>
          <w:color w:val="000000"/>
        </w:rPr>
        <w:t>—    правильно списывать (без пропусков и искажений букв) слова и предложения, тексты объёмом не более 25 слов;</w:t>
      </w:r>
      <w:r w:rsidRPr="00D53121">
        <w:br/>
      </w:r>
      <w:r w:rsidRPr="00D53121">
        <w:tab/>
      </w:r>
      <w:r w:rsidRPr="00D53121">
        <w:rPr>
          <w:color w:val="000000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  <w:r w:rsidRPr="00D53121">
        <w:tab/>
      </w:r>
      <w:r w:rsidRPr="00D53121">
        <w:rPr>
          <w:color w:val="000000"/>
        </w:rPr>
        <w:t>—  находить и исправлять ошибки на изученные правила, описки;</w:t>
      </w:r>
      <w:r w:rsidRPr="00D53121">
        <w:br/>
      </w:r>
      <w:r w:rsidRPr="00D53121">
        <w:tab/>
      </w:r>
      <w:r w:rsidRPr="00D53121">
        <w:rPr>
          <w:color w:val="000000"/>
        </w:rPr>
        <w:t>—    понимать прослушанный текст;</w:t>
      </w:r>
      <w:r w:rsidRPr="00D53121">
        <w:br/>
      </w:r>
      <w:r w:rsidRPr="00D53121">
        <w:tab/>
      </w:r>
      <w:r w:rsidRPr="00D53121">
        <w:rPr>
          <w:color w:val="000000"/>
        </w:rPr>
        <w:t>— 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  <w:r w:rsidRPr="00D53121">
        <w:br/>
      </w:r>
      <w:r w:rsidRPr="00D53121">
        <w:tab/>
      </w:r>
      <w:r w:rsidRPr="00D53121">
        <w:rPr>
          <w:color w:val="000000"/>
        </w:rPr>
        <w:t xml:space="preserve">—    находить в тексте слова, значение которых требует </w:t>
      </w:r>
      <w:proofErr w:type="spellStart"/>
      <w:r w:rsidRPr="00D53121">
        <w:rPr>
          <w:color w:val="000000"/>
        </w:rPr>
        <w:t>уточ</w:t>
      </w:r>
      <w:proofErr w:type="spellEnd"/>
      <w:r w:rsidRPr="00D53121">
        <w:rPr>
          <w:color w:val="000000"/>
        </w:rPr>
        <w:t>​нения;</w:t>
      </w:r>
      <w:r w:rsidRPr="00D53121">
        <w:br/>
      </w:r>
      <w:r w:rsidRPr="00D53121">
        <w:tab/>
      </w:r>
      <w:r w:rsidRPr="00D53121">
        <w:rPr>
          <w:color w:val="000000"/>
        </w:rPr>
        <w:t>—    составлять предложение из набора форм слов;</w:t>
      </w:r>
      <w:r w:rsidRPr="00D53121">
        <w:br/>
      </w:r>
      <w:r w:rsidRPr="00D53121">
        <w:tab/>
      </w:r>
      <w:r w:rsidRPr="00D53121">
        <w:rPr>
          <w:color w:val="000000"/>
        </w:rPr>
        <w:t>—    устно составлять текст из 3—5 предложений по сюжет​</w:t>
      </w:r>
      <w:proofErr w:type="spellStart"/>
      <w:r w:rsidRPr="00D53121">
        <w:rPr>
          <w:color w:val="000000"/>
        </w:rPr>
        <w:t>ным</w:t>
      </w:r>
      <w:proofErr w:type="spellEnd"/>
      <w:r w:rsidRPr="00D53121">
        <w:rPr>
          <w:color w:val="000000"/>
        </w:rPr>
        <w:t xml:space="preserve"> картинкам и наблюдениям;</w:t>
      </w:r>
      <w:r w:rsidRPr="00D53121">
        <w:tab/>
      </w:r>
      <w:r w:rsidRPr="00D53121">
        <w:rPr>
          <w:color w:val="000000"/>
        </w:rPr>
        <w:t>—  использовать изученные понятия в процессе решения учебных задач.</w:t>
      </w:r>
    </w:p>
    <w:p w14:paraId="211C6E0A" w14:textId="77777777" w:rsidR="00591227" w:rsidRDefault="00591227" w:rsidP="00985470">
      <w:pPr>
        <w:tabs>
          <w:tab w:val="left" w:pos="180"/>
        </w:tabs>
        <w:autoSpaceDE w:val="0"/>
        <w:autoSpaceDN w:val="0"/>
        <w:spacing w:before="166" w:line="290" w:lineRule="auto"/>
        <w:rPr>
          <w:color w:val="000000"/>
        </w:rPr>
      </w:pPr>
    </w:p>
    <w:p w14:paraId="5AB63519" w14:textId="77777777" w:rsidR="00591227" w:rsidRDefault="00591227" w:rsidP="00985470">
      <w:pPr>
        <w:autoSpaceDE w:val="0"/>
        <w:autoSpaceDN w:val="0"/>
        <w:spacing w:after="258" w:line="233" w:lineRule="auto"/>
        <w:rPr>
          <w:b/>
          <w:color w:val="000000"/>
          <w:w w:val="101"/>
          <w:sz w:val="19"/>
        </w:rPr>
      </w:pPr>
    </w:p>
    <w:p w14:paraId="1B1FD427" w14:textId="77777777" w:rsidR="00985470" w:rsidRDefault="00985470" w:rsidP="00985470">
      <w:pPr>
        <w:autoSpaceDE w:val="0"/>
        <w:autoSpaceDN w:val="0"/>
        <w:spacing w:after="258" w:line="233" w:lineRule="auto"/>
      </w:pPr>
      <w:r>
        <w:rPr>
          <w:b/>
          <w:color w:val="000000"/>
          <w:w w:val="101"/>
          <w:sz w:val="19"/>
        </w:rPr>
        <w:lastRenderedPageBreak/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54EBDDDC" w14:textId="77777777" w:rsidTr="0059122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AAE5E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right="144"/>
              <w:jc w:val="center"/>
            </w:pPr>
            <w:r>
              <w:rPr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00997" w14:textId="77777777" w:rsidR="00985470" w:rsidRPr="00D53121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 w:rsidRPr="00D53121">
              <w:rPr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9CBD9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2264F4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7E4D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30436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>
              <w:rPr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59256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1152"/>
            </w:pPr>
            <w:r>
              <w:rPr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985470" w14:paraId="78D279CA" w14:textId="77777777" w:rsidTr="0059122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1B0F" w14:textId="77777777" w:rsidR="00985470" w:rsidRDefault="00985470" w:rsidP="0059122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FBFE" w14:textId="77777777" w:rsidR="00985470" w:rsidRDefault="00985470" w:rsidP="00591227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D852EB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D1A0A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68"/>
            </w:pPr>
            <w:r>
              <w:rPr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CAE07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0575" w14:textId="77777777" w:rsidR="00985470" w:rsidRDefault="00985470" w:rsidP="0059122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14D9" w14:textId="77777777" w:rsidR="00985470" w:rsidRDefault="00985470" w:rsidP="0059122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9D46" w14:textId="77777777" w:rsidR="00985470" w:rsidRDefault="00985470" w:rsidP="0059122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7B78" w14:textId="77777777" w:rsidR="00985470" w:rsidRDefault="00985470" w:rsidP="00591227"/>
        </w:tc>
      </w:tr>
      <w:tr w:rsidR="00985470" w14:paraId="6DA6BE8D" w14:textId="77777777" w:rsidTr="0059122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73A5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>ОБУЧЕНИЕ ГРАМОТЕ</w:t>
            </w:r>
          </w:p>
        </w:tc>
      </w:tr>
      <w:tr w:rsidR="00985470" w14:paraId="77A3A011" w14:textId="77777777" w:rsidTr="0059122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90CFA" w14:textId="77777777" w:rsidR="00985470" w:rsidRDefault="00985470" w:rsidP="00591227">
            <w:pPr>
              <w:autoSpaceDE w:val="0"/>
              <w:autoSpaceDN w:val="0"/>
              <w:spacing w:before="80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 xml:space="preserve">Раздел 1. </w:t>
            </w:r>
            <w:r>
              <w:rPr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  <w:tr w:rsidR="00985470" w14:paraId="7295BD7F" w14:textId="77777777" w:rsidTr="00591227">
        <w:trPr>
          <w:trHeight w:hRule="exact" w:val="64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0B6C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16515" w14:textId="77777777" w:rsidR="00985470" w:rsidRPr="00D53121" w:rsidRDefault="00985470" w:rsidP="00591227">
            <w:pPr>
              <w:autoSpaceDE w:val="0"/>
              <w:autoSpaceDN w:val="0"/>
              <w:spacing w:before="76" w:line="250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C7FC094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0BC175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9A196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8C989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01.08.2022 03.08.2022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88900" w14:textId="77777777" w:rsidR="00985470" w:rsidRPr="00D53121" w:rsidRDefault="00985470" w:rsidP="00591227">
            <w:pPr>
              <w:autoSpaceDE w:val="0"/>
              <w:autoSpaceDN w:val="0"/>
              <w:spacing w:before="76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Работа с серией сюжетных картинок,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выстроенных в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​вильной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последовательности: анализ изображённых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собы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тий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обсуждение сюжета, составление устного рассказа с опорой на картинки; Работа с серией сюжетных картинок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нарушенной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последо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вательностью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анализ изображённых событий, установление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правильной последовательности событий, объяснение ошибки художника, внесение изменений в последователь​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ность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картинок, составление устного рассказа по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восстанов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</w:rPr>
              <w:t>‐</w:t>
            </w:r>
            <w:r w:rsidRPr="00D53121">
              <w:rPr>
                <w:color w:val="000000"/>
                <w:w w:val="97"/>
                <w:sz w:val="16"/>
              </w:rPr>
              <w:t xml:space="preserve">ленной серии картинок;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Совместная работа по составлению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небольших рассказов повествовательного характера (например, рассказ о случаях из школьной жизни и т. д.);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Совместная работа по составлению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небольших рассказов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опи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сательного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характера (например, описание как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результат совместных наблюдений,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описание модели звукового состава слова и т. д.);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Самостоятельная работа: составление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короткого рассказа по опорным словам; Учебный диалог по результатам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совместного составления рассказов,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объяснение уместности или неуместности использования тех или иных речевых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средств, участие в диалоге, высказывание и обоснование своей точки зрения;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Слушание текста, понимание текста при его прослушивании;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CA522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7E4EA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</w:pPr>
            <w:r>
              <w:rPr>
                <w:color w:val="000000"/>
                <w:w w:val="97"/>
                <w:sz w:val="16"/>
              </w:rPr>
              <w:t>https://edudocs.info/prezentaciya-na-temu-sostavlenie-ustnyh-rasskazov--7677.html</w:t>
            </w:r>
          </w:p>
        </w:tc>
      </w:tr>
      <w:tr w:rsidR="00985470" w14:paraId="14B22817" w14:textId="77777777" w:rsidTr="00591227">
        <w:trPr>
          <w:trHeight w:hRule="exact" w:val="350"/>
        </w:trPr>
        <w:tc>
          <w:tcPr>
            <w:tcW w:w="451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39ED4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B412839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0458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0DA43" w14:textId="77777777" w:rsidR="00985470" w:rsidRDefault="00985470" w:rsidP="00591227"/>
        </w:tc>
      </w:tr>
      <w:tr w:rsidR="00985470" w14:paraId="7616C8DB" w14:textId="77777777" w:rsidTr="0059122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8B57A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 xml:space="preserve">Раздел 2. </w:t>
            </w:r>
            <w:r>
              <w:rPr>
                <w:b/>
                <w:color w:val="000000"/>
                <w:w w:val="97"/>
                <w:sz w:val="16"/>
              </w:rPr>
              <w:t>Фонетика</w:t>
            </w:r>
          </w:p>
        </w:tc>
      </w:tr>
    </w:tbl>
    <w:p w14:paraId="63247AF5" w14:textId="77777777" w:rsidR="00985470" w:rsidRDefault="00985470" w:rsidP="00985470">
      <w:pPr>
        <w:autoSpaceDE w:val="0"/>
        <w:autoSpaceDN w:val="0"/>
        <w:spacing w:line="14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11D0239F" w14:textId="77777777" w:rsidTr="00591227">
        <w:trPr>
          <w:trHeight w:hRule="exact" w:val="6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DFD8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lastRenderedPageBreak/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39C1A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Звуки речи. Интонационное выделение звука в слове. Определение частотного звука в стихотворении.</w:t>
            </w:r>
          </w:p>
          <w:p w14:paraId="67C8618B" w14:textId="77777777" w:rsidR="00985470" w:rsidRPr="00D53121" w:rsidRDefault="00985470" w:rsidP="00591227">
            <w:pPr>
              <w:autoSpaceDE w:val="0"/>
              <w:autoSpaceDN w:val="0"/>
              <w:spacing w:before="20" w:line="245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Называние слов с заданным звуком. Дифференциация близких по акустико-артикуляционным признакам звуков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D52F20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AE86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2A1AB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10E654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05.09.2022 09.09.2022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0E9C0" w14:textId="77777777" w:rsidR="00985470" w:rsidRPr="00D53121" w:rsidRDefault="00985470" w:rsidP="00591227">
            <w:pPr>
              <w:autoSpaceDE w:val="0"/>
              <w:autoSpaceDN w:val="0"/>
              <w:spacing w:before="78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Игровое упражнение «Скажи так, как я»(отрабатывается умение воспроизводить заданный учителем образец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интона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</w:rPr>
              <w:t>‐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ционного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выделения звука в слове);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«Есть ли в слове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заданный звук?» (ловить мяч нужно только тогда, когда ведущий называет слово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заданным звуком, отрабатывается умение определять наличие заданного звука 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слове);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Игра​соревнование «Кто запомнит больше слов с заданным звуком при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прослушивании стихотворения»;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подбор слов с заданным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звуком;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с моделью: выбрать нужную модель в зависимости от места заданного звука в слове (начало, середина, конец слова);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Совместная работа: группировка слов по первому звуку(по последнему звуку), по наличию близких в акустико-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артикуляционном отношении звуков ([н] —[м], [р] — [л], [с] — [ш] и др.);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«Живые звуки»: моделирование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звукового состава слова в игровых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ситуациях;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звуков;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43E4C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6B163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https://nsportal.ru/nachalnaya-shkola/russkii-yazyk/2017/11/13/prezentatsiya-k-uroku-russkogo-yazyka-obuchenie-gramote-v</w:t>
            </w:r>
          </w:p>
        </w:tc>
      </w:tr>
    </w:tbl>
    <w:p w14:paraId="78F33997" w14:textId="77777777" w:rsidR="00985470" w:rsidRDefault="00985470" w:rsidP="00985470">
      <w:pPr>
        <w:autoSpaceDE w:val="0"/>
        <w:autoSpaceDN w:val="0"/>
        <w:spacing w:line="14" w:lineRule="exact"/>
      </w:pPr>
    </w:p>
    <w:p w14:paraId="25F543DA" w14:textId="77777777" w:rsidR="00985470" w:rsidRDefault="00985470" w:rsidP="00985470">
      <w:pPr>
        <w:sectPr w:rsidR="00985470" w:rsidSect="00591227">
          <w:pgSz w:w="16840" w:h="11900"/>
          <w:pgMar w:top="284" w:right="640" w:bottom="851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D38CE8C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060F8093" w14:textId="77777777" w:rsidTr="00591227">
        <w:trPr>
          <w:trHeight w:hRule="exact" w:val="63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8AE3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20809F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9F32B4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022A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D3A2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DB952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12.09.2022 16.09.2022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B6AFC" w14:textId="77777777" w:rsidR="00985470" w:rsidRPr="00D53121" w:rsidRDefault="00985470" w:rsidP="00591227">
            <w:pPr>
              <w:autoSpaceDE w:val="0"/>
              <w:autoSpaceDN w:val="0"/>
              <w:spacing w:before="78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Дифференцированное задание: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соотнесение слов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соответ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ствующими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им моделями;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группировка звуков по заданному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основанию (например, твёрдые — мягкие согласные звуки);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Учебный диалог «Чем гласные звуки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отличаются по произношению от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согласных звуков?»; как результат участия в диалоге: различение гласных и согласных звуков по отсутствию/наличию преграды; Игровое упражнение «Назови братца»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(парный по твёрдости — мягкости звук); Учебный диалог «Чем твёрдые согласные звуки отличаются от мягких согласных звуков?»;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Совместная работа: характеристика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особенностей гласных, согласных звуков, обоснование своей точки зрения,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выслушивание одноклассников;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Контролировать этапы своей работы,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оценивать процесс и результат выполнения задания;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упражнения по определению количества слогов в слове, приведение доказательства; Работа в парах: подбор слов с заданным количеством слогов;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442A79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E577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https://kopilkaurokov.ru/nachalniyeKlassi</w:t>
            </w:r>
          </w:p>
        </w:tc>
      </w:tr>
      <w:tr w:rsidR="00985470" w14:paraId="748B5825" w14:textId="77777777" w:rsidTr="00591227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44E5D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FEF9C9" w14:textId="77777777" w:rsidR="00985470" w:rsidRPr="00D53121" w:rsidRDefault="00985470" w:rsidP="00591227">
            <w:pPr>
              <w:autoSpaceDE w:val="0"/>
              <w:autoSpaceDN w:val="0"/>
              <w:spacing w:before="76" w:line="250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Особенность гласных звуков. Особенность согласных звуков. Различение гласных и согласных звуков. Определение места ударения. Различение гласных ударных и безударных. Ударный слог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4C1701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69EB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33A354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DA6FB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19.09.2022 23.09.2022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BC061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Дифференцированное задание: подбор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слова с заданным ударным гласным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звуком;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со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слогоударными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схемами: подбор слов, соответствующих схеме;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группах: объединять слова по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количеству слогов в слове и месту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ударения;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группах: нахождение 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исправление ошибок, допущенных при делении слов на слоги, в определении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010DE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4075C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https://nsportal.ru/nachalnaya-shkola/russkii-yazyk/2012/05/06/prezentatsiya-glasnye-i-soglasnye-zvuki-i-bukvy</w:t>
            </w:r>
          </w:p>
        </w:tc>
      </w:tr>
    </w:tbl>
    <w:p w14:paraId="20C169DF" w14:textId="77777777" w:rsidR="00985470" w:rsidRDefault="00985470" w:rsidP="00985470">
      <w:pPr>
        <w:autoSpaceDE w:val="0"/>
        <w:autoSpaceDN w:val="0"/>
        <w:spacing w:line="14" w:lineRule="exact"/>
      </w:pPr>
    </w:p>
    <w:p w14:paraId="37074F2D" w14:textId="77777777" w:rsidR="00985470" w:rsidRDefault="00985470" w:rsidP="00985470">
      <w:pPr>
        <w:sectPr w:rsidR="00985470">
          <w:pgSz w:w="16840" w:h="11900"/>
          <w:pgMar w:top="284" w:right="640" w:bottom="127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E754FE9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5B4098E9" w14:textId="77777777" w:rsidTr="00591227">
        <w:trPr>
          <w:trHeight w:hRule="exact" w:val="37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759F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314AD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Твёрдость и мягкость согласных звуков как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смыслоразличительная функция. </w:t>
            </w:r>
            <w:r>
              <w:rPr>
                <w:color w:val="000000"/>
                <w:w w:val="97"/>
                <w:sz w:val="16"/>
              </w:rPr>
              <w:t>Различение твёрдых и мягких согласных звуков.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98CF04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C012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4478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9A9A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26.09.2022 29.09.2022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EB680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Игровое упражнение «Скажи так, как я»(отрабатывается умение воспроизводить заданный учителем образец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интона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</w:rPr>
              <w:t>‐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ционного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выделения звука в слове);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«Есть ли в слове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заданный звук?» (ловить мяч нужно только тогда, когда ведущий называет слово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заданным звуком, отрабатывается умение определять наличие заданного звука 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слове);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Игра​соревнование «Кто запомнит больше слов с заданным звуком при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прослушивании стихотворения»;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подбор слов с заданным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звуком;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Работа с моделью: выбрать нужную модель в зависимости от места заданного звука в слове (начало, середина, конец слова);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C1AE1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FDD11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>
              <w:rPr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985470" w14:paraId="38C9986D" w14:textId="77777777" w:rsidTr="00591227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7044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BE545" w14:textId="77777777" w:rsidR="00985470" w:rsidRPr="00D53121" w:rsidRDefault="00985470" w:rsidP="00591227">
            <w:pPr>
              <w:autoSpaceDE w:val="0"/>
              <w:autoSpaceDN w:val="0"/>
              <w:spacing w:before="78" w:line="250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Дифференциация парных по твёрдости — мягкости согласных звуков.  Дифференциация парных по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звонкости — глухости звуков (без введения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терминов«звонкость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», «глухость»).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A875AD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59F1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5D24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1F212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30.09.2022 06.10.2022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0806A" w14:textId="77777777" w:rsidR="00985470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звуков;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Совместное выполнение задания: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проанализировать предложенную модель звукового состава слова и рассказать о ней; Творческое задание: подбор слов,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соответ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</w:rPr>
              <w:t>‐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ствующих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заданной модели;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Дифференцированное задание: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соотнесение слов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соответ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ствующими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им моделями;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группировка звуков по заданному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основанию </w:t>
            </w:r>
            <w:r>
              <w:rPr>
                <w:color w:val="000000"/>
                <w:w w:val="97"/>
                <w:sz w:val="16"/>
              </w:rPr>
              <w:t>(например, твёрдые — мягкие согласные звуки);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B67A8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846953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>
              <w:rPr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985470" w14:paraId="0C1FC084" w14:textId="77777777" w:rsidTr="0059122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9706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AF5D8" w14:textId="77777777" w:rsidR="00985470" w:rsidRPr="00D53121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Слог как минимальная произносительная единица.</w:t>
            </w:r>
          </w:p>
          <w:p w14:paraId="540616B1" w14:textId="77777777" w:rsidR="00985470" w:rsidRDefault="00985470" w:rsidP="00591227">
            <w:pPr>
              <w:autoSpaceDE w:val="0"/>
              <w:autoSpaceDN w:val="0"/>
              <w:spacing w:before="20" w:line="24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Слогообразующая функция гласных звуков. Определение количества слогов в слове. </w:t>
            </w:r>
            <w:r>
              <w:rPr>
                <w:color w:val="000000"/>
                <w:w w:val="97"/>
                <w:sz w:val="16"/>
              </w:rPr>
              <w:t xml:space="preserve">Деление слов на слоги </w:t>
            </w:r>
            <w:r>
              <w:br/>
            </w:r>
            <w:r>
              <w:rPr>
                <w:color w:val="000000"/>
                <w:w w:val="97"/>
                <w:sz w:val="16"/>
              </w:rPr>
              <w:t>(простые однозначные случаи)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8A1592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4C56B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6547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334B7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10.10.2022 14.10.2022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A485E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Работа в группах: объединять слова по количеству слогов в слове и месту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ударения;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группах: нахождение 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исправление ошибок, допущенных при делении слов на слоги, в определении 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97099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582F6B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985470" w14:paraId="5299ED9E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9349D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CD43F64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27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0E479" w14:textId="77777777" w:rsidR="00985470" w:rsidRDefault="00985470" w:rsidP="00591227"/>
        </w:tc>
      </w:tr>
      <w:tr w:rsidR="00985470" w:rsidRPr="00C709E9" w14:paraId="35B1D067" w14:textId="77777777" w:rsidTr="0059122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DA362" w14:textId="77777777" w:rsidR="00985470" w:rsidRPr="00D53121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Раздел 3.</w:t>
            </w:r>
            <w:r w:rsidRPr="00D53121">
              <w:rPr>
                <w:b/>
                <w:color w:val="000000"/>
                <w:w w:val="97"/>
                <w:sz w:val="16"/>
              </w:rPr>
              <w:t xml:space="preserve"> Письмо. Орфография и пунктуация</w:t>
            </w:r>
          </w:p>
        </w:tc>
      </w:tr>
    </w:tbl>
    <w:p w14:paraId="0194C52E" w14:textId="77777777" w:rsidR="00985470" w:rsidRPr="00D53121" w:rsidRDefault="00985470" w:rsidP="00985470">
      <w:pPr>
        <w:autoSpaceDE w:val="0"/>
        <w:autoSpaceDN w:val="0"/>
        <w:spacing w:line="14" w:lineRule="exact"/>
      </w:pPr>
    </w:p>
    <w:p w14:paraId="435D2D4F" w14:textId="77777777" w:rsidR="00985470" w:rsidRPr="00D53121" w:rsidRDefault="00985470" w:rsidP="00985470">
      <w:pPr>
        <w:sectPr w:rsidR="00985470" w:rsidRPr="00D53121">
          <w:pgSz w:w="16840" w:h="11900"/>
          <w:pgMar w:top="284" w:right="640" w:bottom="80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8A000FF" w14:textId="77777777" w:rsidR="00985470" w:rsidRPr="00D53121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78C4C479" w14:textId="77777777" w:rsidTr="0059122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31F0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990E7" w14:textId="77777777" w:rsidR="00985470" w:rsidRDefault="00985470" w:rsidP="00591227">
            <w:pPr>
              <w:autoSpaceDE w:val="0"/>
              <w:autoSpaceDN w:val="0"/>
              <w:spacing w:before="78" w:line="252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Развитие мелкой моторики пальцев и движения руки. Развитие умения ориентироваться на пространстве листа в тетради и на пространстве классной доски. </w:t>
            </w:r>
            <w:r>
              <w:rPr>
                <w:color w:val="000000"/>
                <w:w w:val="97"/>
                <w:sz w:val="16"/>
              </w:rPr>
              <w:t xml:space="preserve">Усвоение гигиенических требований, которые необходимо </w:t>
            </w:r>
            <w:r>
              <w:br/>
            </w:r>
            <w:r>
              <w:rPr>
                <w:color w:val="000000"/>
                <w:w w:val="97"/>
                <w:sz w:val="16"/>
              </w:rPr>
              <w:t>соблюдать во время письма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D98CD7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EA55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90DE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C681CD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17.10.2022 28.10.2022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E6220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Совместная работа: анализ поэлементного состава букв;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«Конструктор букв», направленное на составление буквы из элементов;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(из пластилина, из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проволоки) букв;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7387F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F35EE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985470" w14:paraId="27A91153" w14:textId="77777777" w:rsidTr="00591227">
        <w:trPr>
          <w:trHeight w:hRule="exact" w:val="37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24E1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9C29B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Письмо под диктовку слов и предложений, написание которых не расходится с их произношением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25BABC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8866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8998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16896F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07.11.2022 18.11.2022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36CC6" w14:textId="77777777" w:rsidR="00985470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Упражнение: запись письменными буквами слова/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/короткого текста,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написанного печатными буквами;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в процессе совместного обсуждения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алгорит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ма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списывания;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Практическая работа: списывание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слов/предложений в соответствии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заданным алгоритмом, контролирование этапов своей работы;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сообщение правила переноса слов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(первичное знакомство);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Учебный диалог «Почему слова пишутся отдельно друг от друга? </w:t>
            </w:r>
            <w:r>
              <w:rPr>
                <w:color w:val="000000"/>
                <w:w w:val="97"/>
                <w:sz w:val="16"/>
              </w:rPr>
              <w:t xml:space="preserve">Удобно ли читать предложение, записанное без пробелов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между словами?»;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0AEBE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C5516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985470" w14:paraId="48F5C934" w14:textId="77777777" w:rsidTr="00591227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A646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AE004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 w:rsidRPr="00D53121">
              <w:rPr>
                <w:color w:val="000000"/>
                <w:w w:val="97"/>
                <w:sz w:val="16"/>
              </w:rPr>
              <w:t>Усвоение приёмов последовательности правильного списывания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D30EB6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44C4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F028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1D55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21.11.2022 28.11.2022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2E0E5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Упражнение: запись под диктовку слов и предложений, состоящих из трёх — пяти слов со звуками в сильной позиции;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Работа в парах: соотнесение одних и тех же слов, написан​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печатным и письменным шрифтом;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Упражнение: запись письменными буквами слова/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/короткого текста,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написанного печатными буквами;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в процессе совместного обсуждения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алгорит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ма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списывания;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Практическая работа: списывание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слов/предложений в соответствии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заданным алгоритмом, контролирование этапов своей работы;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5A8D0D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E22016" w14:textId="77777777" w:rsidR="00985470" w:rsidRDefault="00985470" w:rsidP="00591227">
            <w:pPr>
              <w:autoSpaceDE w:val="0"/>
              <w:autoSpaceDN w:val="0"/>
              <w:spacing w:before="78" w:line="250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https://infourok.ru/prezentaciya-k-uroku-</w:t>
            </w:r>
            <w:r>
              <w:br/>
            </w:r>
            <w:r>
              <w:rPr>
                <w:color w:val="000000"/>
                <w:w w:val="97"/>
                <w:sz w:val="16"/>
              </w:rPr>
              <w:t>russkogo-yazika-v-klasse-yazik-kak-sredstvo-obscheniya-poryadok-deystviy-pri-spisivanii-1484402.html</w:t>
            </w:r>
          </w:p>
        </w:tc>
      </w:tr>
      <w:tr w:rsidR="00985470" w14:paraId="31B9437A" w14:textId="77777777" w:rsidTr="00591227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4A83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6BF31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>Понимание функции небуквенных графических средств: пробела между словами, знака переноса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48199E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F9603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C49F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F3100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29.11.2022 08.12.2022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7886B" w14:textId="77777777" w:rsidR="00985470" w:rsidRDefault="00985470" w:rsidP="00591227">
            <w:pPr>
              <w:autoSpaceDE w:val="0"/>
              <w:autoSpaceDN w:val="0"/>
              <w:spacing w:before="78" w:line="254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сообщение правила переноса слов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(первичное знакомство);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Учебный диалог «Почему слова пишутся отдельно друг от друга? </w:t>
            </w:r>
            <w:r>
              <w:rPr>
                <w:color w:val="000000"/>
                <w:w w:val="97"/>
                <w:sz w:val="16"/>
              </w:rPr>
              <w:t>Удобно ли читать предложение, записанное без пробелов между словами?»;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94C4A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05712" w14:textId="77777777" w:rsidR="00985470" w:rsidRDefault="00985470" w:rsidP="00591227">
            <w:pPr>
              <w:autoSpaceDE w:val="0"/>
              <w:autoSpaceDN w:val="0"/>
              <w:spacing w:before="78" w:line="250" w:lineRule="auto"/>
              <w:ind w:left="72"/>
            </w:pPr>
            <w:r>
              <w:rPr>
                <w:color w:val="000000"/>
                <w:w w:val="97"/>
                <w:sz w:val="16"/>
              </w:rPr>
              <w:t>https://infourok.ru/urok-pisma-v-1-klasse-po-teme-pismo-bukv-bukvosochetanij-slogov-slov-predlozhenij-s-soblyudeniem-gigienicheskih-norm-ponimanie-f-4664986.html</w:t>
            </w:r>
          </w:p>
        </w:tc>
      </w:tr>
    </w:tbl>
    <w:p w14:paraId="2B5E756A" w14:textId="77777777" w:rsidR="00985470" w:rsidRDefault="00985470" w:rsidP="00985470">
      <w:pPr>
        <w:autoSpaceDE w:val="0"/>
        <w:autoSpaceDN w:val="0"/>
        <w:spacing w:line="14" w:lineRule="exact"/>
      </w:pPr>
    </w:p>
    <w:p w14:paraId="61CB3208" w14:textId="77777777" w:rsidR="00985470" w:rsidRDefault="00985470" w:rsidP="00985470">
      <w:pPr>
        <w:sectPr w:rsidR="00985470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B4B4488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5AC4054E" w14:textId="77777777" w:rsidTr="00591227">
        <w:trPr>
          <w:trHeight w:hRule="exact" w:val="27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0F74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AA7B8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1008"/>
            </w:pPr>
            <w:r w:rsidRPr="00D53121">
              <w:rPr>
                <w:color w:val="000000"/>
                <w:w w:val="97"/>
                <w:sz w:val="16"/>
              </w:rPr>
              <w:t>Знакомство с правилами правописания и их применением: раздельное написание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3B12AA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DA58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3FE9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BAD52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09.12.2022 16.12.2022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4E5ED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буквосо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четаниями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ши; Упражнение: запись предложения,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составленного из набора слов,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с соблюдением пробелов между словами;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употребления заглавной буквы;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B58558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96F6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https://kopilkaurokov.ru/nachalniyeKlassi/</w:t>
            </w:r>
          </w:p>
        </w:tc>
      </w:tr>
      <w:tr w:rsidR="00985470" w14:paraId="270776F4" w14:textId="77777777" w:rsidTr="00591227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C6C56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3.6.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4E167" w14:textId="77777777" w:rsidR="00985470" w:rsidRPr="00D53121" w:rsidRDefault="00985470" w:rsidP="00591227">
            <w:pPr>
              <w:autoSpaceDE w:val="0"/>
              <w:autoSpaceDN w:val="0"/>
              <w:spacing w:before="76" w:line="250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Знакомство с правилами правописания и 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применением: обозначение гласных после шипящих в сочетаниях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>, ши</w:t>
            </w:r>
            <w:r w:rsidRPr="00D53121">
              <w:rPr>
                <w:color w:val="000000"/>
                <w:w w:val="97"/>
                <w:sz w:val="16"/>
              </w:rPr>
              <w:t xml:space="preserve"> (в положении под ударением)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068152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0E9EA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A80F1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1433D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19.12.2022 23.12.2022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0D6303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буквосо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четаниями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ши; Упражнение: запись предложения,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составленного из набора слов,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, с соблюдением пробелов между словами;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C517E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F1BBA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/>
            </w:pPr>
            <w:r>
              <w:rPr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985470" w14:paraId="108F31C6" w14:textId="77777777" w:rsidTr="00591227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B33F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3.7.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B4CBCA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1008"/>
            </w:pPr>
            <w:r w:rsidRPr="00D53121">
              <w:rPr>
                <w:color w:val="000000"/>
                <w:w w:val="97"/>
                <w:sz w:val="16"/>
              </w:rPr>
              <w:t xml:space="preserve">Знакомство с правилами правописания и их применением: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а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щу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5FAEE6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8E68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054E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553068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26.12.2022 29.12.2022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EB225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Совместный анализ текста на наличие в нём слов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буквосо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четаниями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ши; Упражнение: запись предложения,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составленного из набора слов,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с соблюдением пробелов между словами;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употребления заглавной буквы;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«Кто больше»: подбор и запись имён собственных на заданную букву;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4EDED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88C67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/>
            </w:pPr>
            <w:r>
              <w:rPr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985470" w14:paraId="2F1DF8E1" w14:textId="77777777" w:rsidTr="00591227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5313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3.8.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D5B2E" w14:textId="77777777" w:rsidR="00985470" w:rsidRPr="00D53121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Знакомство с правилами правописания и 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применением: прописная буква в начале предложения, в именах собственных (имена людей, клички животных)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ECFAB8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4669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13F3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32B4C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09.01.2023 20.01.2023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90E84B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Игра «Кто больше»: подбор и запись имён собственных на заданную букву;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C2505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4E4E6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https://nsportal.ru/nachalnaya-shkola/russkii-yazyk/2022/02/08/prezentatsiya-po-russkomu-yazyku-po-teme-zaglavnaya-bukva</w:t>
            </w:r>
          </w:p>
        </w:tc>
      </w:tr>
    </w:tbl>
    <w:p w14:paraId="2BE19636" w14:textId="77777777" w:rsidR="00985470" w:rsidRDefault="00985470" w:rsidP="00985470">
      <w:pPr>
        <w:autoSpaceDE w:val="0"/>
        <w:autoSpaceDN w:val="0"/>
        <w:spacing w:line="14" w:lineRule="exact"/>
      </w:pPr>
    </w:p>
    <w:p w14:paraId="084C55DF" w14:textId="77777777" w:rsidR="00985470" w:rsidRDefault="00985470" w:rsidP="00985470">
      <w:pPr>
        <w:sectPr w:rsidR="00985470">
          <w:pgSz w:w="16840" w:h="11900"/>
          <w:pgMar w:top="284" w:right="640" w:bottom="8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3870956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6832AA38" w14:textId="77777777" w:rsidTr="00591227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E2F1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3.9.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0D3AD" w14:textId="77777777" w:rsidR="00985470" w:rsidRPr="00D53121" w:rsidRDefault="00985470" w:rsidP="00591227">
            <w:pPr>
              <w:autoSpaceDE w:val="0"/>
              <w:autoSpaceDN w:val="0"/>
              <w:spacing w:before="78" w:line="247" w:lineRule="auto"/>
              <w:ind w:left="72" w:right="432"/>
            </w:pPr>
            <w:r w:rsidRPr="00D53121">
              <w:rPr>
                <w:color w:val="000000"/>
                <w:w w:val="97"/>
                <w:sz w:val="16"/>
              </w:rPr>
              <w:t xml:space="preserve">Знакомство с правилами правописания и 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применением: перенос слов по слогам без стечения согласных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12583A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804B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9CE1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048B52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23.01.2023 30.01.2023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619465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Упражнение: запись предложения,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составленного из набора слов,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с соблюдением пробелов между словами;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употребления заглавной буквы;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«Кто больше»: подбор и запись имён собственных на заданную букву;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6A4BC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A830F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color w:val="000000"/>
                <w:w w:val="97"/>
                <w:sz w:val="16"/>
              </w:rPr>
              <w:t>4047130.html</w:t>
            </w:r>
          </w:p>
        </w:tc>
      </w:tr>
      <w:tr w:rsidR="00985470" w14:paraId="6174ADB0" w14:textId="77777777" w:rsidTr="0059122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9030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3.10.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617D5" w14:textId="77777777" w:rsidR="00985470" w:rsidRPr="00D53121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Знакомство с правилами правописания и 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применением: знаки препинания в конце предложения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2BD1C9F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FDC3A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0561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392F7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31.01.2023 06.02.2023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89C2B4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употребления заглавной буквы;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«Кто больше»: подбор и запись имён собственных на заданную букву;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F5D57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CA64E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color w:val="000000"/>
                <w:w w:val="97"/>
                <w:sz w:val="16"/>
              </w:rPr>
              <w:t>4047130.html</w:t>
            </w:r>
          </w:p>
        </w:tc>
      </w:tr>
      <w:tr w:rsidR="00985470" w14:paraId="5995E437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8315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AC9F93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70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9F984" w14:textId="77777777" w:rsidR="00985470" w:rsidRDefault="00985470" w:rsidP="00591227"/>
        </w:tc>
      </w:tr>
      <w:tr w:rsidR="00985470" w14:paraId="304C2887" w14:textId="77777777" w:rsidTr="00591227">
        <w:trPr>
          <w:trHeight w:hRule="exact" w:val="40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0F2B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b/>
                <w:color w:val="000000"/>
                <w:w w:val="97"/>
                <w:sz w:val="16"/>
              </w:rPr>
              <w:t>СИСТЕМАТИЧЕСКИЙ КУРС</w:t>
            </w:r>
          </w:p>
        </w:tc>
      </w:tr>
      <w:tr w:rsidR="00985470" w:rsidRPr="00C709E9" w14:paraId="5BE602A0" w14:textId="77777777" w:rsidTr="0059122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B98E8" w14:textId="77777777" w:rsidR="00985470" w:rsidRPr="00D53121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Раздел 1.</w:t>
            </w:r>
            <w:r w:rsidRPr="00D53121">
              <w:rPr>
                <w:b/>
                <w:color w:val="000000"/>
                <w:w w:val="97"/>
                <w:sz w:val="16"/>
              </w:rPr>
              <w:t xml:space="preserve"> Общие сведения о языке</w:t>
            </w:r>
          </w:p>
        </w:tc>
      </w:tr>
      <w:tr w:rsidR="00985470" w14:paraId="1C959C6B" w14:textId="77777777" w:rsidTr="00591227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FA831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42123" w14:textId="77777777" w:rsidR="00985470" w:rsidRPr="00D53121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Язык как основное средство человеческого общения. Осознание целей и ситуаций общения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5D8248A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EA065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C0980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53FEE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07.02.2023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24B6C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Рассказ учителя на тему «Язык — средство общения людей»;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Учебный диалог «Можно ли общаться без помощи языка?»;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Коллективное формулирование вывода о языке как основном средстве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человеческого общения;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Работа с рисунками и текстом как основа анализа особенно​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стей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ситуаций устного и письменного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476C1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CA22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https://nsportal.ru/sites/default/files/2022</w:t>
            </w:r>
          </w:p>
        </w:tc>
      </w:tr>
      <w:tr w:rsidR="00985470" w14:paraId="16AF2D2A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E7E1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557A18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B9C58" w14:textId="77777777" w:rsidR="00985470" w:rsidRDefault="00985470" w:rsidP="00591227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9A493" w14:textId="77777777" w:rsidR="00985470" w:rsidRDefault="00985470" w:rsidP="00591227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B759E" w14:textId="77777777" w:rsidR="00985470" w:rsidRDefault="00985470" w:rsidP="00591227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DBFC8D" w14:textId="77777777" w:rsidR="00985470" w:rsidRDefault="00985470" w:rsidP="00591227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47202" w14:textId="77777777" w:rsidR="00985470" w:rsidRDefault="00985470" w:rsidP="00591227"/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686D2" w14:textId="77777777" w:rsidR="00985470" w:rsidRDefault="00985470" w:rsidP="00591227"/>
        </w:tc>
      </w:tr>
      <w:tr w:rsidR="00985470" w14:paraId="79419C12" w14:textId="77777777" w:rsidTr="0059122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6455E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Раздел 2.</w:t>
            </w:r>
            <w:r>
              <w:rPr>
                <w:b/>
                <w:color w:val="000000"/>
                <w:w w:val="97"/>
                <w:sz w:val="16"/>
              </w:rPr>
              <w:t xml:space="preserve"> Фонетика</w:t>
            </w:r>
          </w:p>
        </w:tc>
      </w:tr>
    </w:tbl>
    <w:p w14:paraId="650D4E1B" w14:textId="77777777" w:rsidR="00985470" w:rsidRDefault="00985470" w:rsidP="00985470">
      <w:pPr>
        <w:autoSpaceDE w:val="0"/>
        <w:autoSpaceDN w:val="0"/>
        <w:spacing w:line="14" w:lineRule="exact"/>
      </w:pPr>
    </w:p>
    <w:p w14:paraId="4A7A4D7B" w14:textId="77777777" w:rsidR="00985470" w:rsidRDefault="00985470" w:rsidP="00985470">
      <w:pPr>
        <w:sectPr w:rsidR="0098547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0FB4232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2BDA1E43" w14:textId="77777777" w:rsidTr="00591227">
        <w:trPr>
          <w:trHeight w:hRule="exact" w:val="32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27623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EA61A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Звуки речи. Гласные и согласные звуки, их различение. Ударение в слове. Гласные ударные и безударные. </w:t>
            </w:r>
            <w:r>
              <w:rPr>
                <w:color w:val="000000"/>
                <w:w w:val="97"/>
                <w:sz w:val="16"/>
              </w:rPr>
              <w:t>Твёрдые и мягкие согласные звуки, их различение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D67050B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9496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2603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F20FB8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08.02.2023 09.02.2023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1FBDB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Беседа «Что мы знаем о звуках русского языка», в ходе которой актуализируются знания, приобретённые в период обучения грамоте;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«Назови звук»: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ведущий кидает мяч и просит привести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пример звука (гласного звука; твёрдого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согласного; мягкого согласного; звонкого согласного; глухого согласного);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«Придумай слово с заданным звуком»;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Дифференцированное задание: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установление основания для сравнения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Упражнение: характеризовать (устно) звуки по заданным признакам;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7DD9F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3DE72A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>
              <w:rPr>
                <w:color w:val="000000"/>
                <w:w w:val="97"/>
                <w:sz w:val="16"/>
              </w:rPr>
              <w:t>https://nsportal.ru/shkola/russkiy-</w:t>
            </w:r>
            <w:r>
              <w:br/>
            </w:r>
            <w:r>
              <w:rPr>
                <w:color w:val="000000"/>
                <w:w w:val="97"/>
                <w:sz w:val="16"/>
              </w:rPr>
              <w:t>yazyk/library/2016/03/29/prezentatsiya-na-temu-povtoryaem-fonetiku</w:t>
            </w:r>
          </w:p>
        </w:tc>
      </w:tr>
      <w:tr w:rsidR="00985470" w14:paraId="3BBD2D9F" w14:textId="77777777" w:rsidTr="0059122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7A84F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0D2D7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Звонкие и глухие согласные звуки, их различение. Согласный звук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 xml:space="preserve"> [й’]</w:t>
            </w:r>
            <w:r w:rsidRPr="00D53121">
              <w:rPr>
                <w:color w:val="000000"/>
                <w:w w:val="97"/>
                <w:sz w:val="16"/>
              </w:rPr>
              <w:t xml:space="preserve"> и гласный звук 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[и]</w:t>
            </w:r>
            <w:r w:rsidRPr="00D53121">
              <w:rPr>
                <w:color w:val="000000"/>
                <w:w w:val="97"/>
                <w:sz w:val="16"/>
              </w:rPr>
              <w:t xml:space="preserve">. </w:t>
            </w:r>
            <w:r>
              <w:rPr>
                <w:color w:val="000000"/>
                <w:w w:val="97"/>
                <w:sz w:val="16"/>
              </w:rPr>
              <w:t xml:space="preserve">Шипящие </w:t>
            </w:r>
            <w:r>
              <w:rPr>
                <w:b/>
                <w:i/>
                <w:color w:val="000000"/>
                <w:w w:val="97"/>
                <w:sz w:val="16"/>
              </w:rPr>
              <w:t>[ж], [ш], [ч’], [щ’]</w:t>
            </w:r>
            <w:r>
              <w:rPr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DF54A69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482D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C9D7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1C7F4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10.02.2023 13.02.2023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0C0CB" w14:textId="77777777" w:rsidR="00985470" w:rsidRPr="00D53121" w:rsidRDefault="00985470" w:rsidP="00591227">
            <w:pPr>
              <w:autoSpaceDE w:val="0"/>
              <w:autoSpaceDN w:val="0"/>
              <w:spacing w:before="76" w:line="252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Упражнение: характеризовать (устно) звуки по заданным признакам;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Учебный диалог «Объясняем особенности гласных и соглас​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звуков»;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характери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​стике);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10DD5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8C4EF0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https://nsportal.ru/nachalnaya-shkola/russkii-yazyk/2017/02/17/zvonkie-i-gluhie-soglasnye-zvuki-1-klass</w:t>
            </w:r>
          </w:p>
        </w:tc>
      </w:tr>
      <w:tr w:rsidR="00985470" w14:paraId="10128A40" w14:textId="77777777" w:rsidTr="00591227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BFDD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5C2C0" w14:textId="77777777" w:rsidR="00985470" w:rsidRPr="00D53121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Слог. Определение количества слогов в слове. Ударный слог. Деление слов на слоги (простые случаи, без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стечения согласных)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85D089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F04E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B3A4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C6958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14.02.2023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2FB37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Учебный диалог «Объясняем особенности гласных и соглас​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звуков»;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характери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​стике);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соотнесение звука (выбирая из ряда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женных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) и его качественной характеристики;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парах: группировка звуков по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заданному основанию;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оценивание правильности предложенной характеристики звука,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нахож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дение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допущенных при характеристике ошибок; Дидактическая игра «Детективы», в ходе игры нужно в ряду предложенных слов находить слова с заданными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характеристиками звукового состава;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C3609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1D4ED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color w:val="000000"/>
                <w:w w:val="97"/>
                <w:sz w:val="16"/>
              </w:rPr>
              <w:t>prezentatsiya-delenie-slov-na-slogi</w:t>
            </w:r>
            <w:proofErr w:type="spellEnd"/>
          </w:p>
        </w:tc>
      </w:tr>
      <w:tr w:rsidR="00985470" w14:paraId="4C0EC05B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E805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89F0B5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39C44" w14:textId="77777777" w:rsidR="00985470" w:rsidRDefault="00985470" w:rsidP="00591227"/>
        </w:tc>
      </w:tr>
      <w:tr w:rsidR="00985470" w14:paraId="40E3AEB0" w14:textId="77777777" w:rsidTr="0059122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6533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Раздел 3.</w:t>
            </w:r>
            <w:r>
              <w:rPr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</w:tbl>
    <w:p w14:paraId="79B16EE0" w14:textId="77777777" w:rsidR="00985470" w:rsidRDefault="00985470" w:rsidP="00985470">
      <w:pPr>
        <w:autoSpaceDE w:val="0"/>
        <w:autoSpaceDN w:val="0"/>
        <w:spacing w:line="14" w:lineRule="exact"/>
      </w:pPr>
    </w:p>
    <w:p w14:paraId="26F77885" w14:textId="77777777" w:rsidR="00985470" w:rsidRDefault="00985470" w:rsidP="00985470">
      <w:pPr>
        <w:sectPr w:rsidR="00985470">
          <w:pgSz w:w="16840" w:h="11900"/>
          <w:pgMar w:top="284" w:right="640" w:bottom="13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ED74494" w14:textId="77777777" w:rsidR="00985470" w:rsidRDefault="00985470" w:rsidP="0098547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1F11F034" w14:textId="77777777" w:rsidTr="00591227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6EDFC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C5CAA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Звук и буква. Различение звуков и букв. Обозначение на письме твёрдости согласных звуков буквами 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а, о, у, ы, э</w:t>
            </w:r>
            <w:r w:rsidRPr="00D53121">
              <w:rPr>
                <w:color w:val="000000"/>
                <w:w w:val="97"/>
                <w:sz w:val="16"/>
              </w:rPr>
              <w:t xml:space="preserve">; слова с буквой 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э</w:t>
            </w:r>
            <w:r w:rsidRPr="00D53121">
              <w:rPr>
                <w:color w:val="000000"/>
                <w:w w:val="97"/>
                <w:sz w:val="16"/>
              </w:rPr>
              <w:t xml:space="preserve">. Обозначение на письме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мягкости согласных звуков буквами 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е, ё, ю, я, и</w:t>
            </w:r>
            <w:r w:rsidRPr="00D53121">
              <w:rPr>
                <w:color w:val="000000"/>
                <w:w w:val="97"/>
                <w:sz w:val="16"/>
              </w:rPr>
              <w:t xml:space="preserve">. Функции букв </w:t>
            </w:r>
            <w:r w:rsidRPr="00D53121">
              <w:rPr>
                <w:b/>
                <w:i/>
                <w:color w:val="000000"/>
                <w:w w:val="97"/>
                <w:sz w:val="16"/>
              </w:rPr>
              <w:t>е, ё, ю, я</w:t>
            </w:r>
            <w:r w:rsidRPr="00D53121">
              <w:rPr>
                <w:color w:val="000000"/>
                <w:w w:val="97"/>
                <w:sz w:val="16"/>
              </w:rPr>
              <w:t>. Мягкий знак как показатель мягкости предшествующего согласного звука в конце слова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6CBD18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1238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B8CA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115B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A653E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Моделировать звуко​буквенный состав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подбор 1—2 слов к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предложенной звуко​бук​венной модели; Учебный диалог «Сравниваем звуковой и буквенный состав слов», в ходе диалога формулируются выводы о возможных соотношениях звукового и буквенного состава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меньше количества букв, количество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звуков больше количества букв;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определение количества слогов в слове,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объяс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нение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основания для деления слов на слоги;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AE6F9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BA411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color w:val="000000"/>
                <w:w w:val="97"/>
                <w:sz w:val="16"/>
              </w:rPr>
              <w:t>prezentatsiya-delenie</w:t>
            </w:r>
            <w:proofErr w:type="spellEnd"/>
          </w:p>
        </w:tc>
      </w:tr>
      <w:tr w:rsidR="00985470" w14:paraId="710EEE0A" w14:textId="77777777" w:rsidTr="00591227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38AE1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7A9E57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 w:rsidRPr="00D53121">
              <w:rPr>
                <w:color w:val="000000"/>
                <w:w w:val="97"/>
                <w:sz w:val="16"/>
              </w:rPr>
              <w:t>Установление соотношения звукового и буквенного состава слова в словах типа стол, конь.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E19331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AD29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FF1DF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D5E7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20.02.2023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8E4EAE" w14:textId="77777777" w:rsidR="00985470" w:rsidRPr="00D53121" w:rsidRDefault="00985470" w:rsidP="00591227">
            <w:pPr>
              <w:autoSpaceDE w:val="0"/>
              <w:autoSpaceDN w:val="0"/>
              <w:spacing w:before="78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Моделировать звуко​буквенный состав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подбор 1—2 слов к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предложенной звуко​бук​венной модели; Учебный диалог «Сравниваем звуковой и буквенный состав слов», в ходе диалога формулируются выводы о возможных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соотношениях звукового и буквенного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состава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меньше количества букв, количество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звуков больше количества букв;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определение количества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слогов в слове,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объяс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нение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основания для деления слов на слоги;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Работа в парах: нахождение в тексте слов с заданными характеристиками звукового и слогового состава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D3352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6768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https://nsportal.ru/sites/default/files/2020/05</w:t>
            </w:r>
          </w:p>
        </w:tc>
      </w:tr>
      <w:tr w:rsidR="00985470" w:rsidRPr="00421BD6" w14:paraId="025176F8" w14:textId="77777777" w:rsidTr="00591227">
        <w:trPr>
          <w:trHeight w:hRule="exact" w:val="22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CEF3B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9681B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 w:rsidRPr="00D53121">
              <w:rPr>
                <w:color w:val="000000"/>
                <w:w w:val="97"/>
                <w:sz w:val="16"/>
              </w:rPr>
              <w:t>Использование небуквенных графических средств: пробела между словами, знака переноса.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CBDAD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6DD2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E9E0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10DE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22.02.2023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EC922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Практическая работа: нахождение в тексте слов по заданным основаниям (ь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обозначает мягкость предшествующего согласного);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Игровое упражнение «Кто лучше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расскажет о слове», в ходе выполнения упражнения отрабатывается умение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строить устное речевое высказывание об обозначении звуков буква​ми; о звуковом и буквенном составе слова;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Игра-​соревнование «Повтори алфавит»;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6E703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90069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</w:tbl>
    <w:p w14:paraId="0A4DBA24" w14:textId="77777777" w:rsidR="00985470" w:rsidRPr="00985470" w:rsidRDefault="00985470" w:rsidP="00985470">
      <w:pPr>
        <w:autoSpaceDE w:val="0"/>
        <w:autoSpaceDN w:val="0"/>
        <w:spacing w:line="14" w:lineRule="exact"/>
        <w:rPr>
          <w:lang w:val="en-US"/>
        </w:rPr>
      </w:pPr>
    </w:p>
    <w:p w14:paraId="62EAA82F" w14:textId="77777777" w:rsidR="00985470" w:rsidRPr="00985470" w:rsidRDefault="00985470" w:rsidP="00985470">
      <w:pPr>
        <w:rPr>
          <w:lang w:val="en-US"/>
        </w:rPr>
        <w:sectPr w:rsidR="00985470" w:rsidRPr="00985470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F430A57" w14:textId="77777777" w:rsidR="00985470" w:rsidRPr="00985470" w:rsidRDefault="00985470" w:rsidP="00985470">
      <w:pPr>
        <w:autoSpaceDE w:val="0"/>
        <w:autoSpaceDN w:val="0"/>
        <w:spacing w:after="66" w:line="220" w:lineRule="exact"/>
        <w:rPr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:rsidRPr="00421BD6" w14:paraId="33E65518" w14:textId="77777777" w:rsidTr="0059122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093E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6FF21" w14:textId="77777777" w:rsidR="00985470" w:rsidRDefault="00985470" w:rsidP="00591227">
            <w:pPr>
              <w:autoSpaceDE w:val="0"/>
              <w:autoSpaceDN w:val="0"/>
              <w:spacing w:before="78" w:line="247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Русский алфавит: правильное название букв, знание их последовательности. </w:t>
            </w:r>
            <w:r>
              <w:rPr>
                <w:color w:val="000000"/>
                <w:w w:val="97"/>
                <w:sz w:val="16"/>
              </w:rPr>
              <w:t>Использование алфавита для упорядочения списка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356524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F5DF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E47CF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BA87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24.02.2023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9B8E31" w14:textId="77777777" w:rsidR="00985470" w:rsidRPr="00D53121" w:rsidRDefault="00985470" w:rsidP="00591227">
            <w:pPr>
              <w:autoSpaceDE w:val="0"/>
              <w:autoSpaceDN w:val="0"/>
              <w:spacing w:before="78" w:line="247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 xml:space="preserve">Игра-​соревнование «Повтори алфавит»; Совместное выполнение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упражнения«Запиши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слова по алфавиту»;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AABE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2201A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14:paraId="0FEC0E1E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B56C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91D0110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E8474" w14:textId="77777777" w:rsidR="00985470" w:rsidRDefault="00985470" w:rsidP="00591227"/>
        </w:tc>
      </w:tr>
      <w:tr w:rsidR="00985470" w14:paraId="34A4915F" w14:textId="77777777" w:rsidTr="0059122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63C4F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Раздел 4.</w:t>
            </w:r>
            <w:r>
              <w:rPr>
                <w:b/>
                <w:color w:val="000000"/>
                <w:w w:val="97"/>
                <w:sz w:val="16"/>
              </w:rPr>
              <w:t xml:space="preserve"> Лексика и морфология</w:t>
            </w:r>
          </w:p>
        </w:tc>
      </w:tr>
      <w:tr w:rsidR="00985470" w:rsidRPr="00421BD6" w14:paraId="15A13E93" w14:textId="77777777" w:rsidTr="0059122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9A7E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4.1.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C14B3" w14:textId="77777777" w:rsidR="00985470" w:rsidRPr="00D53121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Слово как единица языка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F92FC8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FB23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4F81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D8953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27.02.2023 28.02.2023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A3D99" w14:textId="77777777" w:rsidR="00985470" w:rsidRPr="00D53121" w:rsidRDefault="00985470" w:rsidP="00591227">
            <w:pPr>
              <w:autoSpaceDE w:val="0"/>
              <w:autoSpaceDN w:val="0"/>
              <w:spacing w:before="78" w:line="250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Учебный диалог «На какие вопросы могут отвечать слова?»;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Наблюдение за словами, отвечающими на вопросы «кто?», «что?»;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9E795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6002A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:rsidRPr="00421BD6" w14:paraId="388A721F" w14:textId="77777777" w:rsidTr="00591227">
        <w:trPr>
          <w:trHeight w:hRule="exact" w:val="30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A55C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4.2.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9C553" w14:textId="77777777" w:rsidR="00985470" w:rsidRPr="00D53121" w:rsidRDefault="00985470" w:rsidP="00591227">
            <w:pPr>
              <w:autoSpaceDE w:val="0"/>
              <w:autoSpaceDN w:val="0"/>
              <w:spacing w:before="76" w:line="245" w:lineRule="auto"/>
              <w:ind w:left="72" w:right="576"/>
            </w:pPr>
            <w:r w:rsidRPr="00D53121">
              <w:rPr>
                <w:color w:val="000000"/>
                <w:w w:val="97"/>
                <w:sz w:val="16"/>
              </w:rPr>
              <w:t>Слово как название предмета, признака предмета, действия предмета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844020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EB090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88556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402C5A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01.03.2023 02.03.2023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25921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Совместное выполнение группировки слов по заданному признаку: отвечают на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вопрос «что?» / отвечают на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вопрос«кто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?»; Наблюдение за словами, отвечающими на вопросы «какой?», «какая?», «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какое?»,«какие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нахождение в тексте слов по заданным основаниям, например поиск слов,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отвечающих на вопрос «какая?»;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делать?», «что сделать?»;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21810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1E5D1" w14:textId="77777777" w:rsidR="00985470" w:rsidRPr="00985470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:rsidRPr="00421BD6" w14:paraId="37FB79FA" w14:textId="77777777" w:rsidTr="0059122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8D805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4.3.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3F99B" w14:textId="77777777" w:rsidR="00985470" w:rsidRPr="00D53121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Выявление слов, значение которых требует уточнения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ADB7537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CAAE1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442CB" w14:textId="77777777" w:rsidR="00985470" w:rsidRDefault="00985470" w:rsidP="00591227">
            <w:pPr>
              <w:autoSpaceDE w:val="0"/>
              <w:autoSpaceDN w:val="0"/>
              <w:spacing w:before="76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34369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03.03.2023 06.03.2023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DC892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делать?», «что сделать?»;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Работа в группах: нахождение в тексте слов по заданному основанию, например слов, отвечающих на вопрос «что делает?»;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45012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E0A3E0" w14:textId="77777777" w:rsidR="00985470" w:rsidRPr="00985470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14:paraId="36041973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34F1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97E65C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12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321C9" w14:textId="77777777" w:rsidR="00985470" w:rsidRDefault="00985470" w:rsidP="00591227"/>
        </w:tc>
      </w:tr>
      <w:tr w:rsidR="00985470" w14:paraId="033E7CAD" w14:textId="77777777" w:rsidTr="0059122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512D2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Раздел 5.</w:t>
            </w:r>
            <w:r>
              <w:rPr>
                <w:b/>
                <w:color w:val="000000"/>
                <w:w w:val="97"/>
                <w:sz w:val="16"/>
              </w:rPr>
              <w:t xml:space="preserve"> Синтаксис</w:t>
            </w:r>
          </w:p>
        </w:tc>
      </w:tr>
      <w:tr w:rsidR="00985470" w:rsidRPr="00421BD6" w14:paraId="5BCB825D" w14:textId="77777777" w:rsidTr="00591227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41B93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5.1.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B2795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right="144"/>
              <w:jc w:val="center"/>
            </w:pPr>
            <w:r w:rsidRPr="00D53121">
              <w:rPr>
                <w:color w:val="000000"/>
                <w:w w:val="97"/>
                <w:sz w:val="16"/>
              </w:rPr>
              <w:t>Предложение как единица языка (ознакомление). Слово, предложение (наблюдение над сходством и различием).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4DA5D3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7CC6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9135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89401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07.03.2023 08.03.2023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2AD33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Работа со схемой предложения: умение читать схему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преобразовывать информацию,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полученную из схемы: составлять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предложения, соответствующие схеме, с учётом знаков препинания в конце схемы; Совместная работа: составление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предложения из набора слов;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B5845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60144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</w:tbl>
    <w:p w14:paraId="295522DF" w14:textId="77777777" w:rsidR="00985470" w:rsidRPr="00985470" w:rsidRDefault="00985470" w:rsidP="00985470">
      <w:pPr>
        <w:autoSpaceDE w:val="0"/>
        <w:autoSpaceDN w:val="0"/>
        <w:spacing w:line="14" w:lineRule="exact"/>
        <w:rPr>
          <w:lang w:val="en-US"/>
        </w:rPr>
      </w:pPr>
    </w:p>
    <w:p w14:paraId="42278CDE" w14:textId="77777777" w:rsidR="00985470" w:rsidRPr="00985470" w:rsidRDefault="00985470" w:rsidP="00985470">
      <w:pPr>
        <w:rPr>
          <w:lang w:val="en-US"/>
        </w:rPr>
        <w:sectPr w:rsidR="00985470" w:rsidRPr="00985470">
          <w:pgSz w:w="16840" w:h="11900"/>
          <w:pgMar w:top="284" w:right="640" w:bottom="90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25401E9" w14:textId="77777777" w:rsidR="00985470" w:rsidRPr="00985470" w:rsidRDefault="00985470" w:rsidP="00985470">
      <w:pPr>
        <w:autoSpaceDE w:val="0"/>
        <w:autoSpaceDN w:val="0"/>
        <w:spacing w:after="66" w:line="220" w:lineRule="exact"/>
        <w:rPr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:rsidRPr="00421BD6" w14:paraId="030F9113" w14:textId="77777777" w:rsidTr="0059122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9F24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5.2.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07533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</w:pPr>
            <w:r w:rsidRPr="00D53121">
              <w:rPr>
                <w:color w:val="000000"/>
                <w:w w:val="97"/>
                <w:sz w:val="16"/>
              </w:rPr>
              <w:t>Установление связи слов в предложении при помощи смысловых вопросов.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50CE33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4BB7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47ECC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3DC3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349B3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Работа в группах: восстановление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предложения в процессе выбора нужной формы слова, данного в скобках;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с сюжетными картинками 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F2247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2FE39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:rsidRPr="00421BD6" w14:paraId="60238DF7" w14:textId="77777777" w:rsidTr="0059122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D3A8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5.3.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A2DF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Восстановление деформированных предложений.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2C2826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0F1D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9E7AC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977EA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10.03.2023 13.03.2023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A4253" w14:textId="77777777" w:rsidR="00985470" w:rsidRPr="00D53121" w:rsidRDefault="00985470" w:rsidP="00591227">
            <w:pPr>
              <w:autoSpaceDE w:val="0"/>
              <w:autoSpaceDN w:val="0"/>
              <w:spacing w:before="78" w:line="252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Практическая работа: деление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деформированного текста на предложения, корректировка оформления предложений, списывание с учётом правильного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оформления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ний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2F165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9A7B5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:rsidRPr="00421BD6" w14:paraId="7AD7C21F" w14:textId="77777777" w:rsidTr="0059122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A13F2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5.4.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AC153D" w14:textId="77777777" w:rsidR="00985470" w:rsidRPr="00D53121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Составление предложений из набора форм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4B79555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E8C55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E8080E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9CC50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14.03.2023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000FD" w14:textId="77777777" w:rsidR="00985470" w:rsidRPr="00D53121" w:rsidRDefault="00985470" w:rsidP="00591227">
            <w:pPr>
              <w:autoSpaceDE w:val="0"/>
              <w:autoSpaceDN w:val="0"/>
              <w:spacing w:before="76" w:line="250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Работа с сюжетными картинками 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2C15A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0728F" w14:textId="77777777" w:rsidR="00985470" w:rsidRPr="00985470" w:rsidRDefault="00985470" w:rsidP="00591227">
            <w:pPr>
              <w:autoSpaceDE w:val="0"/>
              <w:autoSpaceDN w:val="0"/>
              <w:spacing w:before="76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14:paraId="662C210D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3F07DD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71D72A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5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3D0C0" w14:textId="77777777" w:rsidR="00985470" w:rsidRDefault="00985470" w:rsidP="00591227"/>
        </w:tc>
      </w:tr>
      <w:tr w:rsidR="00985470" w14:paraId="10F526A6" w14:textId="77777777" w:rsidTr="0059122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CDE9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 xml:space="preserve">Раздел 6. </w:t>
            </w:r>
            <w:r>
              <w:rPr>
                <w:b/>
                <w:color w:val="000000"/>
                <w:w w:val="97"/>
                <w:sz w:val="16"/>
              </w:rPr>
              <w:t>Орфография и пунктуация</w:t>
            </w:r>
          </w:p>
        </w:tc>
      </w:tr>
      <w:tr w:rsidR="00985470" w:rsidRPr="00421BD6" w14:paraId="0C017786" w14:textId="77777777" w:rsidTr="00591227">
        <w:trPr>
          <w:trHeight w:hRule="exact" w:val="64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D85A3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6.1.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9B464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Ознакомление с правилами правописания и 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применение: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- раздельное написание слов в предложении;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- прописная буква в начале предложения и в именах собственных: в именах и фамилиях людей, кличках животных;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- перенос слов (без учёта морфемного членения слова);- гласные после шипящих в сочетаниях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>, ши</w:t>
            </w:r>
            <w:r w:rsidRPr="00D53121">
              <w:rPr>
                <w:color w:val="000000"/>
                <w:w w:val="97"/>
                <w:sz w:val="16"/>
              </w:rPr>
              <w:t xml:space="preserve"> (в положении под ударением),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>;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- сочетания </w:t>
            </w:r>
            <w:proofErr w:type="spellStart"/>
            <w:r w:rsidRPr="00D53121">
              <w:rPr>
                <w:b/>
                <w:i/>
                <w:color w:val="000000"/>
                <w:w w:val="97"/>
                <w:sz w:val="16"/>
              </w:rPr>
              <w:t>чк</w:t>
            </w:r>
            <w:proofErr w:type="spellEnd"/>
            <w:r w:rsidRPr="00D53121">
              <w:rPr>
                <w:b/>
                <w:i/>
                <w:color w:val="000000"/>
                <w:w w:val="97"/>
                <w:sz w:val="16"/>
              </w:rPr>
              <w:t>, чн</w:t>
            </w:r>
            <w:r w:rsidRPr="00D53121">
              <w:rPr>
                <w:color w:val="000000"/>
                <w:w w:val="97"/>
                <w:sz w:val="16"/>
              </w:rPr>
              <w:t>;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- слова с непроверяемыми гласными и согласными (перечень слов в орфографическом словаре учебника);- знаки препинания в конце предложения: точка,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вопросительный и восклицательный знаки.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95A33F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87C00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EA2B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4F59C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15.03.2023 24.03.2023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F4540" w14:textId="77777777" w:rsidR="00985470" w:rsidRPr="00D53121" w:rsidRDefault="00985470" w:rsidP="00591227">
            <w:pPr>
              <w:autoSpaceDE w:val="0"/>
              <w:autoSpaceDN w:val="0"/>
              <w:spacing w:before="78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Наблюдение за словами, сходными по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звучанию, но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различ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ными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по написанию, установление причин возможной ошибки при записи этих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выявление места в слове, где можно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допустить ошибку;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Беседа, актуализирующая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последовательность действий при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списывании;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Орфографический тренинг правильности и аккуратности списывания;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Наблюдение за написанием в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предложенных текстах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соб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ственных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имён существительных, формулирование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выводов, соотнесение сделанных выводов с формулировкой правила в учебнике;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Упражнение: запись предложений,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включающих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собствен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ные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имена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существительные;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Творческое задание: придумать небольшой рассказ, включив в него определённое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количество собственных имён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существительных;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Практическая работа: использовать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правило правописания собственных имён при решении практических задач (выбор написания, например: Орёл — орёл,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Снежинка — снежинка, Пушок — пушок и т. д.).;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Упражнение: выбор необходимого знака препинания в конце предложения;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09173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>
              <w:rPr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8C385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</w:tbl>
    <w:p w14:paraId="2F52F79E" w14:textId="77777777" w:rsidR="00985470" w:rsidRPr="00985470" w:rsidRDefault="00985470" w:rsidP="00985470">
      <w:pPr>
        <w:autoSpaceDE w:val="0"/>
        <w:autoSpaceDN w:val="0"/>
        <w:spacing w:line="14" w:lineRule="exact"/>
        <w:rPr>
          <w:lang w:val="en-US"/>
        </w:rPr>
      </w:pPr>
    </w:p>
    <w:p w14:paraId="1CF23B1F" w14:textId="77777777" w:rsidR="00985470" w:rsidRPr="00985470" w:rsidRDefault="00985470" w:rsidP="00985470">
      <w:pPr>
        <w:rPr>
          <w:lang w:val="en-US"/>
        </w:rPr>
        <w:sectPr w:rsidR="00985470" w:rsidRPr="00985470">
          <w:pgSz w:w="16840" w:h="11900"/>
          <w:pgMar w:top="284" w:right="640" w:bottom="3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3D2DC1F" w14:textId="77777777" w:rsidR="00985470" w:rsidRPr="00985470" w:rsidRDefault="00985470" w:rsidP="00985470">
      <w:pPr>
        <w:autoSpaceDE w:val="0"/>
        <w:autoSpaceDN w:val="0"/>
        <w:spacing w:after="66" w:line="220" w:lineRule="exact"/>
        <w:rPr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:rsidRPr="00421BD6" w14:paraId="6B76302D" w14:textId="77777777" w:rsidTr="00591227">
        <w:trPr>
          <w:trHeight w:hRule="exact" w:val="22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534C2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6.2.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D6B8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Усвоение алгоритма списывания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333017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B3F5E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AC188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EF43B8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03.04.2023 04.04.2023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59DFE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Орфографический тренинг: отработка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правописания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сочета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ний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ши,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ща, чу,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щу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осуществление самоконтроля при использовании правил;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Наблюдение за написанием слов с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сочетаниями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чк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чн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формулирование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правила по результатам наблюдения,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соотнесение вывода с текстом учебника; Орфографический тренинг: написание слов с сочетаниями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чк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чн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B034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A5547" w14:textId="77777777" w:rsidR="00985470" w:rsidRPr="00985470" w:rsidRDefault="00985470" w:rsidP="00591227">
            <w:pPr>
              <w:autoSpaceDE w:val="0"/>
              <w:autoSpaceDN w:val="0"/>
              <w:spacing w:before="78" w:line="245" w:lineRule="auto"/>
              <w:ind w:left="72" w:right="28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http://korolevairin.ucoz.net/load/obuchenie _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gramote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/6</w:t>
            </w:r>
          </w:p>
        </w:tc>
      </w:tr>
      <w:tr w:rsidR="00985470" w14:paraId="204DF9F6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30EB5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BF80002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14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526CB" w14:textId="77777777" w:rsidR="00985470" w:rsidRDefault="00985470" w:rsidP="00591227"/>
        </w:tc>
      </w:tr>
      <w:tr w:rsidR="00985470" w14:paraId="1070350B" w14:textId="77777777" w:rsidTr="0059122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B1F64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 xml:space="preserve">Раздел 7. </w:t>
            </w:r>
            <w:r>
              <w:rPr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  <w:tr w:rsidR="00985470" w14:paraId="27A6C4C2" w14:textId="77777777" w:rsidTr="00591227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FA82F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7.1.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3EDF6" w14:textId="77777777" w:rsidR="00985470" w:rsidRPr="00D53121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Речь как основная форма общения между людьми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95CDCDE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21D13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20F03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6A6E8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05.04.2023 06.04.2023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DCA54" w14:textId="77777777" w:rsidR="00985470" w:rsidRPr="00D53121" w:rsidRDefault="00985470" w:rsidP="00591227">
            <w:pPr>
              <w:autoSpaceDE w:val="0"/>
              <w:autoSpaceDN w:val="0"/>
              <w:spacing w:before="76" w:line="257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Работа с рисунками, на которых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изображены разные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ситуа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ции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общения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(приветствие, прощание, извинение, 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благодар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ность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, обращение с просьбой), устное обсуждение этих ситуаций, выбор соответствующих каждой ситуации слов речевого этикета;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Учебный диалог, в ходе которого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обсуждаются ситуации общения, в которых выражается просьба, обосновывается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выбор слов речевого этикета,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соответствующих ситуации выражения просьбы;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речевой ситуации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вежливого отказа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исполь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зованием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опорных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Разыгрывание сценок, отражающих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ситуации выражения просьбы, извинения, вежливого отказа;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B7CD43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A4786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144"/>
            </w:pPr>
            <w:r>
              <w:rPr>
                <w:color w:val="000000"/>
                <w:w w:val="97"/>
                <w:sz w:val="16"/>
              </w:rPr>
              <w:t>https://multiurok.ru/files/prezentatsiia-k-uroku-obucheniia-gramote-1-klass-r.html</w:t>
            </w:r>
          </w:p>
        </w:tc>
      </w:tr>
      <w:tr w:rsidR="00985470" w:rsidRPr="00421BD6" w14:paraId="4AD97541" w14:textId="77777777" w:rsidTr="00591227">
        <w:trPr>
          <w:trHeight w:hRule="exact" w:val="22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72197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7.2.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3072E7" w14:textId="77777777" w:rsidR="00985470" w:rsidRPr="00D53121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Текст как единица речи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0B4C19C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478A1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4952D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BAD45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07.04.2023 10.04.2023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32CAD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Разыгрывание сценок, отражающих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ситуации выражения просьбы, извинения, вежливого отказа;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речевой ситуации,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содержащей извинение, анализ данной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ситуации, выбор адекватных средств 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выраже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извинения;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набора этикетных слов, соответствующих заданным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59F05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2692B" w14:textId="77777777" w:rsidR="00985470" w:rsidRPr="00985470" w:rsidRDefault="00985470" w:rsidP="00591227">
            <w:pPr>
              <w:autoSpaceDE w:val="0"/>
              <w:autoSpaceDN w:val="0"/>
              <w:spacing w:before="76" w:line="250" w:lineRule="auto"/>
              <w:ind w:left="72" w:right="432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 xml:space="preserve">https://multiurok.ru/files/p </w:t>
            </w:r>
            <w:r w:rsidRPr="00985470">
              <w:rPr>
                <w:lang w:val="en-US"/>
              </w:rPr>
              <w:br/>
            </w:r>
            <w:r w:rsidRPr="00985470">
              <w:rPr>
                <w:color w:val="000000"/>
                <w:w w:val="97"/>
                <w:sz w:val="16"/>
                <w:lang w:val="en-US"/>
              </w:rPr>
              <w:t>rezentatsiia-k-uroku-obucheniia-gramote-1-klass-r.html</w:t>
            </w:r>
          </w:p>
        </w:tc>
      </w:tr>
    </w:tbl>
    <w:p w14:paraId="13742844" w14:textId="77777777" w:rsidR="00985470" w:rsidRPr="00985470" w:rsidRDefault="00985470" w:rsidP="00985470">
      <w:pPr>
        <w:autoSpaceDE w:val="0"/>
        <w:autoSpaceDN w:val="0"/>
        <w:spacing w:line="14" w:lineRule="exact"/>
        <w:rPr>
          <w:lang w:val="en-US"/>
        </w:rPr>
      </w:pPr>
    </w:p>
    <w:p w14:paraId="6A397086" w14:textId="77777777" w:rsidR="00985470" w:rsidRPr="00985470" w:rsidRDefault="00985470" w:rsidP="00985470">
      <w:pPr>
        <w:rPr>
          <w:lang w:val="en-US"/>
        </w:rPr>
        <w:sectPr w:rsidR="00985470" w:rsidRPr="00985470">
          <w:pgSz w:w="16840" w:h="11900"/>
          <w:pgMar w:top="284" w:right="640" w:bottom="116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89EAAE2" w14:textId="77777777" w:rsidR="00985470" w:rsidRPr="00985470" w:rsidRDefault="00985470" w:rsidP="00985470">
      <w:pPr>
        <w:autoSpaceDE w:val="0"/>
        <w:autoSpaceDN w:val="0"/>
        <w:spacing w:after="66" w:line="220" w:lineRule="exact"/>
        <w:rPr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985470" w14:paraId="262813F9" w14:textId="77777777" w:rsidTr="00591227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E70A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7.3.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047442" w14:textId="77777777" w:rsidR="00985470" w:rsidRPr="00D53121" w:rsidRDefault="00985470" w:rsidP="00591227">
            <w:pPr>
              <w:autoSpaceDE w:val="0"/>
              <w:autoSpaceDN w:val="0"/>
              <w:spacing w:before="78" w:line="245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Осознание ситуации общения: с какой целью, с кем и где происходит общение.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0ECEDA7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60C29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D81B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56CCB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11.04.2023 13.04.2023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B8D92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Моделирование речевой ситуации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вежливого отказа с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исполь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зованием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опорных слов;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Разыгрывание сценок, отражающих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ситуации выражения просьбы, извинения, вежливого отказа;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Моделирование речевой ситуации,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содержащей извинение, анализ данной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ситуации, выбор адекватных средств 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выраже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извинения;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набора этикетных слов, соответствующих заданным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31479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53827" w14:textId="77777777" w:rsidR="00985470" w:rsidRDefault="00985470" w:rsidP="00591227">
            <w:pPr>
              <w:autoSpaceDE w:val="0"/>
              <w:autoSpaceDN w:val="0"/>
              <w:spacing w:before="78" w:line="250" w:lineRule="auto"/>
              <w:ind w:left="72" w:right="1008"/>
            </w:pPr>
            <w:r>
              <w:rPr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color w:val="000000"/>
                <w:w w:val="97"/>
                <w:sz w:val="16"/>
              </w:rPr>
              <w:t>obschenii-2919316.html</w:t>
            </w:r>
          </w:p>
        </w:tc>
      </w:tr>
      <w:tr w:rsidR="00985470" w14:paraId="416C8979" w14:textId="77777777" w:rsidTr="00591227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930F32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jc w:val="center"/>
            </w:pPr>
            <w:r>
              <w:rPr>
                <w:color w:val="000000"/>
                <w:w w:val="97"/>
                <w:sz w:val="16"/>
              </w:rPr>
              <w:t>7.4.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AE5E7" w14:textId="77777777" w:rsidR="00985470" w:rsidRPr="00D53121" w:rsidRDefault="00985470" w:rsidP="00591227">
            <w:pPr>
              <w:autoSpaceDE w:val="0"/>
              <w:autoSpaceDN w:val="0"/>
              <w:spacing w:before="76" w:line="250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 xml:space="preserve">Ситуации устного общения (чтение диалогов по ролям, просмотр видеоматериалов, прослушивание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аудиозаписи).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B12A89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B2C6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3736B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F76FC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color w:val="000000"/>
                <w:w w:val="97"/>
                <w:sz w:val="16"/>
              </w:rPr>
              <w:t>14.04.2023 17.04.2023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47458" w14:textId="77777777" w:rsidR="00985470" w:rsidRPr="00D53121" w:rsidRDefault="00985470" w:rsidP="00591227">
            <w:pPr>
              <w:autoSpaceDE w:val="0"/>
              <w:autoSpaceDN w:val="0"/>
              <w:spacing w:before="76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 xml:space="preserve">Моделирование речевой ситуации,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содержащей извинение, анализ данной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ситуации, выбор адекватных средств </w:t>
            </w:r>
            <w:r w:rsidRPr="00D53121">
              <w:br/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выраже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ния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извинения;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предло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женного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набора этикетных слов, соответствующих заданным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ситуациям общения;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Творческое задание: придумать ситуации общения, в кото​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рых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могут быть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употреблены предложенные этикетные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022CC" w14:textId="77777777" w:rsidR="00985470" w:rsidRDefault="00985470" w:rsidP="00591227">
            <w:pPr>
              <w:autoSpaceDE w:val="0"/>
              <w:autoSpaceDN w:val="0"/>
              <w:spacing w:before="76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63A2E2" w14:textId="77777777" w:rsidR="00985470" w:rsidRDefault="00985470" w:rsidP="00591227">
            <w:pPr>
              <w:autoSpaceDE w:val="0"/>
              <w:autoSpaceDN w:val="0"/>
              <w:spacing w:before="76" w:line="250" w:lineRule="auto"/>
              <w:ind w:left="72" w:right="1008"/>
            </w:pPr>
            <w:r>
              <w:rPr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color w:val="000000"/>
                <w:w w:val="97"/>
                <w:sz w:val="16"/>
              </w:rPr>
              <w:t>obschenii-2919316.html</w:t>
            </w:r>
          </w:p>
        </w:tc>
      </w:tr>
      <w:tr w:rsidR="00985470" w:rsidRPr="00421BD6" w14:paraId="61209FFD" w14:textId="77777777" w:rsidTr="00591227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2CAD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7.5.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C5274" w14:textId="77777777" w:rsidR="00985470" w:rsidRPr="00D53121" w:rsidRDefault="00985470" w:rsidP="00591227">
            <w:pPr>
              <w:autoSpaceDE w:val="0"/>
              <w:autoSpaceDN w:val="0"/>
              <w:spacing w:before="78" w:line="250" w:lineRule="auto"/>
              <w:ind w:left="72" w:right="144"/>
            </w:pPr>
            <w:r w:rsidRPr="00D53121">
              <w:rPr>
                <w:color w:val="000000"/>
                <w:w w:val="97"/>
                <w:sz w:val="16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043F666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05AC2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684B1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D4754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jc w:val="center"/>
            </w:pPr>
            <w:r>
              <w:rPr>
                <w:color w:val="000000"/>
                <w:w w:val="97"/>
                <w:sz w:val="16"/>
              </w:rPr>
              <w:t>18.04.2023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630DE" w14:textId="77777777" w:rsidR="00985470" w:rsidRPr="00D53121" w:rsidRDefault="00985470" w:rsidP="00591227">
            <w:pPr>
              <w:autoSpaceDE w:val="0"/>
              <w:autoSpaceDN w:val="0"/>
              <w:spacing w:before="78" w:line="254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Творческое задание: придумать ситуации общения, в кото​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рых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могут быть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употреблены предложенные этикетные слова;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группах: оценивание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дидактического текста с точки зрения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наличия/отсутствия необходимых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элементов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речево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​го этикета в описанных в тексте ситуациях общения;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Работа в группах: оценивание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 xml:space="preserve">предложенных 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юмористиче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>​</w:t>
            </w:r>
            <w:proofErr w:type="spellStart"/>
            <w:r w:rsidRPr="00D53121">
              <w:rPr>
                <w:color w:val="000000"/>
                <w:w w:val="97"/>
                <w:sz w:val="16"/>
              </w:rPr>
              <w:t>ских</w:t>
            </w:r>
            <w:proofErr w:type="spellEnd"/>
            <w:r w:rsidRPr="00D53121">
              <w:rPr>
                <w:color w:val="000000"/>
                <w:w w:val="97"/>
                <w:sz w:val="16"/>
              </w:rPr>
              <w:t xml:space="preserve"> </w:t>
            </w:r>
            <w:r w:rsidRPr="00D53121">
              <w:br/>
            </w:r>
            <w:r w:rsidRPr="00D53121">
              <w:rPr>
                <w:color w:val="000000"/>
                <w:w w:val="97"/>
                <w:sz w:val="16"/>
              </w:rPr>
              <w:t>стихотворений с точки зрения соблюдения героями стихотворений правил речевого этикета;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D75D6" w14:textId="77777777" w:rsidR="00985470" w:rsidRDefault="00985470" w:rsidP="00591227">
            <w:pPr>
              <w:autoSpaceDE w:val="0"/>
              <w:autoSpaceDN w:val="0"/>
              <w:spacing w:before="78" w:line="245" w:lineRule="auto"/>
              <w:ind w:left="72" w:right="432"/>
            </w:pPr>
            <w:r>
              <w:rPr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E6DA2" w14:textId="77777777" w:rsidR="00985470" w:rsidRPr="00985470" w:rsidRDefault="00985470" w:rsidP="00591227">
            <w:pPr>
              <w:autoSpaceDE w:val="0"/>
              <w:autoSpaceDN w:val="0"/>
              <w:spacing w:before="78" w:line="250" w:lineRule="auto"/>
              <w:ind w:left="72" w:right="1008"/>
              <w:rPr>
                <w:lang w:val="en-US"/>
              </w:rPr>
            </w:pPr>
            <w:r w:rsidRPr="00985470">
              <w:rPr>
                <w:color w:val="000000"/>
                <w:w w:val="97"/>
                <w:sz w:val="16"/>
                <w:lang w:val="en-US"/>
              </w:rPr>
              <w:t>https://infourok.ru/prezentaciy a-po-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russkomu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yaziku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na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temu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situaciya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obscheniya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</w:t>
            </w:r>
            <w:proofErr w:type="spellStart"/>
            <w:r w:rsidRPr="00985470">
              <w:rPr>
                <w:color w:val="000000"/>
                <w:w w:val="97"/>
                <w:sz w:val="16"/>
                <w:lang w:val="en-US"/>
              </w:rPr>
              <w:t>celi</w:t>
            </w:r>
            <w:proofErr w:type="spellEnd"/>
            <w:r w:rsidRPr="00985470">
              <w:rPr>
                <w:color w:val="000000"/>
                <w:w w:val="97"/>
                <w:sz w:val="16"/>
                <w:lang w:val="en-US"/>
              </w:rPr>
              <w:t>-v</w:t>
            </w:r>
            <w:r w:rsidRPr="00985470">
              <w:rPr>
                <w:lang w:val="en-US"/>
              </w:rPr>
              <w:br/>
            </w:r>
            <w:r w:rsidRPr="00985470">
              <w:rPr>
                <w:color w:val="000000"/>
                <w:w w:val="97"/>
                <w:sz w:val="16"/>
                <w:lang w:val="en-US"/>
              </w:rPr>
              <w:t>-obschenii-2919316.html</w:t>
            </w:r>
          </w:p>
        </w:tc>
      </w:tr>
      <w:tr w:rsidR="00985470" w14:paraId="5BE18FA3" w14:textId="77777777" w:rsidTr="00591227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69955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155255A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6AE82" w14:textId="77777777" w:rsidR="00985470" w:rsidRDefault="00985470" w:rsidP="00591227"/>
        </w:tc>
      </w:tr>
      <w:tr w:rsidR="00985470" w14:paraId="71FCCEFA" w14:textId="77777777" w:rsidTr="00591227">
        <w:trPr>
          <w:trHeight w:hRule="exact" w:val="494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0406B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CC451C3" w14:textId="77777777" w:rsidR="00985470" w:rsidRDefault="00985470" w:rsidP="00591227">
            <w:pPr>
              <w:autoSpaceDE w:val="0"/>
              <w:autoSpaceDN w:val="0"/>
              <w:spacing w:before="78" w:line="230" w:lineRule="auto"/>
              <w:ind w:left="72"/>
            </w:pPr>
            <w:r>
              <w:rPr>
                <w:color w:val="000000"/>
                <w:w w:val="97"/>
                <w:sz w:val="16"/>
              </w:rPr>
              <w:t>15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1A0A5" w14:textId="77777777" w:rsidR="00985470" w:rsidRDefault="00985470" w:rsidP="00591227"/>
        </w:tc>
      </w:tr>
      <w:tr w:rsidR="00985470" w14:paraId="0454EC08" w14:textId="77777777" w:rsidTr="00591227">
        <w:trPr>
          <w:trHeight w:hRule="exact" w:val="32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D4289" w14:textId="77777777" w:rsidR="00985470" w:rsidRPr="00D53121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 w:rsidRPr="00D53121">
              <w:rPr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E0E430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165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E6BC4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68"/>
            </w:pPr>
            <w:r>
              <w:rPr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8FA38" w14:textId="77777777" w:rsidR="00985470" w:rsidRDefault="00985470" w:rsidP="00591227">
            <w:pPr>
              <w:autoSpaceDE w:val="0"/>
              <w:autoSpaceDN w:val="0"/>
              <w:spacing w:before="76" w:line="233" w:lineRule="auto"/>
              <w:ind w:left="72"/>
            </w:pPr>
            <w:r>
              <w:rPr>
                <w:color w:val="000000"/>
                <w:w w:val="97"/>
                <w:sz w:val="16"/>
              </w:rPr>
              <w:t>3</w:t>
            </w:r>
          </w:p>
        </w:tc>
        <w:tc>
          <w:tcPr>
            <w:tcW w:w="8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42324" w14:textId="77777777" w:rsidR="00985470" w:rsidRDefault="00985470" w:rsidP="00591227"/>
        </w:tc>
      </w:tr>
    </w:tbl>
    <w:p w14:paraId="48EF9B1D" w14:textId="77777777" w:rsidR="00985470" w:rsidRDefault="00985470" w:rsidP="00985470">
      <w:pPr>
        <w:autoSpaceDE w:val="0"/>
        <w:autoSpaceDN w:val="0"/>
        <w:spacing w:line="14" w:lineRule="exact"/>
      </w:pPr>
    </w:p>
    <w:p w14:paraId="2B1E87D2" w14:textId="77777777" w:rsidR="00985470" w:rsidRDefault="00985470" w:rsidP="00985470">
      <w:pPr>
        <w:sectPr w:rsidR="00985470">
          <w:pgSz w:w="16840" w:h="11900"/>
          <w:pgMar w:top="284" w:right="640" w:bottom="98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D4D466D" w14:textId="77777777" w:rsidR="00985470" w:rsidRDefault="00985470" w:rsidP="00985470">
      <w:pPr>
        <w:autoSpaceDE w:val="0"/>
        <w:autoSpaceDN w:val="0"/>
        <w:spacing w:after="78" w:line="220" w:lineRule="exact"/>
      </w:pPr>
    </w:p>
    <w:p w14:paraId="289393D9" w14:textId="77777777" w:rsidR="00985470" w:rsidRDefault="00985470" w:rsidP="00985470">
      <w:pPr>
        <w:autoSpaceDE w:val="0"/>
        <w:autoSpaceDN w:val="0"/>
        <w:spacing w:after="320" w:line="230" w:lineRule="auto"/>
      </w:pPr>
      <w:r>
        <w:rPr>
          <w:b/>
          <w:color w:val="000000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145"/>
        <w:gridCol w:w="1759"/>
        <w:gridCol w:w="1574"/>
      </w:tblGrid>
      <w:tr w:rsidR="00985470" w:rsidRPr="00591227" w14:paraId="12F8546A" w14:textId="77777777" w:rsidTr="00591227">
        <w:trPr>
          <w:trHeight w:hRule="exact" w:val="401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BB3E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b/>
                <w:color w:val="000000"/>
                <w:sz w:val="22"/>
                <w:szCs w:val="22"/>
              </w:rPr>
              <w:t>№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1E7C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18"/>
                <w:szCs w:val="22"/>
              </w:rPr>
            </w:pPr>
            <w:r w:rsidRPr="00591227">
              <w:rPr>
                <w:b/>
                <w:color w:val="000000"/>
                <w:sz w:val="18"/>
                <w:szCs w:val="22"/>
              </w:rPr>
              <w:t>Тема урока</w:t>
            </w:r>
          </w:p>
        </w:tc>
        <w:tc>
          <w:tcPr>
            <w:tcW w:w="3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6B4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jc w:val="center"/>
              <w:rPr>
                <w:sz w:val="16"/>
                <w:szCs w:val="22"/>
              </w:rPr>
            </w:pPr>
            <w:r w:rsidRPr="00591227">
              <w:rPr>
                <w:b/>
                <w:color w:val="000000"/>
                <w:sz w:val="16"/>
                <w:szCs w:val="22"/>
              </w:rPr>
              <w:t>Количество часов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437E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jc w:val="center"/>
              <w:rPr>
                <w:sz w:val="18"/>
                <w:szCs w:val="22"/>
              </w:rPr>
            </w:pPr>
            <w:r w:rsidRPr="00591227">
              <w:rPr>
                <w:b/>
                <w:color w:val="000000"/>
                <w:sz w:val="18"/>
                <w:szCs w:val="22"/>
              </w:rPr>
              <w:t xml:space="preserve">Дата </w:t>
            </w:r>
            <w:r w:rsidRPr="00591227">
              <w:rPr>
                <w:sz w:val="18"/>
                <w:szCs w:val="22"/>
              </w:rPr>
              <w:br/>
            </w:r>
            <w:r w:rsidRPr="00591227">
              <w:rPr>
                <w:b/>
                <w:color w:val="000000"/>
                <w:sz w:val="18"/>
                <w:szCs w:val="22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181AC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432"/>
              <w:jc w:val="center"/>
              <w:rPr>
                <w:sz w:val="18"/>
                <w:szCs w:val="22"/>
              </w:rPr>
            </w:pPr>
            <w:r w:rsidRPr="00591227">
              <w:rPr>
                <w:b/>
                <w:color w:val="000000"/>
                <w:sz w:val="18"/>
                <w:szCs w:val="22"/>
              </w:rPr>
              <w:t xml:space="preserve">Виды, </w:t>
            </w:r>
            <w:r w:rsidRPr="00591227">
              <w:rPr>
                <w:sz w:val="18"/>
                <w:szCs w:val="22"/>
              </w:rPr>
              <w:br/>
            </w:r>
            <w:r w:rsidRPr="00591227">
              <w:rPr>
                <w:b/>
                <w:color w:val="000000"/>
                <w:sz w:val="18"/>
                <w:szCs w:val="22"/>
              </w:rPr>
              <w:t xml:space="preserve">формы </w:t>
            </w:r>
            <w:r w:rsidRPr="00591227">
              <w:rPr>
                <w:sz w:val="18"/>
                <w:szCs w:val="22"/>
              </w:rPr>
              <w:br/>
            </w:r>
            <w:r w:rsidRPr="00591227">
              <w:rPr>
                <w:b/>
                <w:color w:val="000000"/>
                <w:sz w:val="18"/>
                <w:szCs w:val="22"/>
              </w:rPr>
              <w:t>контроля</w:t>
            </w:r>
          </w:p>
        </w:tc>
      </w:tr>
      <w:tr w:rsidR="00985470" w:rsidRPr="00591227" w14:paraId="3214D037" w14:textId="77777777" w:rsidTr="00591227">
        <w:trPr>
          <w:trHeight w:hRule="exact" w:val="47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316F" w14:textId="77777777" w:rsidR="00985470" w:rsidRPr="00591227" w:rsidRDefault="00985470" w:rsidP="00591227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61BE" w14:textId="77777777" w:rsidR="00985470" w:rsidRPr="00591227" w:rsidRDefault="00985470" w:rsidP="00591227">
            <w:pPr>
              <w:rPr>
                <w:sz w:val="18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6778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18"/>
                <w:szCs w:val="22"/>
              </w:rPr>
            </w:pPr>
            <w:r w:rsidRPr="00591227">
              <w:rPr>
                <w:b/>
                <w:color w:val="000000"/>
                <w:sz w:val="18"/>
                <w:szCs w:val="22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3ACF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jc w:val="center"/>
              <w:rPr>
                <w:sz w:val="16"/>
                <w:szCs w:val="22"/>
              </w:rPr>
            </w:pPr>
            <w:r w:rsidRPr="00591227">
              <w:rPr>
                <w:b/>
                <w:color w:val="000000"/>
                <w:sz w:val="16"/>
                <w:szCs w:val="22"/>
              </w:rPr>
              <w:t>контрольные работы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C03C0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jc w:val="center"/>
              <w:rPr>
                <w:sz w:val="16"/>
                <w:szCs w:val="22"/>
              </w:rPr>
            </w:pPr>
            <w:r w:rsidRPr="00591227">
              <w:rPr>
                <w:b/>
                <w:color w:val="000000"/>
                <w:sz w:val="16"/>
                <w:szCs w:val="22"/>
              </w:rPr>
              <w:t>практические работы</w:t>
            </w:r>
          </w:p>
        </w:tc>
        <w:tc>
          <w:tcPr>
            <w:tcW w:w="1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C0E4" w14:textId="77777777" w:rsidR="00985470" w:rsidRPr="00591227" w:rsidRDefault="00985470" w:rsidP="00591227">
            <w:pPr>
              <w:rPr>
                <w:sz w:val="22"/>
                <w:szCs w:val="22"/>
              </w:rPr>
            </w:pPr>
          </w:p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AC17" w14:textId="77777777" w:rsidR="00985470" w:rsidRPr="00591227" w:rsidRDefault="00985470" w:rsidP="00591227">
            <w:pPr>
              <w:rPr>
                <w:sz w:val="22"/>
                <w:szCs w:val="22"/>
              </w:rPr>
            </w:pPr>
          </w:p>
        </w:tc>
      </w:tr>
      <w:tr w:rsidR="00985470" w:rsidRPr="00591227" w14:paraId="26A51F46" w14:textId="77777777" w:rsidTr="0059122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8489F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EE86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Работа с серией сюжетных картинок. Пропись.</w:t>
            </w:r>
          </w:p>
          <w:p w14:paraId="4717BA46" w14:textId="77777777" w:rsidR="00985470" w:rsidRPr="00591227" w:rsidRDefault="00985470" w:rsidP="00591227">
            <w:pPr>
              <w:autoSpaceDE w:val="0"/>
              <w:autoSpaceDN w:val="0"/>
              <w:spacing w:before="70" w:line="262" w:lineRule="auto"/>
              <w:ind w:left="72"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Ориентировка на странице 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1E21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ADA2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FEF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B5E3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A936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9A408FB" w14:textId="77777777" w:rsidTr="00DB5543">
        <w:trPr>
          <w:trHeight w:hRule="exact" w:val="21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AD7FE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04843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</w:t>
            </w:r>
            <w:r w:rsidR="00591227">
              <w:rPr>
                <w:color w:val="000000"/>
                <w:sz w:val="22"/>
                <w:szCs w:val="22"/>
              </w:rPr>
              <w:t>собственным</w:t>
            </w:r>
            <w:r w:rsidRPr="00591227">
              <w:rPr>
                <w:color w:val="000000"/>
                <w:sz w:val="22"/>
                <w:szCs w:val="22"/>
              </w:rPr>
              <w:t xml:space="preserve">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</w:t>
            </w:r>
          </w:p>
          <w:p w14:paraId="79B10488" w14:textId="77777777" w:rsidR="00985470" w:rsidRPr="00591227" w:rsidRDefault="00985470" w:rsidP="00591227">
            <w:pPr>
              <w:autoSpaceDE w:val="0"/>
              <w:autoSpaceDN w:val="0"/>
              <w:spacing w:before="70" w:line="271" w:lineRule="auto"/>
              <w:ind w:left="72" w:right="720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Отработка алгоритма действий на странице 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07DF9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8E22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873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FF29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B5B2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DFA1715" w14:textId="77777777" w:rsidTr="0059122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9790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4ADF9" w14:textId="77777777" w:rsidR="00985470" w:rsidRPr="00591227" w:rsidRDefault="00985470" w:rsidP="00591227">
            <w:pPr>
              <w:autoSpaceDE w:val="0"/>
              <w:autoSpaceDN w:val="0"/>
              <w:spacing w:before="98" w:line="28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 Проведение параллельных линий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31E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B7D1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A39A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2061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0A58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28EDEFF" w14:textId="77777777" w:rsidTr="0059122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547CF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9C3D9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</w:t>
            </w:r>
          </w:p>
          <w:p w14:paraId="7AEB52AA" w14:textId="77777777" w:rsidR="00985470" w:rsidRPr="00591227" w:rsidRDefault="00985470" w:rsidP="00591227">
            <w:pPr>
              <w:autoSpaceDE w:val="0"/>
              <w:autoSpaceDN w:val="0"/>
              <w:spacing w:before="70" w:line="262" w:lineRule="auto"/>
              <w:ind w:left="72"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Горизонтальные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вертикальные линии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CF474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D806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49A1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7F2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418F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5D88AE7" w14:textId="77777777" w:rsidTr="00591227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DD4F9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0235C" w14:textId="77777777" w:rsidR="00985470" w:rsidRPr="00591227" w:rsidRDefault="00985470" w:rsidP="00591227">
            <w:pPr>
              <w:autoSpaceDE w:val="0"/>
              <w:autoSpaceDN w:val="0"/>
              <w:spacing w:before="100" w:line="28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 Наклонные и прямые линии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93E29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29E8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7C57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FDB05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238C3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A1058C4" w14:textId="77777777" w:rsidTr="00591227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556F5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D8258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</w:t>
            </w:r>
          </w:p>
          <w:p w14:paraId="149E6215" w14:textId="77777777" w:rsidR="00985470" w:rsidRPr="00591227" w:rsidRDefault="00985470" w:rsidP="00591227">
            <w:pPr>
              <w:autoSpaceDE w:val="0"/>
              <w:autoSpaceDN w:val="0"/>
              <w:spacing w:before="70" w:line="262" w:lineRule="auto"/>
              <w:ind w:left="72" w:right="43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Наклонные и волнистые линии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579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A991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0427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224F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612D3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602A4379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506B64EE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98" w:right="650" w:bottom="98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30BCE7C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43EA07FF" w14:textId="77777777" w:rsidTr="0059122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D44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D0AA8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</w:t>
            </w:r>
          </w:p>
          <w:p w14:paraId="19CE928B" w14:textId="77777777" w:rsidR="00985470" w:rsidRPr="00591227" w:rsidRDefault="00985470" w:rsidP="00591227">
            <w:pPr>
              <w:autoSpaceDE w:val="0"/>
              <w:autoSpaceDN w:val="0"/>
              <w:spacing w:before="7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полуовалов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8AB3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D838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C638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331C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A2D5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EC46BA1" w14:textId="77777777" w:rsidTr="00591227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418D9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2A0EA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Составление рассказов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(устно) по собственным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наблюдениям, по сюжетным картинкам на разные темы.</w:t>
            </w:r>
          </w:p>
          <w:p w14:paraId="4E442BE4" w14:textId="77777777" w:rsidR="00985470" w:rsidRPr="00591227" w:rsidRDefault="00985470" w:rsidP="00591227">
            <w:pPr>
              <w:autoSpaceDE w:val="0"/>
              <w:autoSpaceDN w:val="0"/>
              <w:spacing w:before="72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овалов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49F7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6B00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4C234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17A9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89DA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A556E34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1CB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ED581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Выполнение графического задания при работе с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рисунками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11706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1342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0975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000D8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3CAB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4343FCD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1ADE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9A880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Различение слова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предложения. Линии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сложной конфигурации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1FCB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88D2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0C3CD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670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A3C3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330480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07C0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4041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А,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DF2D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A386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2FC3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2D5A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8B0AF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E0B070E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8D58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4FF86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Закрепление зрительного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образа строчной и заглавной букв А,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BA33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0CE7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D9D8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FEB0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E92A5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7E1F2C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1A72B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E922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О,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2A595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2DA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8146F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D213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3F210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977DBF9" w14:textId="77777777" w:rsidTr="00DB5543">
        <w:trPr>
          <w:trHeight w:hRule="exact" w:val="6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BF78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43FE6" w14:textId="77777777" w:rsidR="00985470" w:rsidRPr="00591227" w:rsidRDefault="00985470" w:rsidP="00DB5543">
            <w:pPr>
              <w:autoSpaceDE w:val="0"/>
              <w:autoSpaceDN w:val="0"/>
              <w:spacing w:before="98" w:line="271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Закрепление зрительного образа строчной и заглавной букв О,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4416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DF01D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73A2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EACD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A1A8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37CBFB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EA4C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3CDB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И, 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7CF8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0628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0A6A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B5B40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7365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5447D5D" w14:textId="77777777" w:rsidTr="00591227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D3789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71487" w14:textId="77777777" w:rsidR="00985470" w:rsidRPr="00591227" w:rsidRDefault="00985470" w:rsidP="00591227">
            <w:pPr>
              <w:autoSpaceDE w:val="0"/>
              <w:autoSpaceDN w:val="0"/>
              <w:spacing w:before="100" w:line="27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Закрепление зрительного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образа строчной и заглавной букв И, 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B2B54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9F667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EC9C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08508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C494B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327B80F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A3EA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3C0F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буквы 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F04F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E89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3DFA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6B74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1AA1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0367A0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CE0A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3524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Дифференциация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зрительного образа букв ы-и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7CE3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0350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F4E5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D690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2E9F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7E1BD4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43B7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9B3F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A21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DBDD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6842D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D8D6E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8F02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8ADBEC0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27B7C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1CC0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У,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BCB24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1065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398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5EEC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35594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5C7B7EB3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08B886A7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A125E2E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615D8279" w14:textId="77777777" w:rsidTr="00DB5543">
        <w:trPr>
          <w:trHeight w:hRule="exact" w:val="10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3D65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19F78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Закрепление зрительного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образа строчной и заглавной букв У,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F815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253D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6C8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E6F6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F42C8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D9954B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33BC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99A7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67D4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1B8C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B9B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37B6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115A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6DD625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45D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D3FC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55EB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E36C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8CDB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E868E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E339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A26792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1CE6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87E3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С, 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DF4C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4E52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858C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F34A1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E7FB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9653BBB" w14:textId="77777777" w:rsidTr="0059122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1C52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25.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61AB0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С, с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AB12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1A49C2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C5A3C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EA9E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9EC25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37B28B5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14B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DD9C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Письмо строчной и заглавной букв К, 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9B9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116BC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1C68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928B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6AE25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2E2DDD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58B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7C4B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К, 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188A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52E8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727F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A4312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E6E8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B1C303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5BF8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05A0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Т,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3AB82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7827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3ED9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F5B3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ABAD1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8615B45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724DD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0791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Т,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D1136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E175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F9E8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2192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AF0B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B4E285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7482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97AAB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7D820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131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53D9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7A86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A3A71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73D1F8F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EB60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48FC6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81CE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91B0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E272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177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E1C3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F2B255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05F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EA3A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Р,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9FC9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AFC8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777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7FD0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19CD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0A5FE6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48C1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02AFF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Р,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E5925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EB87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830EF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A0A2F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9559E2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C1A85B1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DA44F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35644E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В,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5FD0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980D0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F821A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F17C8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60228E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8781605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87A48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0997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В,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CB88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F2F3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54131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D7B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67AF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23E7201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191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79638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Е,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C381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0A27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5C6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8DE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C24BE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A65BF1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C78C5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ED77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Е,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CDA8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949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F7EF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62A9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FB9A9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B4176DF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085F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0E9F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П,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1C85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1680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1BF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F1FB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1EF2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197A4DF0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040CACA9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54872E8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5DCDCA8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D323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CD65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П,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726B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4F7E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7F07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146B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C1F48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34A4FA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DFC3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ECA1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.Письмо строчной и заглавной букв М,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CD30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80C6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1B8D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D0AF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B618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6E448CD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F06C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2ACFF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Письмо слов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предложений с буквами М,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383C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384F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F1EF5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7F27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D7D7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744D384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9CE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F9FE5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З,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EEC9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7B51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B62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1B62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6E32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B69DEBA" w14:textId="77777777" w:rsidTr="0059122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336F5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43.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104432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З, з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52149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AAF6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70F7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9A31A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2BF84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073DF61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9273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70EF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С, с - З,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5844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159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D54F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0B03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501D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DBAD5F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D836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B5CC5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E31D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A594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FA24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255E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67BC9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09DDCE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FD1F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65A5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4167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DC34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9F0B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842F4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6F41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6D4EE9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09A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65BD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П, п -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DF39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A7A3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44D50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D65A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1981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C7594B8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20C3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2A9EE0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Списывание слов,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DC08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EF97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62E7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06C9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3620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D4F08A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724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9309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9B95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7359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4EA6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604B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689B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6160573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BC53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97A9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0C1C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5ED3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A4A9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C8D7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DC362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5E4A5CFF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C0F14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3B4750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Т, т -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B81C2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DC412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7C327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6762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E83FD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24F1550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E858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5F65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Письмо строчной буквы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8676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4E2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2D00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03498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78CB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2113CC1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1720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174A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заглавной буквы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5F8C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B59B4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384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4F6E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0B58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DFB3021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4BF3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8414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Я,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CFF4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A59B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115F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4F6C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B294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819789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7249B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1CDC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288"/>
              <w:rPr>
                <w:sz w:val="22"/>
                <w:szCs w:val="22"/>
              </w:rPr>
            </w:pPr>
            <w:proofErr w:type="spellStart"/>
            <w:r w:rsidRPr="00591227">
              <w:rPr>
                <w:color w:val="000000"/>
                <w:sz w:val="22"/>
                <w:szCs w:val="22"/>
              </w:rPr>
              <w:t>Дифференциция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 букв а - я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F901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7FC4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5160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0B61F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B9FC8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F3EB352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3555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E2F2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362E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6F8B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F42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98B3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EB55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</w:tbl>
    <w:p w14:paraId="23725B42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7523C03A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7925552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1DE938B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02C7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7A17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98F9F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B308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0BD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B85BA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0E12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1C5F33E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3228F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9523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К, к -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39EF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6FA6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0CE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1A9B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90C3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0E06E6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16EE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D7BA6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15F2C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EB5F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66EAF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50EEB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25B9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83ACEF5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8F26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8836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6F24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91CB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F04D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9E26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F86F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9F2FAA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2838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D2C9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cочетаний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-чу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45309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5FB7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D635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89E42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20E7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89DBC9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77E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9B66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буквы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66A9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454B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3926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364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06595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FAD7C8F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8B4D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F621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буквой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3FEF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8996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1D8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2661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2915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234A8A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0534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71EF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Использование буквы ь при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B93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C7D2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9190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020AA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015E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F0FA531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75D9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0F6AE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Ш,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557C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5D6D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FFC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E8DAD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21142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6318BEE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10E1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722B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Ш,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A7D9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1313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B0F7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DDA7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2FFF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F27DDFD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D1F91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4E843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Правописание сочетания 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3BC5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D984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7652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0A46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40848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676132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C3B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9628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Ж,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61F0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2042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6EC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1358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306A9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0342BB8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CA638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69.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975D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Ж,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0A37E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F9CB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C05B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483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77AF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550175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E063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133B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сочетания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8BA5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412F1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B841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6860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1686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05B83ED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CDE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7B93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43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A072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1C45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59DD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4F3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0D65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10C7A23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E0D7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9605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Ё,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16C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8D3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7A01C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A3096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DAE8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2585D6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63A2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E1AEC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Ё,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BE27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2BA99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63F8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FFBE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C0A3C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0592FCF6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48D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70A2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-чу,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C86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1465A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CBAD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9B2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4F97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72FF1BB7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3FD73E15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F75762F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0441D624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3B8A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F8E65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слов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предложений с сочетаниями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-чу,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6AD9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CDEE6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F542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D717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65BE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7E34653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0CF5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DFE3A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букв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2E230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0208A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2AAF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667D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AFC0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45FFF9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0DB76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15DF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F3A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7C1F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7FC1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FBBE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85EF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D0B601C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D709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4386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Х, 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63A29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0CA3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AF15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910B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1FC5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3490706" w14:textId="77777777" w:rsidTr="0059122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31AC4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79.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D6B023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Письмо слов и предложений с буквами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Х,х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300DDF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1181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578A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374A4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E91B7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92B0FD2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F607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3EB81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Закрепление написания слов и предложений с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E718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634B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02C4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0D3E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D17E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56565C4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0AE4C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F65E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буквы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871E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A7CB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EDBA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CB25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1869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0A1219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FDBCE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607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заглавной буквы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B6C5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7CBC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05A8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E5F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2F65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433B0B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2DB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A4DD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Ю,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B978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1DB2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1799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1F9C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75CE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E4ABEF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FD35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CAA6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Дифференциация букв у - ю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1B81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0043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DFB0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542D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F139F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023BCC4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C96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CAF2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Ц,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9255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6A6C3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5AD8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FEFE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48B6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B99CBD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D6B5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BD50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Ц,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88410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32F74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44CA1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A8F4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7815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20E76D64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D936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DAFC3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Э,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CACA6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829D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3A905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F8ADC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ED112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23E2690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C649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C488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Э,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742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DD2D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CEBEC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99A2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BBD6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24C5AD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A056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D346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Щ,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F4B6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D547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D1D3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76AC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72D9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EA78951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5961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9BBBB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Щ,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DEAC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5633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CC77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C214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66C5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08B1E84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BD35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7DEF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Дифференциация букв ц - ч -щ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31774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9DEE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9CE7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17C3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67E6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901E883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E682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F3EF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слов, предложений с буквами ц - ч -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07C6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1450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0D2B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0756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579E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</w:tbl>
    <w:p w14:paraId="2941A469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564D1A2C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6F1F581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352F7B63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448C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9D2B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 ща, чу-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676A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29DE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0F6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368B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42A1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C06986E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D664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6A499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- ши,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 - ща, чу -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56F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019A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148B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AC4C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B688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15BF24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2783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AE86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строчной и заглавной букв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D21B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6EEE3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543C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682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524A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BE28F26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9B4C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49183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слов и предложений с буквами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32C2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0DDA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35C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F54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9EDB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699AD49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AB20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D38F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Дифференциация букв в - ф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F6E4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E6F1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785C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560D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00D4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BAB1B3E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9C39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0DA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Письмо буквы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FD78F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678F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2BFDD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5787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C68B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6F69E6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40C15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44DED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Дифференциация букв ь - ъ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5FAE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85CF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36E2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4F89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1F52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4222E4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7A8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9D383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Написание слов,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предложений с буквами ь,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422E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AE6D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746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BB8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3B8B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9F6F915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645E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5000B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Закрепление написания всех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букв русского алфавита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9F7E4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BA92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43A3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956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91BA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0B28E9E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EA0F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102.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32648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Преобразование печатного шрифта в письменный.</w:t>
            </w:r>
          </w:p>
          <w:p w14:paraId="46472A04" w14:textId="77777777" w:rsidR="00985470" w:rsidRPr="00591227" w:rsidRDefault="00985470" w:rsidP="00591227">
            <w:pPr>
              <w:autoSpaceDE w:val="0"/>
              <w:autoSpaceDN w:val="0"/>
              <w:spacing w:before="7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Списывание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3C44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DB6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DFDE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206B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79F9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AFD3706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61BA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0218C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156" w:right="288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Упражнения по выработке каллиграфически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правильного письма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83DB1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7E18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40DB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0557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AAFF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87D3B7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4C60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E0D7A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Письмо слов с сочетаниями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чк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чн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чт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7E2B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1D88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BAC0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32FE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0B28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3C44E709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ED89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8C219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100" w:line="262" w:lineRule="auto"/>
              <w:ind w:right="86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Правописание слов с буквами е, ё, ю,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B025C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0675F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93A55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FBD66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1C8E7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60DE87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0290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1396F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Дифференциация букв о - ё, у - ю, а - я, э - е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9340E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D6FC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4FB6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E8D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E4F8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EC8A39D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9C62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C45C2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right="43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Правописание заглавной буквы в словах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предложениях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8CFB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E61B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7A98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FB08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3267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55EE46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3990D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108.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60A34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Работа с деформированным предложением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724A0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EBFE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5580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F3DE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7226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5CA5919A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D960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109.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1EE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Работа с текстом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BB077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964C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AE66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5D04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47CD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56CFB0D0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78BEFCAB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1F0158B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10790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382"/>
        <w:gridCol w:w="734"/>
        <w:gridCol w:w="1620"/>
        <w:gridCol w:w="1668"/>
        <w:gridCol w:w="1236"/>
        <w:gridCol w:w="1574"/>
      </w:tblGrid>
      <w:tr w:rsidR="00985470" w:rsidRPr="00591227" w14:paraId="1F69B9B9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765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110.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2C227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156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Закрепление написания слов,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F1D7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A8A7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FCDF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CF3B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F7B4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6DE8F5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6C12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111.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CD1EE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Наша речь. Её значение в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жизни людей. Язык и речь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E6C5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FB12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0D0E8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3ECC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0231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2CD2FEF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E6EC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112.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C7E2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Текст и предложение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61021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9A68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694F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CA0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00BB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7D2EDCD" w14:textId="77777777" w:rsidTr="0059122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4CB3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113.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53D05" w14:textId="77777777" w:rsidR="00985470" w:rsidRPr="00591227" w:rsidRDefault="00985470" w:rsidP="00591227">
            <w:pPr>
              <w:autoSpaceDE w:val="0"/>
              <w:autoSpaceDN w:val="0"/>
              <w:spacing w:before="98" w:line="278" w:lineRule="auto"/>
              <w:ind w:left="156" w:right="288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Знаки препинания в конце предложения: точка,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воп</w:t>
            </w:r>
            <w:r w:rsidR="00DB5543">
              <w:rPr>
                <w:color w:val="000000"/>
                <w:sz w:val="22"/>
                <w:szCs w:val="22"/>
              </w:rPr>
              <w:t>р</w:t>
            </w:r>
            <w:r w:rsidRPr="00591227">
              <w:rPr>
                <w:color w:val="000000"/>
                <w:sz w:val="22"/>
                <w:szCs w:val="22"/>
              </w:rPr>
              <w:t xml:space="preserve">осительный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восклицательный знаки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2D79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474A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AD24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D1B17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1A0C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13D746A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F9D2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114.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FC0AE0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Диалог. Осознание ситуации общения: с какой целью, с кем и где происходит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общение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39F82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F20CF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94CD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4C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43CC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A13632C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7EE9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115.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78AF6E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Речевой этикет: слова приветствия, прощания, извинения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EFEF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8ABD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61E7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BAB9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3DE49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F3011DD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061D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116.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6E45A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576" w:right="144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Слово, </w:t>
            </w:r>
            <w:r w:rsidR="00591227" w:rsidRPr="00591227">
              <w:rPr>
                <w:color w:val="000000"/>
                <w:sz w:val="22"/>
                <w:szCs w:val="22"/>
              </w:rPr>
              <w:t>предложение.</w:t>
            </w:r>
            <w:r w:rsidRPr="00591227">
              <w:rPr>
                <w:color w:val="000000"/>
                <w:sz w:val="22"/>
                <w:szCs w:val="22"/>
              </w:rPr>
              <w:t xml:space="preserve">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329B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3FCD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188A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BA60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DE67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6218E73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2A3DE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117.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96837E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Слово как единиц языка и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 xml:space="preserve">речи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F3CC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CA85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2F4F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C55A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F1B9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1D4149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2A68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118.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9B26D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Слово и слог. Деление слова на слоги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ED15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2B7E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5C79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718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79202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83C38A5" w14:textId="77777777" w:rsidTr="0059122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26F88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119.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9A080" w14:textId="77777777" w:rsidR="00985470" w:rsidRPr="00591227" w:rsidRDefault="00985470" w:rsidP="00591227">
            <w:pPr>
              <w:autoSpaceDE w:val="0"/>
              <w:autoSpaceDN w:val="0"/>
              <w:spacing w:before="98" w:line="274" w:lineRule="auto"/>
              <w:ind w:left="576" w:righ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Перенос слов (простые случаи, без стечения согласных)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F04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1E19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914E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2FB9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9BED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252AA317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5DE4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120.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DC09B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Слово как название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предмета.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2E09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EB20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FD6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7290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CEB4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C2F147A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F67D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121.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FB60B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Слова, отвечающие на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 xml:space="preserve">вопросы "кто?", "что?"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77F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4616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AE0B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C0DA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4571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6978C18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192D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122.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A379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Слово как название признака предмета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26EC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0652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24ED4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040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9F13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B4F1D4F" w14:textId="77777777" w:rsidTr="00591227">
        <w:trPr>
          <w:trHeight w:hRule="exact" w:val="13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648A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123.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D7FD7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144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Слова, отвечающие на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вопросы "какой?", "какая?", "какое?", "какие?"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E20C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CBC5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3845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9EDB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1E1C4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</w:tbl>
    <w:p w14:paraId="452411FA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13D27917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C7C35F5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41"/>
        <w:gridCol w:w="637"/>
        <w:gridCol w:w="1620"/>
        <w:gridCol w:w="1668"/>
        <w:gridCol w:w="1236"/>
        <w:gridCol w:w="1574"/>
      </w:tblGrid>
      <w:tr w:rsidR="00985470" w:rsidRPr="00591227" w14:paraId="45A32B34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EC03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124.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19B88" w14:textId="77777777" w:rsidR="00DB5543" w:rsidRDefault="00DB5543" w:rsidP="00DB5543">
            <w:pPr>
              <w:autoSpaceDE w:val="0"/>
              <w:autoSpaceDN w:val="0"/>
              <w:spacing w:before="98" w:line="271" w:lineRule="auto"/>
              <w:ind w:left="576" w:right="432" w:hanging="576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Речевая  с</w:t>
            </w:r>
            <w:r w:rsidR="00985470" w:rsidRPr="00591227">
              <w:rPr>
                <w:color w:val="000000"/>
                <w:sz w:val="22"/>
                <w:szCs w:val="22"/>
              </w:rPr>
              <w:t>итуация</w:t>
            </w:r>
            <w:proofErr w:type="gramEnd"/>
            <w:r w:rsidR="00985470" w:rsidRPr="00591227">
              <w:rPr>
                <w:color w:val="000000"/>
                <w:sz w:val="22"/>
                <w:szCs w:val="22"/>
              </w:rPr>
              <w:t>:</w:t>
            </w:r>
          </w:p>
          <w:p w14:paraId="4D089329" w14:textId="77777777" w:rsidR="00DB5543" w:rsidRDefault="00985470" w:rsidP="00DB5543">
            <w:pPr>
              <w:autoSpaceDE w:val="0"/>
              <w:autoSpaceDN w:val="0"/>
              <w:spacing w:before="98" w:line="271" w:lineRule="auto"/>
              <w:ind w:left="576" w:right="432" w:hanging="576"/>
              <w:jc w:val="center"/>
              <w:rPr>
                <w:color w:val="000000"/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обсуждение интересов и </w:t>
            </w:r>
            <w:r w:rsidR="00DB5543">
              <w:rPr>
                <w:color w:val="000000"/>
                <w:sz w:val="22"/>
                <w:szCs w:val="22"/>
              </w:rPr>
              <w:t>п</w:t>
            </w:r>
            <w:r w:rsidRPr="00591227">
              <w:rPr>
                <w:color w:val="000000"/>
                <w:sz w:val="22"/>
                <w:szCs w:val="22"/>
              </w:rPr>
              <w:t xml:space="preserve">реодоление </w:t>
            </w:r>
          </w:p>
          <w:p w14:paraId="5D02752B" w14:textId="77777777" w:rsidR="00985470" w:rsidRPr="00591227" w:rsidRDefault="00985470" w:rsidP="00DB5543">
            <w:pPr>
              <w:autoSpaceDE w:val="0"/>
              <w:autoSpaceDN w:val="0"/>
              <w:spacing w:before="98" w:line="271" w:lineRule="auto"/>
              <w:ind w:left="576" w:right="432" w:hanging="576"/>
              <w:jc w:val="center"/>
              <w:rPr>
                <w:sz w:val="22"/>
                <w:szCs w:val="22"/>
              </w:rPr>
            </w:pPr>
            <w:proofErr w:type="spellStart"/>
            <w:r w:rsidRPr="00591227">
              <w:rPr>
                <w:color w:val="000000"/>
                <w:sz w:val="22"/>
                <w:szCs w:val="22"/>
              </w:rPr>
              <w:t>онфликтов</w:t>
            </w:r>
            <w:proofErr w:type="spellEnd"/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5D45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F6EF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0A20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254F5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1CA8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D82E8F4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D506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125.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1F8C0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Слово как название действия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 xml:space="preserve">предмета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0B1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B98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2704C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F0083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6D98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AB6DCA6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FB06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126.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E6DFA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144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Слова, отвечающие на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вопросы "что делать?", "что сделать?"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1DE9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40A5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CF3C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01337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161E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7ECC96C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BA97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127.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0256C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100" w:line="262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Речевой этикет: ситуация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знакомства. Вежливые слова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08841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12B52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7BA0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7DB09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AA8DC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46B902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83BB4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128.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1751D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Слово, его значение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A8836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82576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1C8EE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61A9F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7F62A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A09106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551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129.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8DC95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Роль слова в речи.</w:t>
            </w:r>
          </w:p>
          <w:p w14:paraId="10724043" w14:textId="77777777" w:rsidR="00985470" w:rsidRPr="00591227" w:rsidRDefault="00985470" w:rsidP="00591227">
            <w:pPr>
              <w:autoSpaceDE w:val="0"/>
              <w:autoSpaceDN w:val="0"/>
              <w:spacing w:before="70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Определение значения слова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18178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B003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55037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2EE3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A2CE5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B523C7E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C716A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130.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BC2F2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Выявление слов, значение которых требует уточнения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6AA19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632A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92738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67F99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EB1A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230D616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E78C0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131.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3FC3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Работа со словарём.</w:t>
            </w:r>
          </w:p>
          <w:p w14:paraId="5020176F" w14:textId="77777777" w:rsidR="00985470" w:rsidRPr="00591227" w:rsidRDefault="00985470" w:rsidP="00591227">
            <w:pPr>
              <w:autoSpaceDE w:val="0"/>
              <w:autoSpaceDN w:val="0"/>
              <w:spacing w:before="70" w:line="262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Уточнение значения слова с помощью толкового словаря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FD96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B474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4E7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4A58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E1B0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986459D" w14:textId="77777777" w:rsidTr="00591227">
        <w:trPr>
          <w:trHeight w:hRule="exact" w:val="130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1AFF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132.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90D8C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288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Речевая ситуация: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использование интонации при общении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98AC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DC2B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4D3A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9A0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8F32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74FAC05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2975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133.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6AA19" w14:textId="77777777" w:rsidR="00DB5543" w:rsidRDefault="00DB5543" w:rsidP="00DB5543">
            <w:pPr>
              <w:autoSpaceDE w:val="0"/>
              <w:autoSpaceDN w:val="0"/>
              <w:spacing w:line="271" w:lineRule="auto"/>
              <w:ind w:left="576" w:right="1152" w:hanging="57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Восстановление </w:t>
            </w:r>
          </w:p>
          <w:p w14:paraId="7D385CB7" w14:textId="77777777" w:rsidR="00985470" w:rsidRPr="00591227" w:rsidRDefault="00985470" w:rsidP="00DB5543">
            <w:pPr>
              <w:autoSpaceDE w:val="0"/>
              <w:autoSpaceDN w:val="0"/>
              <w:spacing w:line="271" w:lineRule="auto"/>
              <w:ind w:left="576" w:right="1152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деформированных </w:t>
            </w:r>
            <w:r w:rsidR="00DB5543">
              <w:rPr>
                <w:color w:val="000000"/>
                <w:sz w:val="22"/>
                <w:szCs w:val="22"/>
              </w:rPr>
              <w:t>п</w:t>
            </w:r>
            <w:r w:rsidRPr="00591227">
              <w:rPr>
                <w:color w:val="000000"/>
                <w:sz w:val="22"/>
                <w:szCs w:val="22"/>
              </w:rPr>
              <w:t>редложений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9DE4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219B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0A6E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F61E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AC18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Практическая работа;</w:t>
            </w:r>
          </w:p>
        </w:tc>
      </w:tr>
      <w:tr w:rsidR="00985470" w:rsidRPr="00591227" w14:paraId="3E00FE2B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6E9F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134.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CACB1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Списывание текста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E6F8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941A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91CB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0031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30B9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0B563986" w14:textId="77777777" w:rsidTr="0059122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38EB0" w14:textId="77777777" w:rsidR="00985470" w:rsidRPr="00591227" w:rsidRDefault="00985470" w:rsidP="00591227">
            <w:pPr>
              <w:autoSpaceDE w:val="0"/>
              <w:autoSpaceDN w:val="0"/>
              <w:spacing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135.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25D253" w14:textId="77777777" w:rsidR="00591227" w:rsidRPr="00591227" w:rsidRDefault="00591227" w:rsidP="00591227">
            <w:pPr>
              <w:autoSpaceDE w:val="0"/>
              <w:autoSpaceDN w:val="0"/>
              <w:ind w:left="576" w:right="576" w:hanging="576"/>
              <w:rPr>
                <w:color w:val="000000"/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Звуки речи. </w:t>
            </w:r>
          </w:p>
          <w:p w14:paraId="58029291" w14:textId="77777777" w:rsidR="00985470" w:rsidRPr="00591227" w:rsidRDefault="00591227" w:rsidP="00DB5543">
            <w:pPr>
              <w:autoSpaceDE w:val="0"/>
              <w:autoSpaceDN w:val="0"/>
              <w:ind w:left="576" w:righ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Гласные и </w:t>
            </w:r>
            <w:r w:rsidR="00985470" w:rsidRPr="00591227">
              <w:rPr>
                <w:color w:val="000000"/>
                <w:sz w:val="22"/>
                <w:szCs w:val="22"/>
              </w:rPr>
              <w:t>согласные звуки, их различение. Ударение в слове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DAB66" w14:textId="77777777" w:rsidR="00985470" w:rsidRPr="00591227" w:rsidRDefault="00985470" w:rsidP="00591227">
            <w:pPr>
              <w:autoSpaceDE w:val="0"/>
              <w:autoSpaceDN w:val="0"/>
              <w:spacing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56962" w14:textId="77777777" w:rsidR="00985470" w:rsidRPr="00591227" w:rsidRDefault="00985470" w:rsidP="00591227">
            <w:pPr>
              <w:autoSpaceDE w:val="0"/>
              <w:autoSpaceDN w:val="0"/>
              <w:spacing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89BDC" w14:textId="77777777" w:rsidR="00985470" w:rsidRPr="00591227" w:rsidRDefault="00985470" w:rsidP="00591227">
            <w:pPr>
              <w:autoSpaceDE w:val="0"/>
              <w:autoSpaceDN w:val="0"/>
              <w:spacing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D016CB" w14:textId="77777777" w:rsidR="00985470" w:rsidRPr="00591227" w:rsidRDefault="00985470" w:rsidP="00591227">
            <w:pPr>
              <w:autoSpaceDE w:val="0"/>
              <w:autoSpaceDN w:val="0"/>
              <w:spacing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75BB6" w14:textId="77777777" w:rsidR="00985470" w:rsidRPr="00591227" w:rsidRDefault="00985470" w:rsidP="00591227">
            <w:pPr>
              <w:autoSpaceDE w:val="0"/>
              <w:autoSpaceDN w:val="0"/>
              <w:spacing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36D56D5F" w14:textId="77777777" w:rsidTr="00591227">
        <w:trPr>
          <w:trHeight w:hRule="exact" w:val="10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98C7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136.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D9ED1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100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Гласные </w:t>
            </w:r>
            <w:r w:rsidR="00591227" w:rsidRPr="00591227">
              <w:rPr>
                <w:color w:val="000000"/>
                <w:sz w:val="22"/>
                <w:szCs w:val="22"/>
              </w:rPr>
              <w:t xml:space="preserve"> У</w:t>
            </w:r>
            <w:r w:rsidRPr="00591227">
              <w:rPr>
                <w:color w:val="000000"/>
                <w:sz w:val="22"/>
                <w:szCs w:val="22"/>
              </w:rPr>
              <w:t>дарные и</w:t>
            </w:r>
            <w:r w:rsidR="00591227" w:rsidRPr="00591227">
              <w:rPr>
                <w:color w:val="000000"/>
                <w:sz w:val="22"/>
                <w:szCs w:val="22"/>
              </w:rPr>
              <w:t xml:space="preserve"> </w:t>
            </w:r>
            <w:r w:rsidRPr="00591227">
              <w:rPr>
                <w:color w:val="000000"/>
                <w:sz w:val="22"/>
                <w:szCs w:val="22"/>
              </w:rPr>
              <w:t>безударные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2BAF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BD6D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D138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1EDD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E30D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01B2C366" w14:textId="77777777" w:rsidTr="00591227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19C5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137.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6C237" w14:textId="77777777" w:rsidR="00985470" w:rsidRPr="00591227" w:rsidRDefault="00985470" w:rsidP="00DB5543">
            <w:pPr>
              <w:autoSpaceDE w:val="0"/>
              <w:autoSpaceDN w:val="0"/>
              <w:spacing w:before="98" w:line="281" w:lineRule="auto"/>
              <w:ind w:lef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Наблюдение над </w:t>
            </w:r>
            <w:r w:rsidR="00DB5543">
              <w:rPr>
                <w:color w:val="000000"/>
                <w:sz w:val="22"/>
                <w:szCs w:val="22"/>
              </w:rPr>
              <w:t xml:space="preserve"> </w:t>
            </w:r>
            <w:r w:rsidRPr="00591227">
              <w:rPr>
                <w:color w:val="000000"/>
                <w:sz w:val="22"/>
                <w:szCs w:val="22"/>
              </w:rPr>
              <w:t>единообразным написанием буквы безударного гласного звука в одинаковой части (корне) однокоренных слова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59C4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A64D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BFD7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F7011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1A0C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41FEDB40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692DECC2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1E0BC66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22149921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A85A7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25C2B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156" w:right="144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Написание непроверяемой буквы безударного гласного звука в словах. Работа с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орфографическим словарём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B6C38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77C6B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0F4EF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6516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E6C7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524071A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4356C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139.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54805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156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Твёрдые и мягкие согласные звуки и буквы их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обозначающие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8A9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DC49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AEC5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943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5B284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5849507D" w14:textId="77777777" w:rsidTr="0059122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140D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91747C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ind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Буквы е, ё, ю, я в слове. Их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функция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2EA6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83D7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B52F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A28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1D9B1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AE33446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A1A88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BD43B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Буква Ь как показатель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мягкости согласного звука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9BF4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D3EC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6DFC2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70712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1324C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A79C3D5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930C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129D8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72" w:right="288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Согласные звуки и буквы, обозначающие согласные звуки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F1E5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C6F9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0AD6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77E8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1CC5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1577ECC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A972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46ACE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156" w:right="144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Звонкие и глухие согласные звуки, их различение.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Согласный звук [й'] 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гласный звук [и]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26C4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0BAF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720B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738F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1794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448FAE4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853A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9E8ED5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576" w:right="288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Парные и непарные по глухости-звонкости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согласные звуки на конце слов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A2E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0727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4BF5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D1A3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F4616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9F286E0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DD43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52540F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156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Правописание слов с буквой парного по глухости-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звонкости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FB1D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58E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A040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E8F59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3013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58DD90D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D2EC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8FF67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432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Речевая ситуация: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поздравление и вручение подарка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B14B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6ABE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D039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FE03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9A3CD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06C7818" w14:textId="77777777" w:rsidTr="00591227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CC78A7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147.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D6999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Шипящие согласные звуки [ж], [ш], [ч'], [щ']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8DEA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1D4B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9CDCA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8947B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4DAD9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1800291C" w14:textId="77777777" w:rsidTr="00DB5543">
        <w:trPr>
          <w:trHeight w:hRule="exact" w:val="11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820F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24A314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148. Правило правописания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 xml:space="preserve">сочетания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чк-чн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чт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щн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9114D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8C5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7302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060E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251F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25A3CCE5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35D49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149.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A62C8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288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Орфоэпические нормы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произношения слов с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сочетаниями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чк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чн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чт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щн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1C3AA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38BD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779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7077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5D04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Устный опрос;</w:t>
            </w:r>
          </w:p>
        </w:tc>
      </w:tr>
      <w:tr w:rsidR="00985470" w:rsidRPr="00591227" w14:paraId="396BE5BD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841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C850A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Речевая ситуация: уточнение значения незнакомых слов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89CB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13D5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BD40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2EA8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D694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8AD6462" w14:textId="77777777" w:rsidTr="00591227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9588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711B5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144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Отработка правил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правописания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-ща, чу-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щу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F29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B61B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709DF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A046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8735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</w:tbl>
    <w:p w14:paraId="2EF10202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6EE6CAAF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6FA921D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5B8A7B1E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423C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152.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E2AF8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144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Закрепление правил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правописания сочетаний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ча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-ща, чу-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щу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91227">
              <w:rPr>
                <w:color w:val="000000"/>
                <w:sz w:val="22"/>
                <w:szCs w:val="22"/>
              </w:rPr>
              <w:t>жи</w:t>
            </w:r>
            <w:proofErr w:type="spellEnd"/>
            <w:r w:rsidRPr="00591227">
              <w:rPr>
                <w:color w:val="000000"/>
                <w:sz w:val="22"/>
                <w:szCs w:val="22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3284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C66B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D274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E90D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172B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Практическая работа;</w:t>
            </w:r>
          </w:p>
        </w:tc>
      </w:tr>
      <w:tr w:rsidR="00985470" w:rsidRPr="00591227" w14:paraId="5F94DA8A" w14:textId="77777777" w:rsidTr="0059122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2274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153.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9D8E2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576" w:right="288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Русский алфавит: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правильное название букв, знание их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последовательности.</w:t>
            </w:r>
          </w:p>
          <w:p w14:paraId="7F924D3C" w14:textId="77777777" w:rsidR="00985470" w:rsidRPr="00591227" w:rsidRDefault="00985470" w:rsidP="00591227">
            <w:pPr>
              <w:autoSpaceDE w:val="0"/>
              <w:autoSpaceDN w:val="0"/>
              <w:spacing w:before="70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Использование алфавита для работы со словарём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9EF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BD96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B0D27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6C49F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1D3B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Практическая работа;</w:t>
            </w:r>
          </w:p>
        </w:tc>
      </w:tr>
      <w:tr w:rsidR="00985470" w:rsidRPr="00591227" w14:paraId="1D8B6843" w14:textId="77777777" w:rsidTr="0059122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90DB03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154.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EFE1A" w14:textId="77777777" w:rsidR="00985470" w:rsidRPr="00591227" w:rsidRDefault="00985470" w:rsidP="00591227">
            <w:pPr>
              <w:autoSpaceDE w:val="0"/>
              <w:autoSpaceDN w:val="0"/>
              <w:spacing w:before="100" w:line="271" w:lineRule="auto"/>
              <w:ind w:left="156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Заглавная буква в именах, отчествах, фамилиях людей, в географических названиях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6D03D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F6EC1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8BD9A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EA579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3ED557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687C067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2B9D5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00BFE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Правило правописания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заглавной буквы в именах, отчествах, фамилиях людей, в географических названиях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8CC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6F805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BCF3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68641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59A27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B0C1A4D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D216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69102" w14:textId="77777777" w:rsidR="00985470" w:rsidRPr="00591227" w:rsidRDefault="00985470" w:rsidP="00591227">
            <w:pPr>
              <w:tabs>
                <w:tab w:val="left" w:pos="576"/>
              </w:tabs>
              <w:autoSpaceDE w:val="0"/>
              <w:autoSpaceDN w:val="0"/>
              <w:spacing w:before="98" w:line="262" w:lineRule="auto"/>
              <w:ind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Знакомство со словами,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близкими по значению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5BC7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CE6A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A8C9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0152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78D80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6A34B5A0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9DB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CAB26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right="432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Повторение слов,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отвечающих на вопросы "кто?", "что?"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EB8F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A551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E1A4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83235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F524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24686CE" w14:textId="77777777" w:rsidTr="0059122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8A5A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89C90" w14:textId="77777777" w:rsidR="00985470" w:rsidRPr="00591227" w:rsidRDefault="00985470" w:rsidP="00591227">
            <w:pPr>
              <w:autoSpaceDE w:val="0"/>
              <w:autoSpaceDN w:val="0"/>
              <w:spacing w:before="98"/>
              <w:ind w:lef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Повторение слов,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отвечающих на вопросы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"какой?", "какая?", "какое?", "какие?"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B1B6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810A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5360F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BA86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CD50F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482417B" w14:textId="77777777" w:rsidTr="0059122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AE44F5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846B8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576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Повторение слов,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 xml:space="preserve">отвечающих на вопросы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"что делать?", "что сделать?"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DD7E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B0E20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C255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0A18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11FEB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32B27AE5" w14:textId="77777777" w:rsidTr="00DB5543">
        <w:trPr>
          <w:trHeight w:hRule="exact" w:val="12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6CDA0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160.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B209B" w14:textId="77777777" w:rsidR="00985470" w:rsidRPr="00591227" w:rsidRDefault="00985470" w:rsidP="00591227">
            <w:pPr>
              <w:autoSpaceDE w:val="0"/>
              <w:autoSpaceDN w:val="0"/>
              <w:spacing w:before="100"/>
              <w:ind w:left="156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Составление предложения из набора форм слов. Работа с деформированными </w:t>
            </w:r>
            <w:r w:rsidRPr="00591227">
              <w:rPr>
                <w:sz w:val="22"/>
                <w:szCs w:val="22"/>
              </w:rPr>
              <w:br/>
            </w:r>
            <w:r w:rsidRPr="00591227">
              <w:rPr>
                <w:color w:val="000000"/>
                <w:sz w:val="22"/>
                <w:szCs w:val="22"/>
              </w:rPr>
              <w:t>предложениями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EBDF6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A7688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23C75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65ADA" w14:textId="77777777" w:rsidR="00985470" w:rsidRPr="00591227" w:rsidRDefault="00985470" w:rsidP="00591227">
            <w:pPr>
              <w:autoSpaceDE w:val="0"/>
              <w:autoSpaceDN w:val="0"/>
              <w:spacing w:before="100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82AE5" w14:textId="77777777" w:rsidR="00985470" w:rsidRPr="00591227" w:rsidRDefault="00985470" w:rsidP="00591227">
            <w:pPr>
              <w:autoSpaceDE w:val="0"/>
              <w:autoSpaceDN w:val="0"/>
              <w:spacing w:before="100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457090F2" w14:textId="77777777" w:rsidTr="0059122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165A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595EE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Повторение знаний о тексте и предложении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5924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92D7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31F1A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D0AA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8F6DB6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06CEECEB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565BD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CC49F" w14:textId="77777777" w:rsidR="00DB5543" w:rsidRDefault="00985470" w:rsidP="00DB5543">
            <w:pPr>
              <w:autoSpaceDE w:val="0"/>
              <w:autoSpaceDN w:val="0"/>
              <w:spacing w:line="271" w:lineRule="auto"/>
              <w:ind w:left="576" w:right="288" w:hanging="576"/>
              <w:rPr>
                <w:color w:val="000000"/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Составление краткого</w:t>
            </w:r>
          </w:p>
          <w:p w14:paraId="4E9FF41C" w14:textId="77777777" w:rsidR="00DB5543" w:rsidRDefault="00985470" w:rsidP="00DB5543">
            <w:pPr>
              <w:autoSpaceDE w:val="0"/>
              <w:autoSpaceDN w:val="0"/>
              <w:spacing w:line="271" w:lineRule="auto"/>
              <w:ind w:left="576" w:right="288" w:hanging="576"/>
              <w:rPr>
                <w:color w:val="000000"/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рассказа по сюжетным </w:t>
            </w:r>
          </w:p>
          <w:p w14:paraId="6964A2AC" w14:textId="77777777" w:rsidR="00985470" w:rsidRPr="00591227" w:rsidRDefault="00985470" w:rsidP="00DB5543">
            <w:pPr>
              <w:autoSpaceDE w:val="0"/>
              <w:autoSpaceDN w:val="0"/>
              <w:spacing w:line="271" w:lineRule="auto"/>
              <w:ind w:left="576" w:right="288" w:hanging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картинкам и наблюдениям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18BC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C55B2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03F90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3767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C49682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D4E8A70" w14:textId="77777777" w:rsidTr="0059122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3B83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163.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F8680" w14:textId="77777777" w:rsidR="00985470" w:rsidRPr="00591227" w:rsidRDefault="00985470" w:rsidP="00591227">
            <w:pPr>
              <w:tabs>
                <w:tab w:val="left" w:pos="156"/>
              </w:tabs>
              <w:autoSpaceDE w:val="0"/>
              <w:autoSpaceDN w:val="0"/>
              <w:spacing w:before="98" w:line="262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Промежуточная аттестация в </w:t>
            </w:r>
            <w:r w:rsidRPr="00591227">
              <w:rPr>
                <w:sz w:val="22"/>
                <w:szCs w:val="22"/>
              </w:rPr>
              <w:tab/>
            </w:r>
            <w:r w:rsidRPr="00591227">
              <w:rPr>
                <w:color w:val="000000"/>
                <w:sz w:val="22"/>
                <w:szCs w:val="22"/>
              </w:rPr>
              <w:t>форме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7B8E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CB4E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4027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F6A3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9C74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Диктант;</w:t>
            </w:r>
          </w:p>
        </w:tc>
      </w:tr>
    </w:tbl>
    <w:p w14:paraId="4921EBDD" w14:textId="77777777" w:rsidR="00985470" w:rsidRPr="00591227" w:rsidRDefault="00985470" w:rsidP="00591227">
      <w:pPr>
        <w:autoSpaceDE w:val="0"/>
        <w:autoSpaceDN w:val="0"/>
        <w:spacing w:line="14" w:lineRule="exact"/>
        <w:rPr>
          <w:sz w:val="22"/>
          <w:szCs w:val="22"/>
        </w:rPr>
      </w:pPr>
    </w:p>
    <w:p w14:paraId="35625CD2" w14:textId="77777777" w:rsidR="00985470" w:rsidRPr="00591227" w:rsidRDefault="00985470" w:rsidP="00591227">
      <w:pPr>
        <w:rPr>
          <w:sz w:val="22"/>
          <w:szCs w:val="22"/>
        </w:rPr>
        <w:sectPr w:rsidR="00985470" w:rsidRPr="00591227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98FAE79" w14:textId="77777777" w:rsidR="00985470" w:rsidRPr="00591227" w:rsidRDefault="00985470" w:rsidP="00591227">
      <w:pPr>
        <w:autoSpaceDE w:val="0"/>
        <w:autoSpaceDN w:val="0"/>
        <w:spacing w:after="66" w:line="220" w:lineRule="exact"/>
        <w:rPr>
          <w:sz w:val="22"/>
          <w:szCs w:val="22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985470" w:rsidRPr="00591227" w14:paraId="051F6ACE" w14:textId="77777777" w:rsidTr="0059122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504B1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164.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31BEA2" w14:textId="77777777" w:rsidR="00985470" w:rsidRPr="00591227" w:rsidRDefault="00985470" w:rsidP="00591227">
            <w:pPr>
              <w:autoSpaceDE w:val="0"/>
              <w:autoSpaceDN w:val="0"/>
              <w:spacing w:before="98" w:line="271" w:lineRule="auto"/>
              <w:ind w:left="156" w:right="144" w:hanging="15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Закрепление правописания орфограмм, изученных в 1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6B3FD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DFA98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0375F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1F31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671863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576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Устный опрос;</w:t>
            </w:r>
          </w:p>
        </w:tc>
      </w:tr>
      <w:tr w:rsidR="00985470" w:rsidRPr="00591227" w14:paraId="7D82C4E4" w14:textId="77777777" w:rsidTr="00591227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11656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165.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2AF3E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 xml:space="preserve"> Итоговая работа за 1 класс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99BAB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D96A4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8CAF9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F918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rPr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F483B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Диктант;</w:t>
            </w:r>
          </w:p>
        </w:tc>
      </w:tr>
      <w:tr w:rsidR="00985470" w:rsidRPr="00591227" w14:paraId="6912B793" w14:textId="77777777" w:rsidTr="00591227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852C8" w14:textId="77777777" w:rsidR="00985470" w:rsidRPr="00591227" w:rsidRDefault="00985470" w:rsidP="00591227">
            <w:pPr>
              <w:autoSpaceDE w:val="0"/>
              <w:autoSpaceDN w:val="0"/>
              <w:spacing w:before="98" w:line="262" w:lineRule="auto"/>
              <w:ind w:left="72" w:right="14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C8CC3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4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0E0F7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3528C" w14:textId="77777777" w:rsidR="00985470" w:rsidRPr="00591227" w:rsidRDefault="00985470" w:rsidP="00591227">
            <w:pPr>
              <w:autoSpaceDE w:val="0"/>
              <w:autoSpaceDN w:val="0"/>
              <w:spacing w:before="98" w:line="230" w:lineRule="auto"/>
              <w:ind w:left="72"/>
              <w:rPr>
                <w:sz w:val="22"/>
                <w:szCs w:val="22"/>
              </w:rPr>
            </w:pPr>
            <w:r w:rsidRPr="00591227"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0E195FD7" w14:textId="77777777" w:rsidR="00985470" w:rsidRDefault="00985470" w:rsidP="00985470">
      <w:pPr>
        <w:autoSpaceDE w:val="0"/>
        <w:autoSpaceDN w:val="0"/>
        <w:spacing w:line="14" w:lineRule="exact"/>
      </w:pPr>
    </w:p>
    <w:p w14:paraId="7E7E81FC" w14:textId="77777777" w:rsidR="00985470" w:rsidRDefault="00985470" w:rsidP="00985470">
      <w:pPr>
        <w:sectPr w:rsidR="00985470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64D9A4E" w14:textId="77777777" w:rsidR="00985470" w:rsidRDefault="00985470" w:rsidP="00985470">
      <w:pPr>
        <w:autoSpaceDE w:val="0"/>
        <w:autoSpaceDN w:val="0"/>
        <w:spacing w:after="78" w:line="220" w:lineRule="exact"/>
      </w:pPr>
    </w:p>
    <w:p w14:paraId="7A25829E" w14:textId="77777777" w:rsidR="00985470" w:rsidRDefault="00985470" w:rsidP="00985470">
      <w:pPr>
        <w:autoSpaceDE w:val="0"/>
        <w:autoSpaceDN w:val="0"/>
        <w:spacing w:line="230" w:lineRule="auto"/>
      </w:pPr>
      <w:r>
        <w:rPr>
          <w:b/>
          <w:color w:val="000000"/>
        </w:rPr>
        <w:t xml:space="preserve">УЧЕБНО-МЕТОДИЧЕСКОЕ ОБЕСПЕЧЕНИЕ ОБРАЗОВАТЕЛЬНОГО ПРОЦЕССА </w:t>
      </w:r>
    </w:p>
    <w:p w14:paraId="0C10D0E7" w14:textId="77777777" w:rsidR="00985470" w:rsidRDefault="00985470" w:rsidP="00985470">
      <w:pPr>
        <w:autoSpaceDE w:val="0"/>
        <w:autoSpaceDN w:val="0"/>
        <w:spacing w:before="346" w:line="230" w:lineRule="auto"/>
      </w:pPr>
      <w:r>
        <w:rPr>
          <w:b/>
          <w:color w:val="000000"/>
        </w:rPr>
        <w:t>ОБЯЗАТЕЛЬНЫЕ УЧЕБНЫЕ МАТЕРИАЛЫ ДЛЯ УЧЕНИКА</w:t>
      </w:r>
    </w:p>
    <w:p w14:paraId="7C2AD7CD" w14:textId="77777777" w:rsidR="00985470" w:rsidRPr="00D53121" w:rsidRDefault="00985470" w:rsidP="00985470">
      <w:pPr>
        <w:autoSpaceDE w:val="0"/>
        <w:autoSpaceDN w:val="0"/>
        <w:spacing w:before="166" w:line="286" w:lineRule="auto"/>
        <w:ind w:right="2160"/>
      </w:pPr>
      <w:r w:rsidRPr="00D53121">
        <w:rPr>
          <w:color w:val="000000"/>
        </w:rPr>
        <w:t xml:space="preserve">1.Канакина В.П.; </w:t>
      </w:r>
      <w:r w:rsidRPr="00D53121">
        <w:br/>
      </w:r>
      <w:r w:rsidRPr="00D53121">
        <w:rPr>
          <w:color w:val="000000"/>
        </w:rPr>
        <w:t xml:space="preserve">Горецкий В.Г. Русский язык. Учебник. 1 класс. /М.: Просвещение; </w:t>
      </w:r>
      <w:r w:rsidRPr="00D53121">
        <w:br/>
      </w:r>
      <w:r w:rsidRPr="00D53121">
        <w:rPr>
          <w:color w:val="000000"/>
        </w:rPr>
        <w:t xml:space="preserve">2011 г.; </w:t>
      </w:r>
      <w:r w:rsidRPr="00D53121">
        <w:br/>
      </w:r>
      <w:r w:rsidRPr="00D53121">
        <w:rPr>
          <w:color w:val="000000"/>
        </w:rPr>
        <w:t xml:space="preserve">2.Канакина В.П.; </w:t>
      </w:r>
      <w:r w:rsidRPr="00D53121">
        <w:br/>
      </w:r>
      <w:r w:rsidRPr="00D53121">
        <w:rPr>
          <w:color w:val="000000"/>
        </w:rPr>
        <w:t xml:space="preserve">Горецкий В.Г. Русский язык. Методическое пособие. 1 класс./ М.: Просвещение; 2011 г.; </w:t>
      </w:r>
      <w:r w:rsidRPr="00D53121">
        <w:br/>
      </w:r>
      <w:r w:rsidRPr="00D53121">
        <w:rPr>
          <w:color w:val="000000"/>
        </w:rPr>
        <w:t xml:space="preserve">3.Канакина В.П. Русский язык. Рабочая тетрадь. 1 класс. / М.: Просвещение; 2011 г.; </w:t>
      </w:r>
      <w:r w:rsidRPr="00D53121">
        <w:br/>
      </w:r>
      <w:r w:rsidRPr="00D53121">
        <w:rPr>
          <w:color w:val="000000"/>
        </w:rPr>
        <w:t xml:space="preserve">; </w:t>
      </w:r>
      <w:r w:rsidRPr="00D53121">
        <w:br/>
      </w:r>
      <w:r w:rsidRPr="00D53121">
        <w:rPr>
          <w:color w:val="000000"/>
        </w:rPr>
        <w:t>Введите свой вариант:</w:t>
      </w:r>
    </w:p>
    <w:p w14:paraId="12A5C1EC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t>МЕТОДИЧЕСКИЕ МАТЕРИАЛЫ ДЛЯ УЧИТЕЛЯ</w:t>
      </w:r>
    </w:p>
    <w:p w14:paraId="7C0D2451" w14:textId="77777777" w:rsidR="00985470" w:rsidRPr="00D53121" w:rsidRDefault="00985470" w:rsidP="00985470">
      <w:pPr>
        <w:autoSpaceDE w:val="0"/>
        <w:autoSpaceDN w:val="0"/>
        <w:spacing w:before="166" w:line="262" w:lineRule="auto"/>
        <w:ind w:right="288"/>
      </w:pPr>
      <w:r w:rsidRPr="00D53121">
        <w:rPr>
          <w:color w:val="000000"/>
        </w:rPr>
        <w:t>1.Канакина В.П., Горецкий В.Г. Русский язык. Рабочие программы. 1-4 классы. / М.: Просвещение, 2011 г.</w:t>
      </w:r>
    </w:p>
    <w:p w14:paraId="1F37305D" w14:textId="77777777" w:rsidR="00985470" w:rsidRPr="00D53121" w:rsidRDefault="00985470" w:rsidP="00985470">
      <w:pPr>
        <w:autoSpaceDE w:val="0"/>
        <w:autoSpaceDN w:val="0"/>
        <w:spacing w:before="70" w:line="230" w:lineRule="auto"/>
      </w:pPr>
      <w:r w:rsidRPr="00D53121">
        <w:rPr>
          <w:color w:val="000000"/>
        </w:rPr>
        <w:t>2.Канакина В.П. Русский язык. Тестовые задания. 1 класс. / М.: Просвещение, 2011 г.</w:t>
      </w:r>
    </w:p>
    <w:p w14:paraId="234719DB" w14:textId="77777777" w:rsidR="00985470" w:rsidRPr="00D53121" w:rsidRDefault="00985470" w:rsidP="00985470">
      <w:pPr>
        <w:autoSpaceDE w:val="0"/>
        <w:autoSpaceDN w:val="0"/>
        <w:spacing w:before="70" w:line="262" w:lineRule="auto"/>
      </w:pPr>
      <w:r w:rsidRPr="00D53121">
        <w:rPr>
          <w:color w:val="000000"/>
        </w:rPr>
        <w:t>3.Ковригина Т.В. Русский язык: обучение грамоте (обучение письму), технологические карты, 1 класс / Издательство «Учитель»2013 год</w:t>
      </w:r>
    </w:p>
    <w:p w14:paraId="79B7B7A1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t>ЦИФРОВЫЕ ОБРАЗОВАТЕЛЬНЫЕ РЕСУРСЫ И РЕСУРСЫ СЕТИ ИНТЕРНЕТ</w:t>
      </w:r>
    </w:p>
    <w:p w14:paraId="180C89DC" w14:textId="77777777" w:rsidR="00985470" w:rsidRPr="00D53121" w:rsidRDefault="00985470" w:rsidP="00985470">
      <w:pPr>
        <w:autoSpaceDE w:val="0"/>
        <w:autoSpaceDN w:val="0"/>
        <w:spacing w:before="166" w:line="271" w:lineRule="auto"/>
        <w:ind w:right="4608"/>
      </w:pPr>
      <w:r>
        <w:rPr>
          <w:color w:val="000000"/>
        </w:rPr>
        <w:t>https</w:t>
      </w:r>
      <w:r w:rsidRPr="00D53121">
        <w:rPr>
          <w:color w:val="000000"/>
        </w:rPr>
        <w:t>://</w:t>
      </w:r>
      <w:r>
        <w:rPr>
          <w:color w:val="000000"/>
        </w:rPr>
        <w:t>infourok</w:t>
      </w:r>
      <w:r w:rsidRPr="00D53121">
        <w:rPr>
          <w:color w:val="000000"/>
        </w:rPr>
        <w:t>.</w:t>
      </w:r>
      <w:r>
        <w:rPr>
          <w:color w:val="000000"/>
        </w:rPr>
        <w:t>ru</w:t>
      </w:r>
      <w:r w:rsidRPr="00D53121">
        <w:rPr>
          <w:color w:val="000000"/>
        </w:rPr>
        <w:t>/</w:t>
      </w:r>
      <w:r>
        <w:rPr>
          <w:color w:val="000000"/>
        </w:rPr>
        <w:t>prezentaciya</w:t>
      </w:r>
      <w:r w:rsidRPr="00D53121">
        <w:rPr>
          <w:color w:val="000000"/>
        </w:rPr>
        <w:t>-</w:t>
      </w:r>
      <w:r>
        <w:rPr>
          <w:color w:val="000000"/>
        </w:rPr>
        <w:t>po</w:t>
      </w:r>
      <w:r w:rsidRPr="00D53121">
        <w:rPr>
          <w:color w:val="000000"/>
        </w:rPr>
        <w:t>-</w:t>
      </w:r>
      <w:r>
        <w:rPr>
          <w:color w:val="000000"/>
        </w:rPr>
        <w:t>russkomu</w:t>
      </w:r>
      <w:r w:rsidRPr="00D53121">
        <w:rPr>
          <w:color w:val="000000"/>
        </w:rPr>
        <w:t>-</w:t>
      </w:r>
      <w:r>
        <w:rPr>
          <w:color w:val="000000"/>
        </w:rPr>
        <w:t>yaziku</w:t>
      </w:r>
      <w:r w:rsidRPr="00D53121">
        <w:rPr>
          <w:color w:val="000000"/>
        </w:rPr>
        <w:t>-</w:t>
      </w:r>
      <w:r>
        <w:rPr>
          <w:color w:val="000000"/>
        </w:rPr>
        <w:t>na</w:t>
      </w:r>
      <w:r w:rsidRPr="00D53121">
        <w:rPr>
          <w:color w:val="000000"/>
        </w:rPr>
        <w:t>-</w:t>
      </w:r>
      <w:r>
        <w:rPr>
          <w:color w:val="000000"/>
        </w:rPr>
        <w:t>temu</w:t>
      </w:r>
      <w:r w:rsidRPr="00D53121">
        <w:rPr>
          <w:color w:val="000000"/>
        </w:rPr>
        <w:t>-</w:t>
      </w:r>
      <w:r>
        <w:rPr>
          <w:color w:val="000000"/>
        </w:rPr>
        <w:t>situaciya</w:t>
      </w:r>
      <w:r w:rsidRPr="00D53121">
        <w:rPr>
          <w:color w:val="000000"/>
        </w:rPr>
        <w:t>-</w:t>
      </w:r>
      <w:r>
        <w:rPr>
          <w:color w:val="000000"/>
        </w:rPr>
        <w:t>obscheniya</w:t>
      </w:r>
      <w:r w:rsidRPr="00D53121">
        <w:rPr>
          <w:color w:val="000000"/>
        </w:rPr>
        <w:t>-</w:t>
      </w:r>
      <w:r>
        <w:rPr>
          <w:color w:val="000000"/>
        </w:rPr>
        <w:t>celi</w:t>
      </w:r>
      <w:r w:rsidRPr="00D53121">
        <w:rPr>
          <w:color w:val="000000"/>
        </w:rPr>
        <w:t>-</w:t>
      </w:r>
      <w:r>
        <w:rPr>
          <w:color w:val="000000"/>
        </w:rPr>
        <w:t>v</w:t>
      </w:r>
      <w:r w:rsidRPr="00D53121">
        <w:rPr>
          <w:color w:val="000000"/>
        </w:rPr>
        <w:t>-</w:t>
      </w:r>
      <w:r w:rsidRPr="00D53121">
        <w:br/>
      </w:r>
      <w:r>
        <w:rPr>
          <w:color w:val="000000"/>
        </w:rPr>
        <w:t>obschenii</w:t>
      </w:r>
      <w:r w:rsidRPr="00D53121">
        <w:rPr>
          <w:color w:val="000000"/>
        </w:rPr>
        <w:t>-2919316.</w:t>
      </w:r>
      <w:r>
        <w:rPr>
          <w:color w:val="000000"/>
        </w:rPr>
        <w:t>html</w:t>
      </w:r>
    </w:p>
    <w:p w14:paraId="341185D4" w14:textId="77777777" w:rsidR="00985470" w:rsidRPr="00D53121" w:rsidRDefault="00985470" w:rsidP="00985470">
      <w:pPr>
        <w:autoSpaceDE w:val="0"/>
        <w:autoSpaceDN w:val="0"/>
        <w:spacing w:before="406" w:line="262" w:lineRule="auto"/>
      </w:pPr>
      <w:r>
        <w:rPr>
          <w:color w:val="000000"/>
        </w:rPr>
        <w:t>https</w:t>
      </w:r>
      <w:r w:rsidRPr="00D53121">
        <w:rPr>
          <w:color w:val="000000"/>
        </w:rPr>
        <w:t>://</w:t>
      </w:r>
      <w:r>
        <w:rPr>
          <w:color w:val="000000"/>
        </w:rPr>
        <w:t>nsportal</w:t>
      </w:r>
      <w:r w:rsidRPr="00D53121">
        <w:rPr>
          <w:color w:val="000000"/>
        </w:rPr>
        <w:t>.</w:t>
      </w:r>
      <w:r>
        <w:rPr>
          <w:color w:val="000000"/>
        </w:rPr>
        <w:t>ru</w:t>
      </w:r>
      <w:r w:rsidRPr="00D53121">
        <w:rPr>
          <w:color w:val="000000"/>
        </w:rPr>
        <w:t>/</w:t>
      </w:r>
      <w:r>
        <w:rPr>
          <w:color w:val="000000"/>
        </w:rPr>
        <w:t>nachalnaya</w:t>
      </w:r>
      <w:r w:rsidRPr="00D53121">
        <w:rPr>
          <w:color w:val="000000"/>
        </w:rPr>
        <w:t>-</w:t>
      </w:r>
      <w:r>
        <w:rPr>
          <w:color w:val="000000"/>
        </w:rPr>
        <w:t>shkola</w:t>
      </w:r>
      <w:r w:rsidRPr="00D53121">
        <w:rPr>
          <w:color w:val="000000"/>
        </w:rPr>
        <w:t>/</w:t>
      </w:r>
      <w:r>
        <w:rPr>
          <w:color w:val="000000"/>
        </w:rPr>
        <w:t>russkii</w:t>
      </w:r>
      <w:r w:rsidRPr="00D53121">
        <w:rPr>
          <w:color w:val="000000"/>
        </w:rPr>
        <w:t>-</w:t>
      </w:r>
      <w:r>
        <w:rPr>
          <w:color w:val="000000"/>
        </w:rPr>
        <w:t>yazyk</w:t>
      </w:r>
      <w:r w:rsidRPr="00D53121">
        <w:rPr>
          <w:color w:val="000000"/>
        </w:rPr>
        <w:t>/2022/02/08/</w:t>
      </w:r>
      <w:r>
        <w:rPr>
          <w:color w:val="000000"/>
        </w:rPr>
        <w:t>prezentatsiya</w:t>
      </w:r>
      <w:r w:rsidRPr="00D53121">
        <w:rPr>
          <w:color w:val="000000"/>
        </w:rPr>
        <w:t>-</w:t>
      </w:r>
      <w:r>
        <w:rPr>
          <w:color w:val="000000"/>
        </w:rPr>
        <w:t>po</w:t>
      </w:r>
      <w:r w:rsidRPr="00D53121">
        <w:rPr>
          <w:color w:val="000000"/>
        </w:rPr>
        <w:t>-</w:t>
      </w:r>
      <w:r>
        <w:rPr>
          <w:color w:val="000000"/>
        </w:rPr>
        <w:t>russkomu</w:t>
      </w:r>
      <w:r w:rsidRPr="00D53121">
        <w:rPr>
          <w:color w:val="000000"/>
        </w:rPr>
        <w:t>-</w:t>
      </w:r>
      <w:r>
        <w:rPr>
          <w:color w:val="000000"/>
        </w:rPr>
        <w:t>yazyku</w:t>
      </w:r>
      <w:r w:rsidRPr="00D53121">
        <w:rPr>
          <w:color w:val="000000"/>
        </w:rPr>
        <w:t>-</w:t>
      </w:r>
      <w:r>
        <w:rPr>
          <w:color w:val="000000"/>
        </w:rPr>
        <w:t>po</w:t>
      </w:r>
      <w:r w:rsidRPr="00D53121">
        <w:rPr>
          <w:color w:val="000000"/>
        </w:rPr>
        <w:t>-</w:t>
      </w:r>
      <w:r>
        <w:rPr>
          <w:color w:val="000000"/>
        </w:rPr>
        <w:t>teme</w:t>
      </w:r>
      <w:r w:rsidRPr="00D53121">
        <w:rPr>
          <w:color w:val="000000"/>
        </w:rPr>
        <w:t>-</w:t>
      </w:r>
      <w:r>
        <w:rPr>
          <w:color w:val="000000"/>
        </w:rPr>
        <w:t>zaglavnaya</w:t>
      </w:r>
      <w:r w:rsidRPr="00D53121">
        <w:rPr>
          <w:color w:val="000000"/>
        </w:rPr>
        <w:t>-</w:t>
      </w:r>
      <w:r>
        <w:rPr>
          <w:color w:val="000000"/>
        </w:rPr>
        <w:t>bukva</w:t>
      </w:r>
    </w:p>
    <w:p w14:paraId="1F47E5BE" w14:textId="77777777" w:rsidR="00985470" w:rsidRPr="00D53121" w:rsidRDefault="00985470" w:rsidP="00985470">
      <w:pPr>
        <w:autoSpaceDE w:val="0"/>
        <w:autoSpaceDN w:val="0"/>
        <w:spacing w:after="78" w:line="220" w:lineRule="exact"/>
      </w:pPr>
    </w:p>
    <w:p w14:paraId="244567B1" w14:textId="77777777" w:rsidR="00985470" w:rsidRPr="00D53121" w:rsidRDefault="00985470" w:rsidP="00985470">
      <w:pPr>
        <w:autoSpaceDE w:val="0"/>
        <w:autoSpaceDN w:val="0"/>
        <w:spacing w:line="230" w:lineRule="auto"/>
      </w:pPr>
      <w:r w:rsidRPr="00D53121">
        <w:rPr>
          <w:b/>
          <w:color w:val="000000"/>
        </w:rPr>
        <w:t>МАТЕРИАЛЬНО-ТЕХНИЧЕСКОЕ ОБЕСПЕЧЕНИЕ ОБРАЗОВАТЕЛЬНОГО ПРОЦЕССА</w:t>
      </w:r>
    </w:p>
    <w:p w14:paraId="15A7B796" w14:textId="77777777" w:rsidR="00985470" w:rsidRPr="00D53121" w:rsidRDefault="00985470" w:rsidP="00985470">
      <w:pPr>
        <w:autoSpaceDE w:val="0"/>
        <w:autoSpaceDN w:val="0"/>
        <w:spacing w:before="346" w:line="230" w:lineRule="auto"/>
      </w:pPr>
      <w:r w:rsidRPr="00D53121">
        <w:rPr>
          <w:b/>
          <w:color w:val="000000"/>
        </w:rPr>
        <w:t>УЧЕБНОЕ ОБОРУДОВАНИЕ</w:t>
      </w:r>
    </w:p>
    <w:p w14:paraId="5E3AB781" w14:textId="77777777" w:rsidR="00985470" w:rsidRPr="00D53121" w:rsidRDefault="00985470" w:rsidP="00985470">
      <w:pPr>
        <w:autoSpaceDE w:val="0"/>
        <w:autoSpaceDN w:val="0"/>
        <w:spacing w:before="166" w:line="271" w:lineRule="auto"/>
        <w:ind w:right="8928"/>
      </w:pPr>
      <w:r w:rsidRPr="00D53121">
        <w:rPr>
          <w:color w:val="000000"/>
        </w:rPr>
        <w:t xml:space="preserve">Классная доска. </w:t>
      </w:r>
      <w:r w:rsidRPr="00D53121">
        <w:br/>
      </w:r>
      <w:r w:rsidRPr="00D53121">
        <w:rPr>
          <w:color w:val="000000"/>
        </w:rPr>
        <w:t xml:space="preserve">Ноутбук. </w:t>
      </w:r>
      <w:r w:rsidRPr="00D53121">
        <w:br/>
      </w:r>
      <w:r w:rsidRPr="00D53121">
        <w:rPr>
          <w:color w:val="000000"/>
        </w:rPr>
        <w:t>Проектор</w:t>
      </w:r>
    </w:p>
    <w:p w14:paraId="0D9EAAAE" w14:textId="77777777" w:rsidR="00985470" w:rsidRPr="00D53121" w:rsidRDefault="00985470" w:rsidP="00985470">
      <w:pPr>
        <w:autoSpaceDE w:val="0"/>
        <w:autoSpaceDN w:val="0"/>
        <w:spacing w:before="262" w:line="230" w:lineRule="auto"/>
      </w:pPr>
      <w:r w:rsidRPr="00D53121">
        <w:rPr>
          <w:b/>
          <w:color w:val="000000"/>
        </w:rPr>
        <w:t>ОБОРУДОВАНИЕ ДЛЯ ПРОВЕДЕНИЯ ПРАКТИЧЕСКИХ РАБОТ</w:t>
      </w:r>
    </w:p>
    <w:p w14:paraId="1B068E62" w14:textId="77777777" w:rsidR="00985470" w:rsidRDefault="00985470" w:rsidP="00985470">
      <w:pPr>
        <w:autoSpaceDE w:val="0"/>
        <w:autoSpaceDN w:val="0"/>
        <w:spacing w:before="166" w:line="271" w:lineRule="auto"/>
        <w:ind w:right="8928"/>
      </w:pPr>
      <w:r>
        <w:rPr>
          <w:color w:val="000000"/>
        </w:rPr>
        <w:t xml:space="preserve">Классная доска. </w:t>
      </w:r>
      <w:r>
        <w:br/>
      </w:r>
      <w:r>
        <w:rPr>
          <w:color w:val="000000"/>
        </w:rPr>
        <w:t xml:space="preserve">Ноутбук. </w:t>
      </w:r>
      <w:r>
        <w:br/>
      </w:r>
      <w:r>
        <w:rPr>
          <w:color w:val="000000"/>
        </w:rPr>
        <w:t>Проектор</w:t>
      </w:r>
    </w:p>
    <w:p w14:paraId="65910FC7" w14:textId="77777777" w:rsidR="00985470" w:rsidRDefault="00985470" w:rsidP="00985470"/>
    <w:p w14:paraId="09173EC1" w14:textId="77777777" w:rsidR="00985470" w:rsidRDefault="00985470" w:rsidP="00985470"/>
    <w:p w14:paraId="5BCF3672" w14:textId="77777777" w:rsidR="00985470" w:rsidRDefault="00985470" w:rsidP="00985470"/>
    <w:p w14:paraId="3768A66E" w14:textId="77777777" w:rsidR="00985470" w:rsidRDefault="00985470" w:rsidP="00985470"/>
    <w:p w14:paraId="44C59CD5" w14:textId="77777777" w:rsidR="00985470" w:rsidRDefault="00985470" w:rsidP="00985470"/>
    <w:p w14:paraId="6C1E6D2B" w14:textId="77777777" w:rsidR="00985470" w:rsidRDefault="00985470" w:rsidP="00985470"/>
    <w:p w14:paraId="664F09FF" w14:textId="77777777" w:rsidR="00985470" w:rsidRDefault="00985470" w:rsidP="00985470">
      <w:pPr>
        <w:sectPr w:rsidR="00985470" w:rsidSect="00985470">
          <w:pgSz w:w="11900" w:h="16840"/>
          <w:pgMar w:top="298" w:right="650" w:bottom="42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13F73C0" w14:textId="77777777" w:rsidR="00985470" w:rsidRDefault="00985470" w:rsidP="00985470"/>
    <w:sectPr w:rsidR="00985470" w:rsidSect="0098547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1214961">
    <w:abstractNumId w:val="8"/>
  </w:num>
  <w:num w:numId="2" w16cid:durableId="1304433645">
    <w:abstractNumId w:val="6"/>
  </w:num>
  <w:num w:numId="3" w16cid:durableId="802041244">
    <w:abstractNumId w:val="5"/>
  </w:num>
  <w:num w:numId="4" w16cid:durableId="2013751627">
    <w:abstractNumId w:val="4"/>
  </w:num>
  <w:num w:numId="5" w16cid:durableId="1076437665">
    <w:abstractNumId w:val="7"/>
  </w:num>
  <w:num w:numId="6" w16cid:durableId="726610328">
    <w:abstractNumId w:val="3"/>
  </w:num>
  <w:num w:numId="7" w16cid:durableId="140584575">
    <w:abstractNumId w:val="2"/>
  </w:num>
  <w:num w:numId="8" w16cid:durableId="516577199">
    <w:abstractNumId w:val="1"/>
  </w:num>
  <w:num w:numId="9" w16cid:durableId="1483623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455"/>
    <w:rsid w:val="00421BD6"/>
    <w:rsid w:val="00591227"/>
    <w:rsid w:val="008D2151"/>
    <w:rsid w:val="00900045"/>
    <w:rsid w:val="00985470"/>
    <w:rsid w:val="00BF4455"/>
    <w:rsid w:val="00DB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CED77E"/>
  <w15:chartTrackingRefBased/>
  <w15:docId w15:val="{865E349F-2EF9-448A-AF2A-5AD4E668B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Bullet 2" w:uiPriority="99"/>
    <w:lsdException w:name="List Bullet 3" w:uiPriority="99"/>
    <w:lsdException w:name="List Number 2" w:uiPriority="99"/>
    <w:lsdException w:name="List Number 3" w:uiPriority="99"/>
    <w:lsdException w:name="Title" w:uiPriority="10" w:qFormat="1"/>
    <w:lsdException w:name="Body Text" w:uiPriority="99"/>
    <w:lsdException w:name="List Continue" w:uiPriority="99"/>
    <w:lsdException w:name="List Continue 2" w:uiPriority="99"/>
    <w:lsdException w:name="List Continue 3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985470"/>
    <w:pPr>
      <w:keepNext/>
      <w:keepLines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  <w:lang w:val="en-US" w:eastAsia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985470"/>
    <w:pPr>
      <w:keepNext/>
      <w:keepLines/>
      <w:spacing w:before="200" w:line="276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val="en-US" w:eastAsia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985470"/>
    <w:pPr>
      <w:keepNext/>
      <w:keepLines/>
      <w:spacing w:before="200" w:line="276" w:lineRule="auto"/>
      <w:outlineLvl w:val="2"/>
    </w:pPr>
    <w:rPr>
      <w:rFonts w:ascii="Calibri" w:eastAsia="MS Gothic" w:hAnsi="Calibri"/>
      <w:b/>
      <w:bCs/>
      <w:color w:val="4F81BD"/>
      <w:sz w:val="22"/>
      <w:szCs w:val="22"/>
      <w:lang w:val="en-US" w:eastAsia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85470"/>
    <w:pPr>
      <w:keepNext/>
      <w:keepLines/>
      <w:spacing w:before="200" w:line="276" w:lineRule="auto"/>
      <w:outlineLvl w:val="3"/>
    </w:pPr>
    <w:rPr>
      <w:rFonts w:ascii="Calibri" w:eastAsia="MS Gothic" w:hAnsi="Calibri"/>
      <w:b/>
      <w:bCs/>
      <w:i/>
      <w:iCs/>
      <w:color w:val="4F81BD"/>
      <w:sz w:val="22"/>
      <w:szCs w:val="22"/>
      <w:lang w:val="en-US"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5470"/>
    <w:pPr>
      <w:keepNext/>
      <w:keepLines/>
      <w:spacing w:before="200" w:line="276" w:lineRule="auto"/>
      <w:outlineLvl w:val="4"/>
    </w:pPr>
    <w:rPr>
      <w:rFonts w:ascii="Calibri" w:eastAsia="MS Gothic" w:hAnsi="Calibri"/>
      <w:color w:val="243F60"/>
      <w:sz w:val="22"/>
      <w:szCs w:val="22"/>
      <w:lang w:val="en-US" w:eastAsia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5470"/>
    <w:pPr>
      <w:keepNext/>
      <w:keepLines/>
      <w:spacing w:before="200" w:line="276" w:lineRule="auto"/>
      <w:outlineLvl w:val="5"/>
    </w:pPr>
    <w:rPr>
      <w:rFonts w:ascii="Calibri" w:eastAsia="MS Gothic" w:hAnsi="Calibri"/>
      <w:i/>
      <w:iCs/>
      <w:color w:val="243F60"/>
      <w:sz w:val="22"/>
      <w:szCs w:val="22"/>
      <w:lang w:val="en-US" w:eastAsia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5470"/>
    <w:pPr>
      <w:keepNext/>
      <w:keepLines/>
      <w:spacing w:before="200" w:line="276" w:lineRule="auto"/>
      <w:outlineLvl w:val="6"/>
    </w:pPr>
    <w:rPr>
      <w:rFonts w:ascii="Calibri" w:eastAsia="MS Gothic" w:hAnsi="Calibri"/>
      <w:i/>
      <w:iCs/>
      <w:color w:val="404040"/>
      <w:sz w:val="22"/>
      <w:szCs w:val="22"/>
      <w:lang w:val="en-US"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85470"/>
    <w:pPr>
      <w:keepNext/>
      <w:keepLines/>
      <w:spacing w:before="200" w:line="276" w:lineRule="auto"/>
      <w:outlineLvl w:val="7"/>
    </w:pPr>
    <w:rPr>
      <w:rFonts w:ascii="Calibri" w:eastAsia="MS Gothic" w:hAnsi="Calibri"/>
      <w:color w:val="4F81BD"/>
      <w:sz w:val="20"/>
      <w:szCs w:val="20"/>
      <w:lang w:val="en-US" w:eastAsia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5470"/>
    <w:pPr>
      <w:keepNext/>
      <w:keepLines/>
      <w:spacing w:before="200" w:line="276" w:lineRule="auto"/>
      <w:outlineLvl w:val="8"/>
    </w:pPr>
    <w:rPr>
      <w:rFonts w:ascii="Calibri" w:eastAsia="MS Gothic" w:hAnsi="Calibri"/>
      <w:i/>
      <w:iCs/>
      <w:color w:val="404040"/>
      <w:sz w:val="20"/>
      <w:szCs w:val="20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85470"/>
    <w:rPr>
      <w:rFonts w:ascii="Calibri" w:eastAsia="MS Gothic" w:hAnsi="Calibri"/>
      <w:b/>
      <w:bCs/>
      <w:color w:val="365F91"/>
      <w:sz w:val="28"/>
      <w:szCs w:val="28"/>
      <w:lang w:val="en-US" w:eastAsia="en-US"/>
    </w:rPr>
  </w:style>
  <w:style w:type="character" w:customStyle="1" w:styleId="22">
    <w:name w:val="Заголовок 2 Знак"/>
    <w:basedOn w:val="a2"/>
    <w:link w:val="21"/>
    <w:uiPriority w:val="9"/>
    <w:rsid w:val="00985470"/>
    <w:rPr>
      <w:rFonts w:ascii="Calibri" w:eastAsia="MS Gothic" w:hAnsi="Calibri"/>
      <w:b/>
      <w:bCs/>
      <w:color w:val="4F81BD"/>
      <w:sz w:val="26"/>
      <w:szCs w:val="26"/>
      <w:lang w:val="en-US" w:eastAsia="en-US"/>
    </w:rPr>
  </w:style>
  <w:style w:type="character" w:customStyle="1" w:styleId="32">
    <w:name w:val="Заголовок 3 Знак"/>
    <w:basedOn w:val="a2"/>
    <w:link w:val="31"/>
    <w:uiPriority w:val="9"/>
    <w:rsid w:val="00985470"/>
    <w:rPr>
      <w:rFonts w:ascii="Calibri" w:eastAsia="MS Gothic" w:hAnsi="Calibri"/>
      <w:b/>
      <w:bCs/>
      <w:color w:val="4F81BD"/>
      <w:sz w:val="22"/>
      <w:szCs w:val="22"/>
      <w:lang w:val="en-US" w:eastAsia="en-US"/>
    </w:rPr>
  </w:style>
  <w:style w:type="character" w:customStyle="1" w:styleId="40">
    <w:name w:val="Заголовок 4 Знак"/>
    <w:basedOn w:val="a2"/>
    <w:link w:val="4"/>
    <w:uiPriority w:val="9"/>
    <w:semiHidden/>
    <w:rsid w:val="00985470"/>
    <w:rPr>
      <w:rFonts w:ascii="Calibri" w:eastAsia="MS Gothic" w:hAnsi="Calibri"/>
      <w:b/>
      <w:bCs/>
      <w:i/>
      <w:iCs/>
      <w:color w:val="4F81BD"/>
      <w:sz w:val="22"/>
      <w:szCs w:val="22"/>
      <w:lang w:val="en-US" w:eastAsia="en-US"/>
    </w:rPr>
  </w:style>
  <w:style w:type="character" w:customStyle="1" w:styleId="50">
    <w:name w:val="Заголовок 5 Знак"/>
    <w:basedOn w:val="a2"/>
    <w:link w:val="5"/>
    <w:uiPriority w:val="9"/>
    <w:semiHidden/>
    <w:rsid w:val="00985470"/>
    <w:rPr>
      <w:rFonts w:ascii="Calibri" w:eastAsia="MS Gothic" w:hAnsi="Calibri"/>
      <w:color w:val="243F60"/>
      <w:sz w:val="22"/>
      <w:szCs w:val="22"/>
      <w:lang w:val="en-US"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985470"/>
    <w:rPr>
      <w:rFonts w:ascii="Calibri" w:eastAsia="MS Gothic" w:hAnsi="Calibri"/>
      <w:i/>
      <w:iCs/>
      <w:color w:val="243F60"/>
      <w:sz w:val="22"/>
      <w:szCs w:val="22"/>
      <w:lang w:val="en-US"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985470"/>
    <w:rPr>
      <w:rFonts w:ascii="Calibri" w:eastAsia="MS Gothic" w:hAnsi="Calibri"/>
      <w:i/>
      <w:iCs/>
      <w:color w:val="404040"/>
      <w:sz w:val="22"/>
      <w:szCs w:val="22"/>
      <w:lang w:val="en-US"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985470"/>
    <w:rPr>
      <w:rFonts w:ascii="Calibri" w:eastAsia="MS Gothic" w:hAnsi="Calibri"/>
      <w:color w:val="4F81BD"/>
      <w:lang w:val="en-US"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985470"/>
    <w:rPr>
      <w:rFonts w:ascii="Calibri" w:eastAsia="MS Gothic" w:hAnsi="Calibri"/>
      <w:i/>
      <w:iCs/>
      <w:color w:val="404040"/>
      <w:lang w:val="en-US" w:eastAsia="en-US"/>
    </w:rPr>
  </w:style>
  <w:style w:type="paragraph" w:styleId="a5">
    <w:name w:val="header"/>
    <w:basedOn w:val="a1"/>
    <w:link w:val="a6"/>
    <w:uiPriority w:val="99"/>
    <w:unhideWhenUsed/>
    <w:rsid w:val="00985470"/>
    <w:pPr>
      <w:tabs>
        <w:tab w:val="center" w:pos="4680"/>
        <w:tab w:val="right" w:pos="9360"/>
      </w:tabs>
    </w:pPr>
    <w:rPr>
      <w:rFonts w:ascii="Cambria" w:eastAsia="MS Mincho" w:hAnsi="Cambria"/>
      <w:sz w:val="22"/>
      <w:szCs w:val="22"/>
      <w:lang w:val="en-US" w:eastAsia="en-US"/>
    </w:rPr>
  </w:style>
  <w:style w:type="character" w:customStyle="1" w:styleId="a6">
    <w:name w:val="Верхний колонтитул Знак"/>
    <w:basedOn w:val="a2"/>
    <w:link w:val="a5"/>
    <w:uiPriority w:val="99"/>
    <w:rsid w:val="00985470"/>
    <w:rPr>
      <w:rFonts w:ascii="Cambria" w:eastAsia="MS Mincho" w:hAnsi="Cambria"/>
      <w:sz w:val="22"/>
      <w:szCs w:val="22"/>
      <w:lang w:val="en-US" w:eastAsia="en-US"/>
    </w:rPr>
  </w:style>
  <w:style w:type="paragraph" w:styleId="a7">
    <w:name w:val="footer"/>
    <w:basedOn w:val="a1"/>
    <w:link w:val="a8"/>
    <w:uiPriority w:val="99"/>
    <w:unhideWhenUsed/>
    <w:rsid w:val="00985470"/>
    <w:pPr>
      <w:tabs>
        <w:tab w:val="center" w:pos="4680"/>
        <w:tab w:val="right" w:pos="9360"/>
      </w:tabs>
    </w:pPr>
    <w:rPr>
      <w:rFonts w:ascii="Cambria" w:eastAsia="MS Mincho" w:hAnsi="Cambria"/>
      <w:sz w:val="22"/>
      <w:szCs w:val="22"/>
      <w:lang w:val="en-US" w:eastAsia="en-US"/>
    </w:rPr>
  </w:style>
  <w:style w:type="character" w:customStyle="1" w:styleId="a8">
    <w:name w:val="Нижний колонтитул Знак"/>
    <w:basedOn w:val="a2"/>
    <w:link w:val="a7"/>
    <w:uiPriority w:val="99"/>
    <w:rsid w:val="00985470"/>
    <w:rPr>
      <w:rFonts w:ascii="Cambria" w:eastAsia="MS Mincho" w:hAnsi="Cambria"/>
      <w:sz w:val="22"/>
      <w:szCs w:val="22"/>
      <w:lang w:val="en-US" w:eastAsia="en-US"/>
    </w:rPr>
  </w:style>
  <w:style w:type="paragraph" w:styleId="a9">
    <w:name w:val="No Spacing"/>
    <w:uiPriority w:val="1"/>
    <w:qFormat/>
    <w:rsid w:val="00985470"/>
    <w:rPr>
      <w:rFonts w:ascii="Cambria" w:eastAsia="MS Mincho" w:hAnsi="Cambria"/>
      <w:sz w:val="22"/>
      <w:szCs w:val="22"/>
      <w:lang w:val="en-US" w:eastAsia="en-US"/>
    </w:rPr>
  </w:style>
  <w:style w:type="paragraph" w:styleId="aa">
    <w:name w:val="Title"/>
    <w:basedOn w:val="a1"/>
    <w:next w:val="a1"/>
    <w:link w:val="ab"/>
    <w:uiPriority w:val="10"/>
    <w:qFormat/>
    <w:rsid w:val="00985470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  <w:lang w:val="en-US" w:eastAsia="en-US"/>
    </w:rPr>
  </w:style>
  <w:style w:type="character" w:customStyle="1" w:styleId="ab">
    <w:name w:val="Заголовок Знак"/>
    <w:basedOn w:val="a2"/>
    <w:link w:val="aa"/>
    <w:uiPriority w:val="10"/>
    <w:rsid w:val="00985470"/>
    <w:rPr>
      <w:rFonts w:ascii="Calibri" w:eastAsia="MS Gothic" w:hAnsi="Calibri"/>
      <w:color w:val="17365D"/>
      <w:spacing w:val="5"/>
      <w:kern w:val="28"/>
      <w:sz w:val="52"/>
      <w:szCs w:val="52"/>
      <w:lang w:val="en-US" w:eastAsia="en-US"/>
    </w:rPr>
  </w:style>
  <w:style w:type="paragraph" w:styleId="ac">
    <w:name w:val="Subtitle"/>
    <w:basedOn w:val="a1"/>
    <w:next w:val="a1"/>
    <w:link w:val="ad"/>
    <w:uiPriority w:val="11"/>
    <w:qFormat/>
    <w:rsid w:val="00985470"/>
    <w:pPr>
      <w:numPr>
        <w:ilvl w:val="1"/>
      </w:numPr>
      <w:spacing w:after="200" w:line="276" w:lineRule="auto"/>
    </w:pPr>
    <w:rPr>
      <w:rFonts w:ascii="Calibri" w:eastAsia="MS Gothic" w:hAnsi="Calibri"/>
      <w:i/>
      <w:iCs/>
      <w:color w:val="4F81BD"/>
      <w:spacing w:val="15"/>
      <w:lang w:val="en-US" w:eastAsia="en-US"/>
    </w:rPr>
  </w:style>
  <w:style w:type="character" w:customStyle="1" w:styleId="ad">
    <w:name w:val="Подзаголовок Знак"/>
    <w:basedOn w:val="a2"/>
    <w:link w:val="ac"/>
    <w:uiPriority w:val="11"/>
    <w:rsid w:val="00985470"/>
    <w:rPr>
      <w:rFonts w:ascii="Calibri" w:eastAsia="MS Gothic" w:hAnsi="Calibri"/>
      <w:i/>
      <w:iCs/>
      <w:color w:val="4F81BD"/>
      <w:spacing w:val="15"/>
      <w:sz w:val="24"/>
      <w:szCs w:val="24"/>
      <w:lang w:val="en-US" w:eastAsia="en-US"/>
    </w:rPr>
  </w:style>
  <w:style w:type="paragraph" w:styleId="ae">
    <w:name w:val="List Paragraph"/>
    <w:basedOn w:val="a1"/>
    <w:uiPriority w:val="34"/>
    <w:qFormat/>
    <w:rsid w:val="00985470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af">
    <w:name w:val="Body Text"/>
    <w:basedOn w:val="a1"/>
    <w:link w:val="af0"/>
    <w:uiPriority w:val="99"/>
    <w:unhideWhenUsed/>
    <w:rsid w:val="00985470"/>
    <w:pPr>
      <w:spacing w:after="120" w:line="276" w:lineRule="auto"/>
    </w:pPr>
    <w:rPr>
      <w:rFonts w:ascii="Cambria" w:eastAsia="MS Mincho" w:hAnsi="Cambria"/>
      <w:sz w:val="22"/>
      <w:szCs w:val="22"/>
      <w:lang w:val="en-US" w:eastAsia="en-US"/>
    </w:rPr>
  </w:style>
  <w:style w:type="character" w:customStyle="1" w:styleId="af0">
    <w:name w:val="Основной текст Знак"/>
    <w:basedOn w:val="a2"/>
    <w:link w:val="af"/>
    <w:uiPriority w:val="99"/>
    <w:rsid w:val="00985470"/>
    <w:rPr>
      <w:rFonts w:ascii="Cambria" w:eastAsia="MS Mincho" w:hAnsi="Cambria"/>
      <w:sz w:val="22"/>
      <w:szCs w:val="22"/>
      <w:lang w:val="en-US" w:eastAsia="en-US"/>
    </w:rPr>
  </w:style>
  <w:style w:type="paragraph" w:styleId="23">
    <w:name w:val="Body Text 2"/>
    <w:basedOn w:val="a1"/>
    <w:link w:val="24"/>
    <w:uiPriority w:val="99"/>
    <w:unhideWhenUsed/>
    <w:rsid w:val="00985470"/>
    <w:pPr>
      <w:spacing w:after="120" w:line="480" w:lineRule="auto"/>
    </w:pPr>
    <w:rPr>
      <w:rFonts w:ascii="Cambria" w:eastAsia="MS Mincho" w:hAnsi="Cambria"/>
      <w:sz w:val="22"/>
      <w:szCs w:val="22"/>
      <w:lang w:val="en-US" w:eastAsia="en-US"/>
    </w:rPr>
  </w:style>
  <w:style w:type="character" w:customStyle="1" w:styleId="24">
    <w:name w:val="Основной текст 2 Знак"/>
    <w:basedOn w:val="a2"/>
    <w:link w:val="23"/>
    <w:uiPriority w:val="99"/>
    <w:rsid w:val="00985470"/>
    <w:rPr>
      <w:rFonts w:ascii="Cambria" w:eastAsia="MS Mincho" w:hAnsi="Cambria"/>
      <w:sz w:val="22"/>
      <w:szCs w:val="22"/>
      <w:lang w:val="en-US" w:eastAsia="en-US"/>
    </w:rPr>
  </w:style>
  <w:style w:type="paragraph" w:styleId="33">
    <w:name w:val="Body Text 3"/>
    <w:basedOn w:val="a1"/>
    <w:link w:val="34"/>
    <w:uiPriority w:val="99"/>
    <w:unhideWhenUsed/>
    <w:rsid w:val="00985470"/>
    <w:pPr>
      <w:spacing w:after="120" w:line="276" w:lineRule="auto"/>
    </w:pPr>
    <w:rPr>
      <w:rFonts w:ascii="Cambria" w:eastAsia="MS Mincho" w:hAnsi="Cambria"/>
      <w:sz w:val="16"/>
      <w:szCs w:val="16"/>
      <w:lang w:val="en-US" w:eastAsia="en-US"/>
    </w:rPr>
  </w:style>
  <w:style w:type="character" w:customStyle="1" w:styleId="34">
    <w:name w:val="Основной текст 3 Знак"/>
    <w:basedOn w:val="a2"/>
    <w:link w:val="33"/>
    <w:uiPriority w:val="99"/>
    <w:rsid w:val="00985470"/>
    <w:rPr>
      <w:rFonts w:ascii="Cambria" w:eastAsia="MS Mincho" w:hAnsi="Cambria"/>
      <w:sz w:val="16"/>
      <w:szCs w:val="16"/>
      <w:lang w:val="en-US" w:eastAsia="en-US"/>
    </w:rPr>
  </w:style>
  <w:style w:type="paragraph" w:styleId="af1">
    <w:name w:val="List"/>
    <w:basedOn w:val="a1"/>
    <w:uiPriority w:val="99"/>
    <w:unhideWhenUsed/>
    <w:rsid w:val="00985470"/>
    <w:pPr>
      <w:spacing w:after="200" w:line="276" w:lineRule="auto"/>
      <w:ind w:left="360" w:hanging="36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25">
    <w:name w:val="List 2"/>
    <w:basedOn w:val="a1"/>
    <w:uiPriority w:val="99"/>
    <w:unhideWhenUsed/>
    <w:rsid w:val="00985470"/>
    <w:pPr>
      <w:spacing w:after="200" w:line="276" w:lineRule="auto"/>
      <w:ind w:left="720" w:hanging="36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35">
    <w:name w:val="List 3"/>
    <w:basedOn w:val="a1"/>
    <w:uiPriority w:val="99"/>
    <w:unhideWhenUsed/>
    <w:rsid w:val="00985470"/>
    <w:pPr>
      <w:spacing w:after="200" w:line="276" w:lineRule="auto"/>
      <w:ind w:left="1080" w:hanging="36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a0">
    <w:name w:val="List Bullet"/>
    <w:basedOn w:val="a1"/>
    <w:uiPriority w:val="99"/>
    <w:unhideWhenUsed/>
    <w:rsid w:val="00985470"/>
    <w:pPr>
      <w:numPr>
        <w:numId w:val="1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20">
    <w:name w:val="List Bullet 2"/>
    <w:basedOn w:val="a1"/>
    <w:uiPriority w:val="99"/>
    <w:unhideWhenUsed/>
    <w:rsid w:val="00985470"/>
    <w:pPr>
      <w:numPr>
        <w:numId w:val="2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30">
    <w:name w:val="List Bullet 3"/>
    <w:basedOn w:val="a1"/>
    <w:uiPriority w:val="99"/>
    <w:unhideWhenUsed/>
    <w:rsid w:val="00985470"/>
    <w:pPr>
      <w:numPr>
        <w:numId w:val="3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a">
    <w:name w:val="List Number"/>
    <w:basedOn w:val="a1"/>
    <w:uiPriority w:val="99"/>
    <w:unhideWhenUsed/>
    <w:rsid w:val="00985470"/>
    <w:pPr>
      <w:numPr>
        <w:numId w:val="5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2">
    <w:name w:val="List Number 2"/>
    <w:basedOn w:val="a1"/>
    <w:uiPriority w:val="99"/>
    <w:unhideWhenUsed/>
    <w:rsid w:val="00985470"/>
    <w:pPr>
      <w:numPr>
        <w:numId w:val="6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3">
    <w:name w:val="List Number 3"/>
    <w:basedOn w:val="a1"/>
    <w:uiPriority w:val="99"/>
    <w:unhideWhenUsed/>
    <w:rsid w:val="00985470"/>
    <w:pPr>
      <w:numPr>
        <w:numId w:val="7"/>
      </w:numPr>
      <w:spacing w:after="200" w:line="276" w:lineRule="auto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af2">
    <w:name w:val="List Continue"/>
    <w:basedOn w:val="a1"/>
    <w:uiPriority w:val="99"/>
    <w:unhideWhenUsed/>
    <w:rsid w:val="00985470"/>
    <w:pPr>
      <w:spacing w:after="120" w:line="276" w:lineRule="auto"/>
      <w:ind w:left="36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26">
    <w:name w:val="List Continue 2"/>
    <w:basedOn w:val="a1"/>
    <w:uiPriority w:val="99"/>
    <w:unhideWhenUsed/>
    <w:rsid w:val="00985470"/>
    <w:pPr>
      <w:spacing w:after="120" w:line="276" w:lineRule="auto"/>
      <w:ind w:left="72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36">
    <w:name w:val="List Continue 3"/>
    <w:basedOn w:val="a1"/>
    <w:uiPriority w:val="99"/>
    <w:unhideWhenUsed/>
    <w:rsid w:val="00985470"/>
    <w:pPr>
      <w:spacing w:after="120" w:line="276" w:lineRule="auto"/>
      <w:ind w:left="1080"/>
      <w:contextualSpacing/>
    </w:pPr>
    <w:rPr>
      <w:rFonts w:ascii="Cambria" w:eastAsia="MS Mincho" w:hAnsi="Cambria"/>
      <w:sz w:val="22"/>
      <w:szCs w:val="22"/>
      <w:lang w:val="en-US" w:eastAsia="en-US"/>
    </w:rPr>
  </w:style>
  <w:style w:type="paragraph" w:styleId="af3">
    <w:name w:val="macro"/>
    <w:link w:val="af4"/>
    <w:uiPriority w:val="99"/>
    <w:unhideWhenUsed/>
    <w:rsid w:val="00985470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MS Mincho" w:hAnsi="Courier"/>
      <w:lang w:val="en-US" w:eastAsia="en-US"/>
    </w:rPr>
  </w:style>
  <w:style w:type="character" w:customStyle="1" w:styleId="af4">
    <w:name w:val="Текст макроса Знак"/>
    <w:basedOn w:val="a2"/>
    <w:link w:val="af3"/>
    <w:uiPriority w:val="99"/>
    <w:rsid w:val="00985470"/>
    <w:rPr>
      <w:rFonts w:ascii="Courier" w:eastAsia="MS Mincho" w:hAnsi="Courier"/>
      <w:lang w:val="en-US" w:eastAsia="en-US"/>
    </w:rPr>
  </w:style>
  <w:style w:type="paragraph" w:styleId="27">
    <w:name w:val="Quote"/>
    <w:basedOn w:val="a1"/>
    <w:next w:val="a1"/>
    <w:link w:val="28"/>
    <w:uiPriority w:val="29"/>
    <w:qFormat/>
    <w:rsid w:val="00985470"/>
    <w:pPr>
      <w:spacing w:after="200" w:line="276" w:lineRule="auto"/>
    </w:pPr>
    <w:rPr>
      <w:rFonts w:ascii="Cambria" w:eastAsia="MS Mincho" w:hAnsi="Cambria"/>
      <w:i/>
      <w:iCs/>
      <w:color w:val="000000"/>
      <w:sz w:val="22"/>
      <w:szCs w:val="22"/>
      <w:lang w:val="en-US" w:eastAsia="en-US"/>
    </w:rPr>
  </w:style>
  <w:style w:type="character" w:customStyle="1" w:styleId="28">
    <w:name w:val="Цитата 2 Знак"/>
    <w:basedOn w:val="a2"/>
    <w:link w:val="27"/>
    <w:uiPriority w:val="29"/>
    <w:rsid w:val="00985470"/>
    <w:rPr>
      <w:rFonts w:ascii="Cambria" w:eastAsia="MS Mincho" w:hAnsi="Cambria"/>
      <w:i/>
      <w:iCs/>
      <w:color w:val="000000"/>
      <w:sz w:val="22"/>
      <w:szCs w:val="22"/>
      <w:lang w:val="en-US" w:eastAsia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985470"/>
    <w:pPr>
      <w:spacing w:after="200"/>
    </w:pPr>
    <w:rPr>
      <w:rFonts w:ascii="Cambria" w:eastAsia="MS Mincho" w:hAnsi="Cambria"/>
      <w:b/>
      <w:bCs/>
      <w:color w:val="4F81BD"/>
      <w:sz w:val="18"/>
      <w:szCs w:val="18"/>
      <w:lang w:val="en-US" w:eastAsia="en-US"/>
    </w:rPr>
  </w:style>
  <w:style w:type="character" w:styleId="af6">
    <w:name w:val="Strong"/>
    <w:uiPriority w:val="22"/>
    <w:qFormat/>
    <w:rsid w:val="00985470"/>
    <w:rPr>
      <w:b/>
      <w:bCs/>
    </w:rPr>
  </w:style>
  <w:style w:type="character" w:styleId="af7">
    <w:name w:val="Emphasis"/>
    <w:uiPriority w:val="20"/>
    <w:qFormat/>
    <w:rsid w:val="00985470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98547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mbria" w:eastAsia="MS Mincho" w:hAnsi="Cambria"/>
      <w:b/>
      <w:bCs/>
      <w:i/>
      <w:iCs/>
      <w:color w:val="4F81BD"/>
      <w:sz w:val="22"/>
      <w:szCs w:val="22"/>
      <w:lang w:val="en-US" w:eastAsia="en-US"/>
    </w:rPr>
  </w:style>
  <w:style w:type="character" w:customStyle="1" w:styleId="af9">
    <w:name w:val="Выделенная цитата Знак"/>
    <w:basedOn w:val="a2"/>
    <w:link w:val="af8"/>
    <w:uiPriority w:val="30"/>
    <w:rsid w:val="00985470"/>
    <w:rPr>
      <w:rFonts w:ascii="Cambria" w:eastAsia="MS Mincho" w:hAnsi="Cambria"/>
      <w:b/>
      <w:bCs/>
      <w:i/>
      <w:iCs/>
      <w:color w:val="4F81BD"/>
      <w:sz w:val="22"/>
      <w:szCs w:val="22"/>
      <w:lang w:val="en-US" w:eastAsia="en-US"/>
    </w:rPr>
  </w:style>
  <w:style w:type="character" w:styleId="afa">
    <w:name w:val="Subtle Emphasis"/>
    <w:uiPriority w:val="19"/>
    <w:qFormat/>
    <w:rsid w:val="00985470"/>
    <w:rPr>
      <w:i/>
      <w:iCs/>
      <w:color w:val="808080"/>
    </w:rPr>
  </w:style>
  <w:style w:type="character" w:styleId="afb">
    <w:name w:val="Intense Emphasis"/>
    <w:uiPriority w:val="21"/>
    <w:qFormat/>
    <w:rsid w:val="00985470"/>
    <w:rPr>
      <w:b/>
      <w:bCs/>
      <w:i/>
      <w:iCs/>
      <w:color w:val="4F81BD"/>
    </w:rPr>
  </w:style>
  <w:style w:type="character" w:styleId="afc">
    <w:name w:val="Subtle Reference"/>
    <w:uiPriority w:val="31"/>
    <w:qFormat/>
    <w:rsid w:val="00985470"/>
    <w:rPr>
      <w:smallCaps/>
      <w:color w:val="C0504D"/>
      <w:u w:val="single"/>
    </w:rPr>
  </w:style>
  <w:style w:type="character" w:styleId="afd">
    <w:name w:val="Intense Reference"/>
    <w:uiPriority w:val="32"/>
    <w:qFormat/>
    <w:rsid w:val="00985470"/>
    <w:rPr>
      <w:b/>
      <w:bCs/>
      <w:smallCaps/>
      <w:color w:val="C0504D"/>
      <w:spacing w:val="5"/>
      <w:u w:val="single"/>
    </w:rPr>
  </w:style>
  <w:style w:type="character" w:styleId="afe">
    <w:name w:val="Book Title"/>
    <w:uiPriority w:val="33"/>
    <w:qFormat/>
    <w:rsid w:val="00985470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985470"/>
    <w:pPr>
      <w:outlineLvl w:val="9"/>
    </w:pPr>
  </w:style>
  <w:style w:type="table" w:styleId="aff0">
    <w:name w:val="Table Grid"/>
    <w:basedOn w:val="a3"/>
    <w:uiPriority w:val="59"/>
    <w:rsid w:val="00985470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3"/>
    <w:uiPriority w:val="60"/>
    <w:rsid w:val="00985470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985470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985470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985470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985470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985470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2">
    <w:name w:val="Light List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3">
    <w:name w:val="Light Grid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1">
    <w:name w:val="Light Grid Accent 1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1">
    <w:name w:val="Medium Shading 1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0">
    <w:name w:val="Medium List 1 Accent 1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a">
    <w:name w:val="Medium List 2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b">
    <w:name w:val="Medium Grid 2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985470"/>
    <w:rPr>
      <w:rFonts w:ascii="Calibri" w:eastAsia="MS Gothic" w:hAnsi="Calibri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7">
    <w:name w:val="Medium Grid 3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985470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aff4">
    <w:name w:val="Dark List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Dark List Accent 1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985470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5">
    <w:name w:val="Colorful Shading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3">
    <w:name w:val="Colorful Shading Accent 1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6">
    <w:name w:val="Colorful List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4">
    <w:name w:val="Colorful List Accent 1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7">
    <w:name w:val="Colorful Grid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5">
    <w:name w:val="Colorful Grid Accent 1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985470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aff8">
    <w:name w:val="annotation reference"/>
    <w:basedOn w:val="a2"/>
    <w:rsid w:val="00985470"/>
    <w:rPr>
      <w:sz w:val="16"/>
      <w:szCs w:val="16"/>
    </w:rPr>
  </w:style>
  <w:style w:type="paragraph" w:styleId="aff9">
    <w:name w:val="annotation text"/>
    <w:basedOn w:val="a1"/>
    <w:link w:val="affa"/>
    <w:rsid w:val="00985470"/>
    <w:rPr>
      <w:sz w:val="20"/>
      <w:szCs w:val="20"/>
    </w:rPr>
  </w:style>
  <w:style w:type="character" w:customStyle="1" w:styleId="affa">
    <w:name w:val="Текст примечания Знак"/>
    <w:basedOn w:val="a2"/>
    <w:link w:val="aff9"/>
    <w:rsid w:val="00985470"/>
  </w:style>
  <w:style w:type="paragraph" w:styleId="affb">
    <w:name w:val="annotation subject"/>
    <w:basedOn w:val="aff9"/>
    <w:next w:val="aff9"/>
    <w:link w:val="affc"/>
    <w:rsid w:val="00985470"/>
    <w:rPr>
      <w:b/>
      <w:bCs/>
    </w:rPr>
  </w:style>
  <w:style w:type="character" w:customStyle="1" w:styleId="affc">
    <w:name w:val="Тема примечания Знак"/>
    <w:basedOn w:val="affa"/>
    <w:link w:val="affb"/>
    <w:rsid w:val="00985470"/>
    <w:rPr>
      <w:b/>
      <w:bCs/>
    </w:rPr>
  </w:style>
  <w:style w:type="paragraph" w:styleId="affd">
    <w:name w:val="Balloon Text"/>
    <w:basedOn w:val="a1"/>
    <w:link w:val="affe"/>
    <w:rsid w:val="00985470"/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basedOn w:val="a2"/>
    <w:link w:val="affd"/>
    <w:rsid w:val="009854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37</Pages>
  <Words>9718</Words>
  <Characters>55399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cp:lastModifiedBy>Завуч</cp:lastModifiedBy>
  <cp:revision>4</cp:revision>
  <dcterms:created xsi:type="dcterms:W3CDTF">2022-09-17T06:01:00Z</dcterms:created>
  <dcterms:modified xsi:type="dcterms:W3CDTF">2022-09-22T01:32:00Z</dcterms:modified>
</cp:coreProperties>
</file>