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1EF1E" w14:textId="2F6ED0B7" w:rsidR="009318F0" w:rsidRDefault="009318F0" w:rsidP="00244939">
      <w:pPr>
        <w:pStyle w:val="1"/>
        <w:pBdr>
          <w:bottom w:val="single" w:sz="6" w:space="5" w:color="000000"/>
        </w:pBdr>
        <w:shd w:val="clear" w:color="auto" w:fill="FFFFFF"/>
        <w:spacing w:after="240" w:line="240" w:lineRule="atLeast"/>
        <w:rPr>
          <w:rFonts w:ascii="Times New Roman" w:hAnsi="Times New Roman" w:cs="Times New Roman"/>
          <w:caps/>
          <w:color w:val="000000"/>
          <w:sz w:val="24"/>
          <w:szCs w:val="24"/>
          <w:lang w:val="ru-RU"/>
        </w:rPr>
      </w:pPr>
      <w:r>
        <w:rPr>
          <w:noProof/>
        </w:rPr>
        <w:drawing>
          <wp:inline distT="0" distB="0" distL="0" distR="0" wp14:anchorId="4949D99E" wp14:editId="6883A5D5">
            <wp:extent cx="6642100" cy="9395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9395460"/>
                    </a:xfrm>
                    <a:prstGeom prst="rect">
                      <a:avLst/>
                    </a:prstGeom>
                  </pic:spPr>
                </pic:pic>
              </a:graphicData>
            </a:graphic>
          </wp:inline>
        </w:drawing>
      </w:r>
    </w:p>
    <w:p w14:paraId="00BD8F38" w14:textId="77777777" w:rsidR="009318F0" w:rsidRDefault="009318F0" w:rsidP="00244939">
      <w:pPr>
        <w:pStyle w:val="1"/>
        <w:pBdr>
          <w:bottom w:val="single" w:sz="6" w:space="5" w:color="000000"/>
        </w:pBdr>
        <w:shd w:val="clear" w:color="auto" w:fill="FFFFFF"/>
        <w:spacing w:after="240" w:line="240" w:lineRule="atLeast"/>
        <w:rPr>
          <w:rFonts w:ascii="Times New Roman" w:hAnsi="Times New Roman" w:cs="Times New Roman"/>
          <w:caps/>
          <w:color w:val="000000"/>
          <w:sz w:val="24"/>
          <w:szCs w:val="24"/>
          <w:lang w:val="ru-RU"/>
        </w:rPr>
      </w:pPr>
    </w:p>
    <w:p w14:paraId="4ABC3691" w14:textId="77777777" w:rsidR="009318F0" w:rsidRDefault="009318F0" w:rsidP="00244939">
      <w:pPr>
        <w:pStyle w:val="1"/>
        <w:pBdr>
          <w:bottom w:val="single" w:sz="6" w:space="5" w:color="000000"/>
        </w:pBdr>
        <w:shd w:val="clear" w:color="auto" w:fill="FFFFFF"/>
        <w:spacing w:after="240" w:line="240" w:lineRule="atLeast"/>
        <w:rPr>
          <w:rFonts w:ascii="Times New Roman" w:hAnsi="Times New Roman" w:cs="Times New Roman"/>
          <w:caps/>
          <w:color w:val="000000"/>
          <w:sz w:val="24"/>
          <w:szCs w:val="24"/>
          <w:lang w:val="ru-RU"/>
        </w:rPr>
      </w:pPr>
    </w:p>
    <w:p w14:paraId="5F1A71B6" w14:textId="032C04AE" w:rsidR="00244939" w:rsidRPr="00E30CCA" w:rsidRDefault="00244939" w:rsidP="00244939">
      <w:pPr>
        <w:pStyle w:val="1"/>
        <w:pBdr>
          <w:bottom w:val="single" w:sz="6" w:space="5" w:color="000000"/>
        </w:pBdr>
        <w:shd w:val="clear" w:color="auto" w:fill="FFFFFF"/>
        <w:spacing w:after="24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ПОЯСНИТЕЛЬНАЯ ЗАПИСКА</w:t>
      </w:r>
    </w:p>
    <w:p w14:paraId="1489434A"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ОБЩАЯ ХАРАКТЕРИСТИКА УЧЕБНОГО ПРЕДМЕТА "МАТЕМАТИКА"</w:t>
      </w:r>
      <w:r w:rsidRPr="00E30CCA">
        <w:rPr>
          <w:rFonts w:ascii="Times New Roman" w:hAnsi="Times New Roman" w:cs="Times New Roman"/>
          <w:color w:val="000000"/>
          <w:sz w:val="24"/>
          <w:szCs w:val="24"/>
        </w:rPr>
        <w:t> </w:t>
      </w:r>
    </w:p>
    <w:p w14:paraId="70E71E2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Рабочая программа по математике для обучающихся 5-6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14:paraId="6D7BFDA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48BEE0E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5DC6299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1637ABB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0C2E44A"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FBCEB2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D965C8A"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lastRenderedPageBreak/>
        <w:t>ЦЕЛИ ИЗУЧЕНИЯ УЧЕБНОГО КУРСА</w:t>
      </w:r>
    </w:p>
    <w:p w14:paraId="5C68C91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Приоритетными целями обучения математике в 5-6 классах являются:</w:t>
      </w:r>
    </w:p>
    <w:p w14:paraId="3AF8331B" w14:textId="77777777" w:rsidR="00244939" w:rsidRPr="00E30CCA" w:rsidRDefault="00244939" w:rsidP="00244939">
      <w:pPr>
        <w:numPr>
          <w:ilvl w:val="0"/>
          <w:numId w:val="10"/>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r w:rsidRPr="00E30CCA">
        <w:rPr>
          <w:rFonts w:ascii="Times New Roman" w:hAnsi="Times New Roman" w:cs="Times New Roman"/>
          <w:color w:val="000000"/>
          <w:sz w:val="24"/>
          <w:szCs w:val="24"/>
        </w:rPr>
        <w:t> </w:t>
      </w:r>
    </w:p>
    <w:p w14:paraId="5ECD56EB" w14:textId="77777777" w:rsidR="00244939" w:rsidRPr="00E30CCA" w:rsidRDefault="00244939" w:rsidP="00244939">
      <w:pPr>
        <w:numPr>
          <w:ilvl w:val="0"/>
          <w:numId w:val="10"/>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r w:rsidRPr="00E30CCA">
        <w:rPr>
          <w:rFonts w:ascii="Times New Roman" w:hAnsi="Times New Roman" w:cs="Times New Roman"/>
          <w:color w:val="000000"/>
          <w:sz w:val="24"/>
          <w:szCs w:val="24"/>
        </w:rPr>
        <w:t> </w:t>
      </w:r>
    </w:p>
    <w:p w14:paraId="068C537C" w14:textId="77777777" w:rsidR="00244939" w:rsidRPr="00E30CCA" w:rsidRDefault="00244939" w:rsidP="00244939">
      <w:pPr>
        <w:numPr>
          <w:ilvl w:val="0"/>
          <w:numId w:val="10"/>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подведение обучающихся на доступном для них уровне к осознанию взаимосвязи математики и окружающего мира;</w:t>
      </w:r>
      <w:r w:rsidRPr="00E30CCA">
        <w:rPr>
          <w:rFonts w:ascii="Times New Roman" w:hAnsi="Times New Roman" w:cs="Times New Roman"/>
          <w:color w:val="000000"/>
          <w:sz w:val="24"/>
          <w:szCs w:val="24"/>
        </w:rPr>
        <w:t> </w:t>
      </w:r>
    </w:p>
    <w:p w14:paraId="506B74EB" w14:textId="77777777" w:rsidR="00244939" w:rsidRPr="00E30CCA" w:rsidRDefault="00244939" w:rsidP="00244939">
      <w:pPr>
        <w:numPr>
          <w:ilvl w:val="0"/>
          <w:numId w:val="10"/>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571300A"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224CD33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14:paraId="784FA7D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2E5D7AB"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E30CCA">
        <w:rPr>
          <w:color w:val="000000"/>
        </w:rPr>
        <w:t>подтема</w:t>
      </w:r>
      <w:proofErr w:type="spellEnd"/>
      <w:r w:rsidRPr="00E30CCA">
        <w:rPr>
          <w:color w:val="000000"/>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w:t>
      </w:r>
    </w:p>
    <w:p w14:paraId="668F6D6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764B75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DD9B9C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r w:rsidRPr="00E30CCA">
        <w:rPr>
          <w:color w:val="000000"/>
        </w:rPr>
        <w:lastRenderedPageBreak/>
        <w:t>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04B7E959"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МЕСТО УЧЕБНОГО КУРСА В УЧЕБНОМ ПЛАНЕ</w:t>
      </w:r>
    </w:p>
    <w:p w14:paraId="1E7FB2B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6 классе отводит не менее 5 учебных часов в неделю, в течение каждого года обучения, всего не менее 340 учебных часов</w:t>
      </w:r>
    </w:p>
    <w:p w14:paraId="23F78626" w14:textId="77777777" w:rsidR="00244939" w:rsidRPr="00E30CCA" w:rsidRDefault="00244939" w:rsidP="00244939">
      <w:pPr>
        <w:pStyle w:val="1"/>
        <w:pBdr>
          <w:bottom w:val="single" w:sz="6" w:space="5" w:color="000000"/>
        </w:pBdr>
        <w:shd w:val="clear" w:color="auto" w:fill="FFFFFF"/>
        <w:spacing w:after="24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СОДЕРЖАНИЕ УЧЕБНОГО КУРСА "МАТЕМАТИКА"</w:t>
      </w:r>
    </w:p>
    <w:p w14:paraId="69E222B7"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5 КЛАСС</w:t>
      </w:r>
    </w:p>
    <w:p w14:paraId="235AA830"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Натуральные числа и нуль</w:t>
      </w:r>
    </w:p>
    <w:p w14:paraId="67F30DE1"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26865C6"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Дроби</w:t>
      </w:r>
    </w:p>
    <w:p w14:paraId="2A15527E"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14:paraId="0F0A8577"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Решение текстовых задач</w:t>
      </w:r>
    </w:p>
    <w:p w14:paraId="21AEE9F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14:paraId="4E528A5D"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Наглядная геометрия</w:t>
      </w:r>
    </w:p>
    <w:p w14:paraId="4F92DF4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w:t>
      </w:r>
      <w:r w:rsidRPr="00E30CCA">
        <w:rPr>
          <w:color w:val="000000"/>
        </w:rPr>
        <w:lastRenderedPageBreak/>
        <w:t>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14:paraId="508BE023"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6 КЛАСС</w:t>
      </w:r>
    </w:p>
    <w:p w14:paraId="21226D8B"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Натуральные числа</w:t>
      </w:r>
    </w:p>
    <w:p w14:paraId="40D1244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14:paraId="32693C71"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Дроби</w:t>
      </w:r>
    </w:p>
    <w:p w14:paraId="0A40789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5E3162"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Положительные и отрицательные числа</w:t>
      </w:r>
    </w:p>
    <w:p w14:paraId="46996D3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6FFD769"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Буквенные выражения</w:t>
      </w:r>
    </w:p>
    <w:p w14:paraId="1FF7975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8767172"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Решение текстовых задач</w:t>
      </w:r>
    </w:p>
    <w:p w14:paraId="72EB182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14:paraId="40096B40"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lastRenderedPageBreak/>
        <w:t>Наглядная геометрия</w:t>
      </w:r>
    </w:p>
    <w:p w14:paraId="4464582E"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14:paraId="5897C60F" w14:textId="77777777" w:rsidR="00244939" w:rsidRPr="00E30CCA" w:rsidRDefault="00244939" w:rsidP="00244939">
      <w:pPr>
        <w:pStyle w:val="1"/>
        <w:pBdr>
          <w:bottom w:val="single" w:sz="6" w:space="5" w:color="000000"/>
        </w:pBdr>
        <w:shd w:val="clear" w:color="auto" w:fill="FFFFFF"/>
        <w:spacing w:after="24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ПЛАНИРУЕМЫЕ ОБРАЗОВАТЕЛЬНЫЕ РЕЗУЛЬТАТЫ</w:t>
      </w:r>
      <w:r w:rsidRPr="00E30CCA">
        <w:rPr>
          <w:rFonts w:ascii="Times New Roman" w:hAnsi="Times New Roman" w:cs="Times New Roman"/>
          <w:caps/>
          <w:color w:val="000000"/>
          <w:sz w:val="24"/>
          <w:szCs w:val="24"/>
        </w:rPr>
        <w:t> </w:t>
      </w:r>
    </w:p>
    <w:p w14:paraId="51961620"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ЛИЧНОСТНЫЕ РЕЗУЛЬТАТЫ</w:t>
      </w:r>
    </w:p>
    <w:p w14:paraId="05DB99F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Личностные результаты освоения программы учебного предмета «Математика» характеризуются:</w:t>
      </w:r>
    </w:p>
    <w:p w14:paraId="54ADCE5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Патриотическое воспитание:</w:t>
      </w:r>
    </w:p>
    <w:p w14:paraId="2AD1383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7659B2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Гражданское и духовно-нравственное воспитание:</w:t>
      </w:r>
    </w:p>
    <w:p w14:paraId="4FFECBF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14:paraId="7CE47D0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49E5B4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Трудовое воспитание:</w:t>
      </w:r>
    </w:p>
    <w:p w14:paraId="2A1F8616"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667B9A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Эстетическое воспитание</w:t>
      </w:r>
      <w:r w:rsidRPr="00E30CCA">
        <w:rPr>
          <w:color w:val="000000"/>
        </w:rPr>
        <w:t>:</w:t>
      </w:r>
    </w:p>
    <w:p w14:paraId="244B313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3AAC44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Ценности научного познания:</w:t>
      </w:r>
    </w:p>
    <w:p w14:paraId="79386FFE"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52D56E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Физическое воспитание, формирование культуры здоровья и эмоционального благополучия:</w:t>
      </w:r>
    </w:p>
    <w:p w14:paraId="376B26CB"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4BC1BE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Экологическое воспитание:</w:t>
      </w:r>
    </w:p>
    <w:p w14:paraId="5F8744C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367958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lastRenderedPageBreak/>
        <w:t>Личностные результаты, обеспечивающие адаптацию обучающегося к изменяющимся условиям социальной и природной среды:</w:t>
      </w:r>
    </w:p>
    <w:p w14:paraId="17DF940A"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73F081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827417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508231E"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МЕТАПРЕДМЕТНЫЕ РЕЗУЛЬТАТЫ</w:t>
      </w:r>
    </w:p>
    <w:p w14:paraId="4437ED0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Метапредметные результаты освоения программы учебного предмета «Математика» характеризуются овладением </w:t>
      </w:r>
      <w:r w:rsidRPr="00E30CCA">
        <w:rPr>
          <w:i/>
          <w:iCs/>
          <w:color w:val="000000"/>
        </w:rPr>
        <w:t>универсальными </w:t>
      </w:r>
      <w:r w:rsidRPr="00E30CCA">
        <w:rPr>
          <w:b/>
          <w:bCs/>
          <w:i/>
          <w:iCs/>
          <w:color w:val="000000"/>
        </w:rPr>
        <w:t>познавательными </w:t>
      </w:r>
      <w:r w:rsidRPr="00E30CCA">
        <w:rPr>
          <w:i/>
          <w:iCs/>
          <w:color w:val="000000"/>
        </w:rPr>
        <w:t>действиями, универсальными </w:t>
      </w:r>
      <w:r w:rsidRPr="00E30CCA">
        <w:rPr>
          <w:b/>
          <w:bCs/>
          <w:i/>
          <w:iCs/>
          <w:color w:val="000000"/>
        </w:rPr>
        <w:t>коммуникативными </w:t>
      </w:r>
      <w:r w:rsidRPr="00E30CCA">
        <w:rPr>
          <w:i/>
          <w:iCs/>
          <w:color w:val="000000"/>
        </w:rPr>
        <w:t>действиями и универсальными </w:t>
      </w:r>
      <w:r w:rsidRPr="00E30CCA">
        <w:rPr>
          <w:b/>
          <w:bCs/>
          <w:i/>
          <w:iCs/>
          <w:color w:val="000000"/>
        </w:rPr>
        <w:t>регулятивными </w:t>
      </w:r>
      <w:r w:rsidRPr="00E30CCA">
        <w:rPr>
          <w:i/>
          <w:iCs/>
          <w:color w:val="000000"/>
        </w:rPr>
        <w:t>действиями.</w:t>
      </w:r>
    </w:p>
    <w:p w14:paraId="308DB336"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i/>
          <w:iCs/>
          <w:color w:val="000000"/>
        </w:rPr>
        <w:t>1) Универсальные </w:t>
      </w:r>
      <w:r w:rsidRPr="00E30CCA">
        <w:rPr>
          <w:b/>
          <w:bCs/>
          <w:i/>
          <w:iCs/>
          <w:color w:val="000000"/>
        </w:rPr>
        <w:t>познавательные </w:t>
      </w:r>
      <w:r w:rsidRPr="00E30CCA">
        <w:rPr>
          <w:i/>
          <w:iCs/>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720EDE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Базовые логические действия:</w:t>
      </w:r>
    </w:p>
    <w:p w14:paraId="55532469"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w:t>
      </w:r>
      <w:r w:rsidRPr="00E30CCA">
        <w:rPr>
          <w:rFonts w:ascii="Times New Roman" w:hAnsi="Times New Roman" w:cs="Times New Roman"/>
          <w:color w:val="000000"/>
          <w:sz w:val="24"/>
          <w:szCs w:val="24"/>
        </w:rPr>
        <w:t> </w:t>
      </w:r>
    </w:p>
    <w:p w14:paraId="71A8AF27"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rsidRPr="00E30CCA">
        <w:rPr>
          <w:rFonts w:ascii="Times New Roman" w:hAnsi="Times New Roman" w:cs="Times New Roman"/>
          <w:color w:val="000000"/>
          <w:sz w:val="24"/>
          <w:szCs w:val="24"/>
        </w:rPr>
        <w:t> </w:t>
      </w:r>
    </w:p>
    <w:p w14:paraId="6F54514B"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w:t>
      </w:r>
      <w:r w:rsidRPr="00E30CCA">
        <w:rPr>
          <w:rFonts w:ascii="Times New Roman" w:hAnsi="Times New Roman" w:cs="Times New Roman"/>
          <w:color w:val="000000"/>
          <w:sz w:val="24"/>
          <w:szCs w:val="24"/>
        </w:rPr>
        <w:t> </w:t>
      </w:r>
    </w:p>
    <w:p w14:paraId="10BF9A44"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условные; выявлять математические закономерности, взаимосвязи и противоречия в фактах, данных, наблюдениях и утверждениях;</w:t>
      </w:r>
      <w:r w:rsidRPr="00E30CCA">
        <w:rPr>
          <w:rFonts w:ascii="Times New Roman" w:hAnsi="Times New Roman" w:cs="Times New Roman"/>
          <w:color w:val="000000"/>
          <w:sz w:val="24"/>
          <w:szCs w:val="24"/>
        </w:rPr>
        <w:t> </w:t>
      </w:r>
    </w:p>
    <w:p w14:paraId="218DEB76"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предлагать критерии для выявления закономерностей и противоречий;</w:t>
      </w:r>
      <w:r w:rsidRPr="00E30CCA">
        <w:rPr>
          <w:rFonts w:ascii="Times New Roman" w:hAnsi="Times New Roman" w:cs="Times New Roman"/>
          <w:color w:val="000000"/>
          <w:sz w:val="24"/>
          <w:szCs w:val="24"/>
        </w:rPr>
        <w:t> </w:t>
      </w:r>
    </w:p>
    <w:p w14:paraId="5C8ECFA7"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r w:rsidRPr="00E30CCA">
        <w:rPr>
          <w:rFonts w:ascii="Times New Roman" w:hAnsi="Times New Roman" w:cs="Times New Roman"/>
          <w:color w:val="000000"/>
          <w:sz w:val="24"/>
          <w:szCs w:val="24"/>
        </w:rPr>
        <w:t> </w:t>
      </w:r>
    </w:p>
    <w:p w14:paraId="6DC125F0"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w:t>
      </w:r>
      <w:r w:rsidRPr="00E30CCA">
        <w:rPr>
          <w:rFonts w:ascii="Times New Roman" w:hAnsi="Times New Roman" w:cs="Times New Roman"/>
          <w:color w:val="000000"/>
          <w:sz w:val="24"/>
          <w:szCs w:val="24"/>
        </w:rPr>
        <w:t> </w:t>
      </w:r>
    </w:p>
    <w:p w14:paraId="25D95416" w14:textId="77777777" w:rsidR="00244939" w:rsidRPr="00E30CCA" w:rsidRDefault="00244939" w:rsidP="00244939">
      <w:pPr>
        <w:numPr>
          <w:ilvl w:val="0"/>
          <w:numId w:val="11"/>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D7B990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Базовые исследовательские действия:</w:t>
      </w:r>
    </w:p>
    <w:p w14:paraId="29AB3F05" w14:textId="77777777" w:rsidR="00244939" w:rsidRPr="00E30CCA" w:rsidRDefault="00244939" w:rsidP="00244939">
      <w:pPr>
        <w:numPr>
          <w:ilvl w:val="0"/>
          <w:numId w:val="12"/>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использовать вопросы как исследовательский инструмент познания;</w:t>
      </w:r>
      <w:r w:rsidRPr="00E30CCA">
        <w:rPr>
          <w:rFonts w:ascii="Times New Roman" w:hAnsi="Times New Roman" w:cs="Times New Roman"/>
          <w:color w:val="000000"/>
          <w:sz w:val="24"/>
          <w:szCs w:val="24"/>
        </w:rPr>
        <w:t> </w:t>
      </w:r>
    </w:p>
    <w:p w14:paraId="299D7E9B" w14:textId="77777777" w:rsidR="00244939" w:rsidRPr="00E30CCA" w:rsidRDefault="00244939" w:rsidP="00244939">
      <w:pPr>
        <w:numPr>
          <w:ilvl w:val="0"/>
          <w:numId w:val="12"/>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формулировать вопросы, фиксирующие противоречие, проблему, самостоятельно устанавливать искомое и данное, формировать гипотезу,</w:t>
      </w:r>
      <w:r w:rsidRPr="00E30CCA">
        <w:rPr>
          <w:rFonts w:ascii="Times New Roman" w:hAnsi="Times New Roman" w:cs="Times New Roman"/>
          <w:color w:val="000000"/>
          <w:sz w:val="24"/>
          <w:szCs w:val="24"/>
        </w:rPr>
        <w:t> </w:t>
      </w:r>
    </w:p>
    <w:p w14:paraId="1A0EC758" w14:textId="77777777" w:rsidR="00244939" w:rsidRPr="00E30CCA" w:rsidRDefault="00244939" w:rsidP="00244939">
      <w:pPr>
        <w:numPr>
          <w:ilvl w:val="0"/>
          <w:numId w:val="12"/>
        </w:numPr>
        <w:shd w:val="clear" w:color="auto" w:fill="FFFFFF"/>
        <w:spacing w:before="100" w:beforeAutospacing="1" w:after="100" w:afterAutospacing="1" w:line="240" w:lineRule="auto"/>
        <w:ind w:left="227"/>
        <w:rPr>
          <w:rFonts w:ascii="Times New Roman" w:hAnsi="Times New Roman" w:cs="Times New Roman"/>
          <w:color w:val="000000"/>
          <w:sz w:val="24"/>
          <w:szCs w:val="24"/>
        </w:rPr>
      </w:pPr>
      <w:proofErr w:type="spellStart"/>
      <w:r w:rsidRPr="00E30CCA">
        <w:rPr>
          <w:rFonts w:ascii="Times New Roman" w:hAnsi="Times New Roman" w:cs="Times New Roman"/>
          <w:color w:val="000000"/>
          <w:sz w:val="24"/>
          <w:szCs w:val="24"/>
        </w:rPr>
        <w:t>аргументировать</w:t>
      </w:r>
      <w:proofErr w:type="spellEnd"/>
      <w:r w:rsidRPr="00E30CCA">
        <w:rPr>
          <w:rFonts w:ascii="Times New Roman" w:hAnsi="Times New Roman" w:cs="Times New Roman"/>
          <w:color w:val="000000"/>
          <w:sz w:val="24"/>
          <w:szCs w:val="24"/>
          <w:lang w:val="ru-RU"/>
        </w:rPr>
        <w:t xml:space="preserve"> </w:t>
      </w:r>
      <w:proofErr w:type="spellStart"/>
      <w:r w:rsidRPr="00E30CCA">
        <w:rPr>
          <w:rFonts w:ascii="Times New Roman" w:hAnsi="Times New Roman" w:cs="Times New Roman"/>
          <w:color w:val="000000"/>
          <w:sz w:val="24"/>
          <w:szCs w:val="24"/>
        </w:rPr>
        <w:t>свою</w:t>
      </w:r>
      <w:proofErr w:type="spellEnd"/>
      <w:r w:rsidRPr="00E30CCA">
        <w:rPr>
          <w:rFonts w:ascii="Times New Roman" w:hAnsi="Times New Roman" w:cs="Times New Roman"/>
          <w:color w:val="000000"/>
          <w:sz w:val="24"/>
          <w:szCs w:val="24"/>
          <w:lang w:val="ru-RU"/>
        </w:rPr>
        <w:t xml:space="preserve"> </w:t>
      </w:r>
      <w:proofErr w:type="spellStart"/>
      <w:r w:rsidRPr="00E30CCA">
        <w:rPr>
          <w:rFonts w:ascii="Times New Roman" w:hAnsi="Times New Roman" w:cs="Times New Roman"/>
          <w:color w:val="000000"/>
          <w:sz w:val="24"/>
          <w:szCs w:val="24"/>
        </w:rPr>
        <w:t>позицию</w:t>
      </w:r>
      <w:proofErr w:type="spellEnd"/>
      <w:r w:rsidRPr="00E30CCA">
        <w:rPr>
          <w:rFonts w:ascii="Times New Roman" w:hAnsi="Times New Roman" w:cs="Times New Roman"/>
          <w:color w:val="000000"/>
          <w:sz w:val="24"/>
          <w:szCs w:val="24"/>
        </w:rPr>
        <w:t xml:space="preserve">, </w:t>
      </w:r>
      <w:proofErr w:type="spellStart"/>
      <w:r w:rsidRPr="00E30CCA">
        <w:rPr>
          <w:rFonts w:ascii="Times New Roman" w:hAnsi="Times New Roman" w:cs="Times New Roman"/>
          <w:color w:val="000000"/>
          <w:sz w:val="24"/>
          <w:szCs w:val="24"/>
        </w:rPr>
        <w:t>мнение</w:t>
      </w:r>
      <w:proofErr w:type="spellEnd"/>
      <w:r w:rsidRPr="00E30CCA">
        <w:rPr>
          <w:rFonts w:ascii="Times New Roman" w:hAnsi="Times New Roman" w:cs="Times New Roman"/>
          <w:color w:val="000000"/>
          <w:sz w:val="24"/>
          <w:szCs w:val="24"/>
        </w:rPr>
        <w:t>;</w:t>
      </w:r>
    </w:p>
    <w:p w14:paraId="440235F0" w14:textId="77777777" w:rsidR="00244939" w:rsidRPr="00E30CCA" w:rsidRDefault="00244939" w:rsidP="00244939">
      <w:pPr>
        <w:numPr>
          <w:ilvl w:val="0"/>
          <w:numId w:val="12"/>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r w:rsidRPr="00E30CCA">
        <w:rPr>
          <w:rFonts w:ascii="Times New Roman" w:hAnsi="Times New Roman" w:cs="Times New Roman"/>
          <w:color w:val="000000"/>
          <w:sz w:val="24"/>
          <w:szCs w:val="24"/>
        </w:rPr>
        <w:t> </w:t>
      </w:r>
    </w:p>
    <w:p w14:paraId="23DC1028" w14:textId="77777777" w:rsidR="00244939" w:rsidRPr="00E30CCA" w:rsidRDefault="00244939" w:rsidP="00244939">
      <w:pPr>
        <w:numPr>
          <w:ilvl w:val="0"/>
          <w:numId w:val="12"/>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14:paraId="4C648B7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Работа с информацией:</w:t>
      </w:r>
    </w:p>
    <w:p w14:paraId="4846881A" w14:textId="77777777" w:rsidR="00244939" w:rsidRPr="00E30CCA" w:rsidRDefault="00244939" w:rsidP="00244939">
      <w:pPr>
        <w:numPr>
          <w:ilvl w:val="0"/>
          <w:numId w:val="13"/>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выявлять недостаточность и избыточность информации, данных, необходимых для решения задачи;</w:t>
      </w:r>
      <w:r w:rsidRPr="00E30CCA">
        <w:rPr>
          <w:rFonts w:ascii="Times New Roman" w:hAnsi="Times New Roman" w:cs="Times New Roman"/>
          <w:color w:val="000000"/>
          <w:sz w:val="24"/>
          <w:szCs w:val="24"/>
        </w:rPr>
        <w:t> </w:t>
      </w:r>
    </w:p>
    <w:p w14:paraId="54E038AB" w14:textId="77777777" w:rsidR="00244939" w:rsidRPr="00E30CCA" w:rsidRDefault="00244939" w:rsidP="00244939">
      <w:pPr>
        <w:numPr>
          <w:ilvl w:val="0"/>
          <w:numId w:val="13"/>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r w:rsidRPr="00E30CCA">
        <w:rPr>
          <w:rFonts w:ascii="Times New Roman" w:hAnsi="Times New Roman" w:cs="Times New Roman"/>
          <w:color w:val="000000"/>
          <w:sz w:val="24"/>
          <w:szCs w:val="24"/>
        </w:rPr>
        <w:t> </w:t>
      </w:r>
    </w:p>
    <w:p w14:paraId="38EACF30" w14:textId="77777777" w:rsidR="00244939" w:rsidRPr="00E30CCA" w:rsidRDefault="00244939" w:rsidP="00244939">
      <w:pPr>
        <w:numPr>
          <w:ilvl w:val="0"/>
          <w:numId w:val="13"/>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r w:rsidRPr="00E30CCA">
        <w:rPr>
          <w:rFonts w:ascii="Times New Roman" w:hAnsi="Times New Roman" w:cs="Times New Roman"/>
          <w:color w:val="000000"/>
          <w:sz w:val="24"/>
          <w:szCs w:val="24"/>
        </w:rPr>
        <w:t> </w:t>
      </w:r>
    </w:p>
    <w:p w14:paraId="231B40D4" w14:textId="77777777" w:rsidR="00244939" w:rsidRPr="00E30CCA" w:rsidRDefault="00244939" w:rsidP="00244939">
      <w:pPr>
        <w:numPr>
          <w:ilvl w:val="0"/>
          <w:numId w:val="13"/>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14:paraId="6792B711"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i/>
          <w:iCs/>
          <w:color w:val="000000"/>
        </w:rPr>
        <w:t>2)  Универсальные </w:t>
      </w:r>
      <w:r w:rsidRPr="00E30CCA">
        <w:rPr>
          <w:b/>
          <w:bCs/>
          <w:i/>
          <w:iCs/>
          <w:color w:val="000000"/>
        </w:rPr>
        <w:t>коммуникативные </w:t>
      </w:r>
      <w:r w:rsidRPr="00E30CCA">
        <w:rPr>
          <w:i/>
          <w:iCs/>
          <w:color w:val="000000"/>
        </w:rPr>
        <w:t>действия обеспечивают сформированность социальных навыков обучающихся.</w:t>
      </w:r>
    </w:p>
    <w:p w14:paraId="0285EDE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Общение:</w:t>
      </w:r>
    </w:p>
    <w:p w14:paraId="670491E1" w14:textId="77777777" w:rsidR="00244939" w:rsidRPr="00E30CCA" w:rsidRDefault="00244939" w:rsidP="00244939">
      <w:pPr>
        <w:numPr>
          <w:ilvl w:val="0"/>
          <w:numId w:val="14"/>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воспринимать и формулировать суждения в соответствии с условиями и целями общения;</w:t>
      </w:r>
      <w:r w:rsidRPr="00E30CCA">
        <w:rPr>
          <w:rFonts w:ascii="Times New Roman" w:hAnsi="Times New Roman" w:cs="Times New Roman"/>
          <w:color w:val="000000"/>
          <w:sz w:val="24"/>
          <w:szCs w:val="24"/>
        </w:rPr>
        <w:t> </w:t>
      </w:r>
    </w:p>
    <w:p w14:paraId="355D5236" w14:textId="77777777" w:rsidR="00244939" w:rsidRPr="00E30CCA" w:rsidRDefault="00244939" w:rsidP="00244939">
      <w:pPr>
        <w:numPr>
          <w:ilvl w:val="0"/>
          <w:numId w:val="14"/>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w:t>
      </w:r>
      <w:r w:rsidRPr="00E30CCA">
        <w:rPr>
          <w:rFonts w:ascii="Times New Roman" w:hAnsi="Times New Roman" w:cs="Times New Roman"/>
          <w:color w:val="000000"/>
          <w:sz w:val="24"/>
          <w:szCs w:val="24"/>
        </w:rPr>
        <w:t> </w:t>
      </w:r>
    </w:p>
    <w:p w14:paraId="5827BA8E" w14:textId="77777777" w:rsidR="00244939" w:rsidRPr="00E30CCA" w:rsidRDefault="00244939" w:rsidP="00244939">
      <w:pPr>
        <w:numPr>
          <w:ilvl w:val="0"/>
          <w:numId w:val="14"/>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r w:rsidRPr="00E30CCA">
        <w:rPr>
          <w:rFonts w:ascii="Times New Roman" w:hAnsi="Times New Roman" w:cs="Times New Roman"/>
          <w:color w:val="000000"/>
          <w:sz w:val="24"/>
          <w:szCs w:val="24"/>
        </w:rPr>
        <w:t> </w:t>
      </w:r>
    </w:p>
    <w:p w14:paraId="072CCABB" w14:textId="77777777" w:rsidR="00244939" w:rsidRPr="00E30CCA" w:rsidRDefault="00244939" w:rsidP="00244939">
      <w:pPr>
        <w:numPr>
          <w:ilvl w:val="0"/>
          <w:numId w:val="14"/>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 корректной форме формулировать разногласия, свои возражения;</w:t>
      </w:r>
      <w:r w:rsidRPr="00E30CCA">
        <w:rPr>
          <w:rFonts w:ascii="Times New Roman" w:hAnsi="Times New Roman" w:cs="Times New Roman"/>
          <w:color w:val="000000"/>
          <w:sz w:val="24"/>
          <w:szCs w:val="24"/>
        </w:rPr>
        <w:t> </w:t>
      </w:r>
    </w:p>
    <w:p w14:paraId="5C6A260C" w14:textId="77777777" w:rsidR="00244939" w:rsidRPr="00E30CCA" w:rsidRDefault="00244939" w:rsidP="00244939">
      <w:pPr>
        <w:numPr>
          <w:ilvl w:val="0"/>
          <w:numId w:val="14"/>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представлять результаты решения задачи, эксперимента, исследования, проекта;</w:t>
      </w:r>
      <w:r w:rsidRPr="00E30CCA">
        <w:rPr>
          <w:rFonts w:ascii="Times New Roman" w:hAnsi="Times New Roman" w:cs="Times New Roman"/>
          <w:color w:val="000000"/>
          <w:sz w:val="24"/>
          <w:szCs w:val="24"/>
        </w:rPr>
        <w:t> </w:t>
      </w:r>
    </w:p>
    <w:p w14:paraId="6F428A73" w14:textId="77777777" w:rsidR="00244939" w:rsidRPr="00E30CCA" w:rsidRDefault="00244939" w:rsidP="00244939">
      <w:pPr>
        <w:numPr>
          <w:ilvl w:val="0"/>
          <w:numId w:val="14"/>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w:t>
      </w:r>
    </w:p>
    <w:p w14:paraId="66C653CA"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Сотрудничество:</w:t>
      </w:r>
    </w:p>
    <w:p w14:paraId="61894984" w14:textId="77777777" w:rsidR="00244939" w:rsidRPr="00E30CCA" w:rsidRDefault="00244939" w:rsidP="00244939">
      <w:pPr>
        <w:numPr>
          <w:ilvl w:val="0"/>
          <w:numId w:val="15"/>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учебных математических задач;</w:t>
      </w:r>
      <w:r w:rsidRPr="00E30CCA">
        <w:rPr>
          <w:rFonts w:ascii="Times New Roman" w:hAnsi="Times New Roman" w:cs="Times New Roman"/>
          <w:color w:val="000000"/>
          <w:sz w:val="24"/>
          <w:szCs w:val="24"/>
        </w:rPr>
        <w:t> </w:t>
      </w:r>
    </w:p>
    <w:p w14:paraId="6AD644B0" w14:textId="77777777" w:rsidR="00244939" w:rsidRPr="00E30CCA" w:rsidRDefault="00244939" w:rsidP="00244939">
      <w:pPr>
        <w:numPr>
          <w:ilvl w:val="0"/>
          <w:numId w:val="15"/>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w:t>
      </w:r>
      <w:r w:rsidRPr="00E30CCA">
        <w:rPr>
          <w:rFonts w:ascii="Times New Roman" w:hAnsi="Times New Roman" w:cs="Times New Roman"/>
          <w:color w:val="000000"/>
          <w:sz w:val="24"/>
          <w:szCs w:val="24"/>
        </w:rPr>
        <w:t> </w:t>
      </w:r>
    </w:p>
    <w:p w14:paraId="3915F7D1" w14:textId="77777777" w:rsidR="00244939" w:rsidRPr="00E30CCA" w:rsidRDefault="00244939" w:rsidP="00244939">
      <w:pPr>
        <w:numPr>
          <w:ilvl w:val="0"/>
          <w:numId w:val="15"/>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обобщать мнения нескольких людей; участвовать в групповых формах работы (обсуждения, обмен мнениями, мозговые штурмы и др.);</w:t>
      </w:r>
      <w:r w:rsidRPr="00E30CCA">
        <w:rPr>
          <w:rFonts w:ascii="Times New Roman" w:hAnsi="Times New Roman" w:cs="Times New Roman"/>
          <w:color w:val="000000"/>
          <w:sz w:val="24"/>
          <w:szCs w:val="24"/>
        </w:rPr>
        <w:t> </w:t>
      </w:r>
    </w:p>
    <w:p w14:paraId="1AD0EBB6" w14:textId="77777777" w:rsidR="00244939" w:rsidRPr="00E30CCA" w:rsidRDefault="00244939" w:rsidP="00244939">
      <w:pPr>
        <w:numPr>
          <w:ilvl w:val="0"/>
          <w:numId w:val="15"/>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выполнять свою часть работы и координировать свои действия с другими членами команды;</w:t>
      </w:r>
      <w:r w:rsidRPr="00E30CCA">
        <w:rPr>
          <w:rFonts w:ascii="Times New Roman" w:hAnsi="Times New Roman" w:cs="Times New Roman"/>
          <w:color w:val="000000"/>
          <w:sz w:val="24"/>
          <w:szCs w:val="24"/>
        </w:rPr>
        <w:t> </w:t>
      </w:r>
    </w:p>
    <w:p w14:paraId="5BEF7657" w14:textId="77777777" w:rsidR="00244939" w:rsidRPr="00E30CCA" w:rsidRDefault="00244939" w:rsidP="00244939">
      <w:pPr>
        <w:numPr>
          <w:ilvl w:val="0"/>
          <w:numId w:val="15"/>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оценивать качество своего вклада в общий продукт по критериям, сформулированным участниками взаимодействия.</w:t>
      </w:r>
    </w:p>
    <w:p w14:paraId="0C9BBD8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i/>
          <w:iCs/>
          <w:color w:val="000000"/>
        </w:rPr>
        <w:t>3)  Универсальные </w:t>
      </w:r>
      <w:r w:rsidRPr="00E30CCA">
        <w:rPr>
          <w:b/>
          <w:bCs/>
          <w:i/>
          <w:iCs/>
          <w:color w:val="000000"/>
        </w:rPr>
        <w:t>регулятивные </w:t>
      </w:r>
      <w:r w:rsidRPr="00E30CCA">
        <w:rPr>
          <w:i/>
          <w:iCs/>
          <w:color w:val="000000"/>
        </w:rPr>
        <w:t>действия обеспечивают формирование смысловых установок и жизненных навыков личности.</w:t>
      </w:r>
    </w:p>
    <w:p w14:paraId="4DC38AC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Самоорганизация:</w:t>
      </w:r>
    </w:p>
    <w:p w14:paraId="61B11711" w14:textId="77777777" w:rsidR="00244939" w:rsidRPr="00E30CCA" w:rsidRDefault="00244939" w:rsidP="00244939">
      <w:pPr>
        <w:numPr>
          <w:ilvl w:val="0"/>
          <w:numId w:val="16"/>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1CEC84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Самоконтроль:</w:t>
      </w:r>
    </w:p>
    <w:p w14:paraId="54E65B94" w14:textId="77777777" w:rsidR="00244939" w:rsidRPr="00E30CCA" w:rsidRDefault="00244939" w:rsidP="00244939">
      <w:pPr>
        <w:numPr>
          <w:ilvl w:val="0"/>
          <w:numId w:val="17"/>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владеть способами самопроверки, самоконтроля процесса и результата решения математической задачи;</w:t>
      </w:r>
      <w:r w:rsidRPr="00E30CCA">
        <w:rPr>
          <w:rFonts w:ascii="Times New Roman" w:hAnsi="Times New Roman" w:cs="Times New Roman"/>
          <w:color w:val="000000"/>
          <w:sz w:val="24"/>
          <w:szCs w:val="24"/>
        </w:rPr>
        <w:t> </w:t>
      </w:r>
    </w:p>
    <w:p w14:paraId="24542C69" w14:textId="77777777" w:rsidR="00244939" w:rsidRPr="00E30CCA" w:rsidRDefault="00244939" w:rsidP="00244939">
      <w:pPr>
        <w:numPr>
          <w:ilvl w:val="0"/>
          <w:numId w:val="17"/>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C388459" w14:textId="77777777" w:rsidR="00244939" w:rsidRPr="00E30CCA" w:rsidRDefault="00244939" w:rsidP="00244939">
      <w:pPr>
        <w:numPr>
          <w:ilvl w:val="0"/>
          <w:numId w:val="17"/>
        </w:numPr>
        <w:shd w:val="clear" w:color="auto" w:fill="FFFFFF"/>
        <w:spacing w:before="100" w:beforeAutospacing="1" w:after="100" w:afterAutospacing="1" w:line="240" w:lineRule="auto"/>
        <w:ind w:left="227"/>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F3A19C2"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lastRenderedPageBreak/>
        <w:t>ПРЕДМЕТНЫЕ РЕЗУЛЬТАТЫ</w:t>
      </w:r>
    </w:p>
    <w:p w14:paraId="62FAEFA1"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5 КЛАСС</w:t>
      </w:r>
    </w:p>
    <w:p w14:paraId="4FC7F09E"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Числа и вычисления</w:t>
      </w:r>
    </w:p>
    <w:p w14:paraId="4466C446"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Понимать и правильно употреблять термины, связанные с натуральными числами, обыкновенными и десятичными дробями.</w:t>
      </w:r>
    </w:p>
    <w:p w14:paraId="35849A5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Сравнивать и упорядочивать натуральные числа, сравнивать в простейших случаях обыкновенные дроби, десятичные дроби.</w:t>
      </w:r>
    </w:p>
    <w:p w14:paraId="3B216DB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C7BFB1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Выполнять арифметические действия с натуральными числами, с обыкновенными дробями в простейших случаях.</w:t>
      </w:r>
    </w:p>
    <w:p w14:paraId="0B5BD4B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Выполнять проверку, прикидку результата вычислений.</w:t>
      </w:r>
    </w:p>
    <w:p w14:paraId="5CFBDE3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Округлять натуральные числа.</w:t>
      </w:r>
    </w:p>
    <w:p w14:paraId="45881814"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Решение текстовых задач</w:t>
      </w:r>
    </w:p>
    <w:p w14:paraId="1110910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текстовые задачи арифметическим способом и с помощью организованного конечного перебора всех возможных вариантов.</w:t>
      </w:r>
    </w:p>
    <w:p w14:paraId="4398AA9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задачи, содержащие зависимости, связывающие величины: скорость, время, расстояние; цена, количество, стоимость.</w:t>
      </w:r>
    </w:p>
    <w:p w14:paraId="52D6002E"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Использовать краткие записи, схемы, таблицы, обозначения при решении задач.</w:t>
      </w:r>
    </w:p>
    <w:p w14:paraId="76D1D8E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Пользоваться основными единицами измерения: цены, массы; расстояния, времени, скорости; выражать одни единицы вели- чины через другие.</w:t>
      </w:r>
    </w:p>
    <w:p w14:paraId="6B7BCB5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735DC3F"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Наглядная геометрия</w:t>
      </w:r>
    </w:p>
    <w:p w14:paraId="384F238B"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Пользоваться геометрическими понятиями: точка, прямая, отрезок, луч, угол, многоугольник, окружность, круг.</w:t>
      </w:r>
    </w:p>
    <w:p w14:paraId="4F137059"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Приводить примеры объектов окружающего мира, имеющих форму изученных геометрических фигур.</w:t>
      </w:r>
    </w:p>
    <w:p w14:paraId="37C9F2E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978695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Изображать изученные геометрические фигуры на нелинованной и клетчатой бумаге с помощью циркуля и линейки.</w:t>
      </w:r>
    </w:p>
    <w:p w14:paraId="7B6D741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10B4F2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Использовать свойства сторон и углов прямоугольника, квадрата для их построения, вычисления площади и периметра.</w:t>
      </w:r>
    </w:p>
    <w:p w14:paraId="19E8590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1ABE418"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Пользоваться основными метрическими единицами измерения длины, площади; выражать одни единицы величины через другие.</w:t>
      </w:r>
    </w:p>
    <w:p w14:paraId="3A5A26F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Распознавать параллелепипед, куб, использовать терминологию: вершина, ребро грань, измерения; находить измерения параллелепипеда, куба.</w:t>
      </w:r>
    </w:p>
    <w:p w14:paraId="2F94A43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Вычислять объём куба, параллелепипеда по заданным измерениям, пользоваться единицами измерения объёма.</w:t>
      </w:r>
    </w:p>
    <w:p w14:paraId="746C0F4B"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несложные задачи на измерение геометрических величин в практических ситуациях.</w:t>
      </w:r>
    </w:p>
    <w:p w14:paraId="7093971F" w14:textId="77777777" w:rsidR="00244939" w:rsidRPr="00E30CCA" w:rsidRDefault="00244939" w:rsidP="00244939">
      <w:pPr>
        <w:pStyle w:val="21"/>
        <w:shd w:val="clear" w:color="auto" w:fill="FFFFFF"/>
        <w:spacing w:before="240" w:after="120" w:line="240" w:lineRule="atLeast"/>
        <w:rPr>
          <w:rFonts w:ascii="Times New Roman" w:hAnsi="Times New Roman" w:cs="Times New Roman"/>
          <w:caps/>
          <w:color w:val="000000"/>
          <w:sz w:val="24"/>
          <w:szCs w:val="24"/>
          <w:lang w:val="ru-RU"/>
        </w:rPr>
      </w:pPr>
      <w:r w:rsidRPr="00E30CCA">
        <w:rPr>
          <w:rFonts w:ascii="Times New Roman" w:hAnsi="Times New Roman" w:cs="Times New Roman"/>
          <w:caps/>
          <w:color w:val="000000"/>
          <w:sz w:val="24"/>
          <w:szCs w:val="24"/>
          <w:lang w:val="ru-RU"/>
        </w:rPr>
        <w:t>6 КЛАСС</w:t>
      </w:r>
    </w:p>
    <w:p w14:paraId="6919693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b/>
          <w:bCs/>
          <w:color w:val="000000"/>
        </w:rPr>
        <w:t>Числа и вычисления</w:t>
      </w:r>
    </w:p>
    <w:p w14:paraId="0EE70F1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139EB1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Сравнивать и упорядочивать целые числа, обыкновенные и десятичные дроби, сравнивать числа одного и разных знаков.</w:t>
      </w:r>
    </w:p>
    <w:p w14:paraId="35FC00F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FBD94AB"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6FD198B"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76C9D6E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Соотносить точки в прямоугольной системе координат с координатами этой точки.</w:t>
      </w:r>
    </w:p>
    <w:p w14:paraId="3845CA29"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Округлять целые числа и десятичные дроби, находить приближения чисел.</w:t>
      </w:r>
    </w:p>
    <w:p w14:paraId="68695EEF"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Числовые и буквенные выражения</w:t>
      </w:r>
    </w:p>
    <w:p w14:paraId="2D6BE113"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EA65F1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Пользоваться признаками делимости, раскладывать натуральные числа на простые множители.</w:t>
      </w:r>
    </w:p>
    <w:p w14:paraId="6F9B7A6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Пользоваться масштабом, составлять пропорции и отношения.</w:t>
      </w:r>
    </w:p>
    <w:p w14:paraId="3AB3BB5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C264D6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Находить неизвестный компонент равенства.</w:t>
      </w:r>
    </w:p>
    <w:p w14:paraId="047316C6"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Решение текстовых задач</w:t>
      </w:r>
    </w:p>
    <w:p w14:paraId="4E3D549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многошаговые текстовые задачи арифметическим способом.</w:t>
      </w:r>
    </w:p>
    <w:p w14:paraId="21E1FFB7"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задачи, связанные с отношением, пропорциональностью величин, процентами; решать три основные задачи на дроби и проценты.</w:t>
      </w:r>
    </w:p>
    <w:p w14:paraId="761BDC6E"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5E456B5"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Составлять буквенные выражения по условию задачи.</w:t>
      </w:r>
    </w:p>
    <w:p w14:paraId="43DF2336"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256B711"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Представлять информацию с помощью таблиц, линейной и столбчатой диаграмм.</w:t>
      </w:r>
    </w:p>
    <w:p w14:paraId="33B9E8F5" w14:textId="77777777" w:rsidR="00244939" w:rsidRPr="00E30CCA" w:rsidRDefault="00244939" w:rsidP="00244939">
      <w:pPr>
        <w:pStyle w:val="31"/>
        <w:shd w:val="clear" w:color="auto" w:fill="FFFFFF"/>
        <w:spacing w:before="240" w:after="120" w:line="240" w:lineRule="atLeast"/>
        <w:rPr>
          <w:rFonts w:ascii="Times New Roman" w:hAnsi="Times New Roman" w:cs="Times New Roman"/>
          <w:color w:val="000000"/>
          <w:sz w:val="24"/>
          <w:szCs w:val="24"/>
          <w:lang w:val="ru-RU"/>
        </w:rPr>
      </w:pPr>
      <w:r w:rsidRPr="00E30CCA">
        <w:rPr>
          <w:rFonts w:ascii="Times New Roman" w:hAnsi="Times New Roman" w:cs="Times New Roman"/>
          <w:color w:val="000000"/>
          <w:sz w:val="24"/>
          <w:szCs w:val="24"/>
          <w:lang w:val="ru-RU"/>
        </w:rPr>
        <w:t>Наглядная геометрия</w:t>
      </w:r>
    </w:p>
    <w:p w14:paraId="7E2ADA6A"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D0A056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47EF640"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5B9ABF2"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F0653AF"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0C52236"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Находить, используя чертёжные инструменты, расстояния: между двумя точками, от точки до прямой, длину пути на квадратной сетке.</w:t>
      </w:r>
    </w:p>
    <w:p w14:paraId="35BE4FF4"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10E116A"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Распознавать на моделях и изображениях пирамиду, конус, цилиндр, использовать терминологию: вершина, ребро, грань, основание, развёртка.</w:t>
      </w:r>
    </w:p>
    <w:p w14:paraId="73BEFE2D"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Изображать на клетчатой бумаге прямоугольный параллелепипед.</w:t>
      </w:r>
    </w:p>
    <w:p w14:paraId="0129E90E"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3FDE765C" w14:textId="77777777" w:rsidR="00244939" w:rsidRPr="00E30CCA" w:rsidRDefault="00244939" w:rsidP="00244939">
      <w:pPr>
        <w:pStyle w:val="aff8"/>
        <w:shd w:val="clear" w:color="auto" w:fill="FFFFFF"/>
        <w:spacing w:before="0" w:beforeAutospacing="0" w:after="0" w:afterAutospacing="0"/>
        <w:ind w:firstLine="227"/>
        <w:jc w:val="both"/>
        <w:rPr>
          <w:color w:val="000000"/>
        </w:rPr>
      </w:pPr>
      <w:r w:rsidRPr="00E30CCA">
        <w:rPr>
          <w:color w:val="000000"/>
        </w:rPr>
        <w:t>Решать несложные задачи на нахождение геометрических величин в практических ситуациях.</w:t>
      </w:r>
    </w:p>
    <w:p w14:paraId="546F6AB5" w14:textId="77777777" w:rsidR="00244939" w:rsidRPr="00E30CCA" w:rsidRDefault="00244939" w:rsidP="00244939">
      <w:pPr>
        <w:rPr>
          <w:rFonts w:ascii="Times New Roman" w:hAnsi="Times New Roman" w:cs="Times New Roman"/>
          <w:sz w:val="24"/>
          <w:szCs w:val="24"/>
          <w:lang w:val="ru-RU"/>
        </w:rPr>
        <w:sectPr w:rsidR="00244939" w:rsidRPr="00E30CCA">
          <w:pgSz w:w="11900" w:h="16840"/>
          <w:pgMar w:top="334" w:right="774" w:bottom="332" w:left="666" w:header="720" w:footer="720" w:gutter="0"/>
          <w:cols w:space="720" w:equalWidth="0">
            <w:col w:w="10460" w:space="0"/>
          </w:cols>
          <w:docGrid w:linePitch="360"/>
        </w:sectPr>
      </w:pPr>
    </w:p>
    <w:p w14:paraId="515D8B67" w14:textId="77777777" w:rsidR="00244939" w:rsidRPr="00E30CCA" w:rsidRDefault="00244939" w:rsidP="00244939">
      <w:pPr>
        <w:autoSpaceDE w:val="0"/>
        <w:autoSpaceDN w:val="0"/>
        <w:spacing w:after="66" w:line="220" w:lineRule="exact"/>
        <w:rPr>
          <w:rFonts w:ascii="Times New Roman" w:hAnsi="Times New Roman" w:cs="Times New Roman"/>
          <w:sz w:val="24"/>
          <w:szCs w:val="24"/>
          <w:lang w:val="ru-RU"/>
        </w:rPr>
      </w:pPr>
    </w:p>
    <w:p w14:paraId="0CB9CC9B" w14:textId="77777777" w:rsidR="00244939" w:rsidRPr="00E30CCA" w:rsidRDefault="00244939" w:rsidP="00244939">
      <w:pPr>
        <w:autoSpaceDE w:val="0"/>
        <w:autoSpaceDN w:val="0"/>
        <w:spacing w:after="64" w:line="220" w:lineRule="exact"/>
        <w:rPr>
          <w:rFonts w:ascii="Times New Roman" w:hAnsi="Times New Roman" w:cs="Times New Roman"/>
          <w:sz w:val="24"/>
          <w:szCs w:val="24"/>
          <w:lang w:val="ru-RU"/>
        </w:rPr>
      </w:pPr>
    </w:p>
    <w:p w14:paraId="4EEB1626" w14:textId="77777777" w:rsidR="00244939" w:rsidRPr="00E30CCA" w:rsidRDefault="00244939" w:rsidP="00244939">
      <w:pPr>
        <w:autoSpaceDE w:val="0"/>
        <w:autoSpaceDN w:val="0"/>
        <w:spacing w:after="666" w:line="233" w:lineRule="auto"/>
        <w:rPr>
          <w:rFonts w:ascii="Times New Roman" w:hAnsi="Times New Roman" w:cs="Times New Roman"/>
          <w:sz w:val="24"/>
          <w:szCs w:val="24"/>
          <w:lang w:val="ru-RU"/>
        </w:rPr>
      </w:pPr>
      <w:r w:rsidRPr="00E30CCA">
        <w:rPr>
          <w:rFonts w:ascii="Times New Roman" w:eastAsia="Times New Roman" w:hAnsi="Times New Roman" w:cs="Times New Roman"/>
          <w:b/>
          <w:color w:val="000000"/>
          <w:w w:val="101"/>
          <w:sz w:val="24"/>
          <w:szCs w:val="24"/>
        </w:rPr>
        <w:t xml:space="preserve">ТЕМАТИЧЕСКОЕ ПЛАНИРОВАНИЕ </w:t>
      </w:r>
      <w:r w:rsidRPr="00E30CCA">
        <w:rPr>
          <w:rFonts w:ascii="Times New Roman" w:eastAsia="Times New Roman" w:hAnsi="Times New Roman" w:cs="Times New Roman"/>
          <w:b/>
          <w:color w:val="000000"/>
          <w:w w:val="101"/>
          <w:sz w:val="24"/>
          <w:szCs w:val="24"/>
          <w:lang w:val="ru-RU"/>
        </w:rPr>
        <w:t xml:space="preserve"> 5 класс</w:t>
      </w:r>
    </w:p>
    <w:tbl>
      <w:tblPr>
        <w:tblW w:w="0" w:type="auto"/>
        <w:tblInd w:w="6" w:type="dxa"/>
        <w:tblLayout w:type="fixed"/>
        <w:tblLook w:val="04A0" w:firstRow="1" w:lastRow="0" w:firstColumn="1" w:lastColumn="0" w:noHBand="0" w:noVBand="1"/>
      </w:tblPr>
      <w:tblGrid>
        <w:gridCol w:w="468"/>
        <w:gridCol w:w="3014"/>
        <w:gridCol w:w="528"/>
        <w:gridCol w:w="1106"/>
        <w:gridCol w:w="1140"/>
        <w:gridCol w:w="804"/>
        <w:gridCol w:w="5980"/>
        <w:gridCol w:w="1080"/>
        <w:gridCol w:w="1382"/>
      </w:tblGrid>
      <w:tr w:rsidR="00244939" w:rsidRPr="00E30CCA" w14:paraId="51DEA08D" w14:textId="77777777" w:rsidTr="00416C06">
        <w:trPr>
          <w:trHeight w:hRule="exact" w:val="348"/>
        </w:trPr>
        <w:tc>
          <w:tcPr>
            <w:tcW w:w="46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14:paraId="2BBD805B" w14:textId="77777777" w:rsidR="00244939" w:rsidRPr="00E30CCA" w:rsidRDefault="00244939" w:rsidP="00416C06">
            <w:pPr>
              <w:autoSpaceDE w:val="0"/>
              <w:autoSpaceDN w:val="0"/>
              <w:spacing w:before="78" w:after="0" w:line="245" w:lineRule="auto"/>
              <w:ind w:right="144"/>
              <w:jc w:val="center"/>
              <w:rPr>
                <w:rFonts w:ascii="Times New Roman" w:hAnsi="Times New Roman" w:cs="Times New Roman"/>
                <w:sz w:val="24"/>
                <w:szCs w:val="24"/>
              </w:rPr>
            </w:pPr>
            <w:r w:rsidRPr="00E30CCA">
              <w:rPr>
                <w:rFonts w:ascii="Times New Roman" w:eastAsia="Times New Roman" w:hAnsi="Times New Roman" w:cs="Times New Roman"/>
                <w:b/>
                <w:color w:val="000000"/>
                <w:w w:val="97"/>
                <w:sz w:val="24"/>
                <w:szCs w:val="24"/>
              </w:rPr>
              <w:t>№</w:t>
            </w:r>
            <w:r w:rsidRPr="00E30CCA">
              <w:rPr>
                <w:rFonts w:ascii="Times New Roman" w:hAnsi="Times New Roman" w:cs="Times New Roman"/>
                <w:sz w:val="24"/>
                <w:szCs w:val="24"/>
              </w:rPr>
              <w:br/>
            </w:r>
            <w:r w:rsidRPr="00E30CCA">
              <w:rPr>
                <w:rFonts w:ascii="Times New Roman" w:eastAsia="Times New Roman" w:hAnsi="Times New Roman" w:cs="Times New Roman"/>
                <w:b/>
                <w:color w:val="000000"/>
                <w:w w:val="97"/>
                <w:sz w:val="24"/>
                <w:szCs w:val="24"/>
              </w:rPr>
              <w:t>п/п</w:t>
            </w:r>
          </w:p>
        </w:tc>
        <w:tc>
          <w:tcPr>
            <w:tcW w:w="301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14:paraId="1FF1E0A7" w14:textId="77777777" w:rsidR="00244939" w:rsidRPr="00E30CCA" w:rsidRDefault="00244939" w:rsidP="00416C06">
            <w:pPr>
              <w:autoSpaceDE w:val="0"/>
              <w:autoSpaceDN w:val="0"/>
              <w:spacing w:before="78" w:after="0" w:line="245" w:lineRule="auto"/>
              <w:ind w:left="72" w:right="720"/>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1D4425F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Количествоч</w:t>
            </w:r>
            <w:proofErr w:type="spellEnd"/>
            <w:r w:rsidRPr="00E30CCA">
              <w:rPr>
                <w:rFonts w:ascii="Times New Roman" w:eastAsia="Times New Roman" w:hAnsi="Times New Roman" w:cs="Times New Roman"/>
                <w:b/>
                <w:color w:val="000000"/>
                <w:w w:val="97"/>
                <w:sz w:val="24"/>
                <w:szCs w:val="24"/>
                <w:lang w:val="ru-RU"/>
              </w:rPr>
              <w:t>а</w:t>
            </w:r>
            <w:proofErr w:type="spellStart"/>
            <w:r w:rsidRPr="00E30CCA">
              <w:rPr>
                <w:rFonts w:ascii="Times New Roman" w:eastAsia="Times New Roman" w:hAnsi="Times New Roman" w:cs="Times New Roman"/>
                <w:b/>
                <w:color w:val="000000"/>
                <w:w w:val="97"/>
                <w:sz w:val="24"/>
                <w:szCs w:val="24"/>
              </w:rPr>
              <w:t>сов</w:t>
            </w:r>
            <w:proofErr w:type="spellEnd"/>
          </w:p>
        </w:tc>
        <w:tc>
          <w:tcPr>
            <w:tcW w:w="80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14:paraId="5A71FAAE"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Дата</w:t>
            </w:r>
            <w:proofErr w:type="spellEnd"/>
            <w:r w:rsidRPr="00E30CCA">
              <w:rPr>
                <w:rFonts w:ascii="Times New Roman" w:eastAsia="Times New Roman" w:hAnsi="Times New Roman" w:cs="Times New Roman"/>
                <w:b/>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b/>
                <w:color w:val="000000"/>
                <w:w w:val="97"/>
                <w:sz w:val="24"/>
                <w:szCs w:val="24"/>
              </w:rPr>
              <w:t>изучения</w:t>
            </w:r>
            <w:proofErr w:type="spellEnd"/>
          </w:p>
        </w:tc>
        <w:tc>
          <w:tcPr>
            <w:tcW w:w="5980"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14:paraId="61AABFA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Виды</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деятельности</w:t>
            </w:r>
            <w:proofErr w:type="spellEnd"/>
          </w:p>
        </w:tc>
        <w:tc>
          <w:tcPr>
            <w:tcW w:w="1080"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14:paraId="6E87265B" w14:textId="77777777" w:rsidR="00244939" w:rsidRPr="00E30CCA" w:rsidRDefault="00244939" w:rsidP="00416C06">
            <w:pPr>
              <w:autoSpaceDE w:val="0"/>
              <w:autoSpaceDN w:val="0"/>
              <w:spacing w:before="78" w:after="0" w:line="247" w:lineRule="auto"/>
              <w:ind w:left="72" w:right="288"/>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Виды</w:t>
            </w:r>
            <w:proofErr w:type="spellEnd"/>
            <w:r w:rsidRPr="00E30CCA">
              <w:rPr>
                <w:rFonts w:ascii="Times New Roman" w:eastAsia="Times New Roman" w:hAnsi="Times New Roman" w:cs="Times New Roman"/>
                <w:b/>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b/>
                <w:color w:val="000000"/>
                <w:w w:val="97"/>
                <w:sz w:val="24"/>
                <w:szCs w:val="24"/>
              </w:rPr>
              <w:t>формы</w:t>
            </w:r>
            <w:proofErr w:type="spellEnd"/>
            <w:r w:rsidRPr="00E30CCA">
              <w:rPr>
                <w:rFonts w:ascii="Times New Roman" w:eastAsia="Times New Roman" w:hAnsi="Times New Roman" w:cs="Times New Roman"/>
                <w:b/>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b/>
                <w:color w:val="000000"/>
                <w:w w:val="97"/>
                <w:sz w:val="24"/>
                <w:szCs w:val="24"/>
              </w:rPr>
              <w:t>контроля</w:t>
            </w:r>
            <w:proofErr w:type="spellEnd"/>
          </w:p>
        </w:tc>
        <w:tc>
          <w:tcPr>
            <w:tcW w:w="138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14:paraId="51D77635" w14:textId="77777777" w:rsidR="00244939" w:rsidRPr="00E30CCA" w:rsidRDefault="00244939" w:rsidP="00416C06">
            <w:pPr>
              <w:autoSpaceDE w:val="0"/>
              <w:autoSpaceDN w:val="0"/>
              <w:spacing w:before="78"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Электронные</w:t>
            </w:r>
            <w:proofErr w:type="spellEnd"/>
            <w:r w:rsidRPr="00E30CCA">
              <w:rPr>
                <w:rFonts w:ascii="Times New Roman" w:eastAsia="Times New Roman" w:hAnsi="Times New Roman" w:cs="Times New Roman"/>
                <w:b/>
                <w:color w:val="000000"/>
                <w:w w:val="97"/>
                <w:sz w:val="24"/>
                <w:szCs w:val="24"/>
              </w:rPr>
              <w:t xml:space="preserve"> </w:t>
            </w:r>
            <w:r w:rsidRPr="00E30CCA">
              <w:rPr>
                <w:rFonts w:ascii="Times New Roman" w:hAnsi="Times New Roman" w:cs="Times New Roman"/>
                <w:sz w:val="24"/>
                <w:szCs w:val="24"/>
              </w:rPr>
              <w:br/>
            </w:r>
            <w:r w:rsidRPr="00E30CCA">
              <w:rPr>
                <w:rFonts w:ascii="Times New Roman" w:eastAsia="Times New Roman" w:hAnsi="Times New Roman" w:cs="Times New Roman"/>
                <w:b/>
                <w:color w:val="000000"/>
                <w:w w:val="97"/>
                <w:sz w:val="24"/>
                <w:szCs w:val="24"/>
              </w:rPr>
              <w:t>(</w:t>
            </w:r>
            <w:proofErr w:type="spellStart"/>
            <w:r w:rsidRPr="00E30CCA">
              <w:rPr>
                <w:rFonts w:ascii="Times New Roman" w:eastAsia="Times New Roman" w:hAnsi="Times New Roman" w:cs="Times New Roman"/>
                <w:b/>
                <w:color w:val="000000"/>
                <w:w w:val="97"/>
                <w:sz w:val="24"/>
                <w:szCs w:val="24"/>
              </w:rPr>
              <w:t>цифровые</w:t>
            </w:r>
            <w:proofErr w:type="spellEnd"/>
            <w:r w:rsidRPr="00E30CCA">
              <w:rPr>
                <w:rFonts w:ascii="Times New Roman" w:eastAsia="Times New Roman" w:hAnsi="Times New Roman" w:cs="Times New Roman"/>
                <w:b/>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b/>
                <w:color w:val="000000"/>
                <w:w w:val="97"/>
                <w:sz w:val="24"/>
                <w:szCs w:val="24"/>
              </w:rPr>
              <w:t>образовательные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ресурсы</w:t>
            </w:r>
            <w:proofErr w:type="spellEnd"/>
          </w:p>
        </w:tc>
      </w:tr>
      <w:tr w:rsidR="00244939" w:rsidRPr="00E30CCA" w14:paraId="68271B2E" w14:textId="77777777" w:rsidTr="00416C06">
        <w:trPr>
          <w:trHeight w:hRule="exact" w:val="576"/>
        </w:trPr>
        <w:tc>
          <w:tcPr>
            <w:tcW w:w="1726" w:type="dxa"/>
            <w:vMerge/>
            <w:tcBorders>
              <w:top w:val="single" w:sz="4" w:space="0" w:color="000000"/>
              <w:left w:val="single" w:sz="4" w:space="0" w:color="000000"/>
              <w:bottom w:val="single" w:sz="5" w:space="0" w:color="000000"/>
              <w:right w:val="single" w:sz="4" w:space="0" w:color="000000"/>
            </w:tcBorders>
          </w:tcPr>
          <w:p w14:paraId="64C21E22" w14:textId="77777777" w:rsidR="00244939" w:rsidRPr="00E30CCA" w:rsidRDefault="00244939" w:rsidP="00416C06">
            <w:pPr>
              <w:rPr>
                <w:rFonts w:ascii="Times New Roman" w:hAnsi="Times New Roman" w:cs="Times New Roman"/>
                <w:sz w:val="24"/>
                <w:szCs w:val="24"/>
              </w:rPr>
            </w:pPr>
          </w:p>
        </w:tc>
        <w:tc>
          <w:tcPr>
            <w:tcW w:w="1726" w:type="dxa"/>
            <w:vMerge/>
            <w:tcBorders>
              <w:top w:val="single" w:sz="4" w:space="0" w:color="000000"/>
              <w:left w:val="single" w:sz="4" w:space="0" w:color="000000"/>
              <w:bottom w:val="single" w:sz="5" w:space="0" w:color="000000"/>
              <w:right w:val="single" w:sz="4" w:space="0" w:color="000000"/>
            </w:tcBorders>
          </w:tcPr>
          <w:p w14:paraId="060AE130" w14:textId="77777777" w:rsidR="00244939" w:rsidRPr="00E30CCA" w:rsidRDefault="00244939" w:rsidP="00416C06">
            <w:pPr>
              <w:rPr>
                <w:rFonts w:ascii="Times New Roman" w:hAnsi="Times New Roman" w:cs="Times New Roman"/>
                <w:sz w:val="24"/>
                <w:szCs w:val="24"/>
              </w:rPr>
            </w:pP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6A6D91F4"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всего</w:t>
            </w:r>
            <w:proofErr w:type="spellEnd"/>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14:paraId="08851B3B"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контрольные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работы</w:t>
            </w:r>
            <w:proofErr w:type="spellEnd"/>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14:paraId="757254E3" w14:textId="77777777" w:rsidR="00244939" w:rsidRPr="00E30CCA" w:rsidRDefault="00244939" w:rsidP="00416C06">
            <w:pPr>
              <w:autoSpaceDE w:val="0"/>
              <w:autoSpaceDN w:val="0"/>
              <w:spacing w:before="78" w:after="0" w:line="245" w:lineRule="auto"/>
              <w:ind w:left="74"/>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практические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работы</w:t>
            </w:r>
            <w:proofErr w:type="spellEnd"/>
          </w:p>
        </w:tc>
        <w:tc>
          <w:tcPr>
            <w:tcW w:w="1726" w:type="dxa"/>
            <w:vMerge/>
            <w:tcBorders>
              <w:top w:val="single" w:sz="4" w:space="0" w:color="000000"/>
              <w:left w:val="single" w:sz="4" w:space="0" w:color="000000"/>
              <w:bottom w:val="single" w:sz="5" w:space="0" w:color="000000"/>
              <w:right w:val="single" w:sz="4" w:space="0" w:color="000000"/>
            </w:tcBorders>
          </w:tcPr>
          <w:p w14:paraId="3E2F79FB" w14:textId="77777777" w:rsidR="00244939" w:rsidRPr="00E30CCA" w:rsidRDefault="00244939" w:rsidP="00416C06">
            <w:pPr>
              <w:rPr>
                <w:rFonts w:ascii="Times New Roman" w:hAnsi="Times New Roman" w:cs="Times New Roman"/>
                <w:sz w:val="24"/>
                <w:szCs w:val="24"/>
              </w:rPr>
            </w:pPr>
          </w:p>
        </w:tc>
        <w:tc>
          <w:tcPr>
            <w:tcW w:w="1726" w:type="dxa"/>
            <w:vMerge/>
            <w:tcBorders>
              <w:top w:val="single" w:sz="4" w:space="0" w:color="000000"/>
              <w:left w:val="single" w:sz="4" w:space="0" w:color="000000"/>
              <w:bottom w:val="single" w:sz="5" w:space="0" w:color="000000"/>
              <w:right w:val="single" w:sz="4" w:space="0" w:color="000000"/>
            </w:tcBorders>
          </w:tcPr>
          <w:p w14:paraId="3E677337" w14:textId="77777777" w:rsidR="00244939" w:rsidRPr="00E30CCA" w:rsidRDefault="00244939" w:rsidP="00416C06">
            <w:pPr>
              <w:rPr>
                <w:rFonts w:ascii="Times New Roman" w:hAnsi="Times New Roman" w:cs="Times New Roman"/>
                <w:sz w:val="24"/>
                <w:szCs w:val="24"/>
              </w:rPr>
            </w:pPr>
          </w:p>
        </w:tc>
        <w:tc>
          <w:tcPr>
            <w:tcW w:w="1726" w:type="dxa"/>
            <w:vMerge/>
            <w:tcBorders>
              <w:top w:val="single" w:sz="4" w:space="0" w:color="000000"/>
              <w:left w:val="single" w:sz="4" w:space="0" w:color="000000"/>
              <w:bottom w:val="single" w:sz="5" w:space="0" w:color="000000"/>
              <w:right w:val="single" w:sz="4" w:space="0" w:color="000000"/>
            </w:tcBorders>
          </w:tcPr>
          <w:p w14:paraId="21BBE770" w14:textId="77777777" w:rsidR="00244939" w:rsidRPr="00E30CCA" w:rsidRDefault="00244939" w:rsidP="00416C06">
            <w:pPr>
              <w:rPr>
                <w:rFonts w:ascii="Times New Roman" w:hAnsi="Times New Roman" w:cs="Times New Roman"/>
                <w:sz w:val="24"/>
                <w:szCs w:val="24"/>
              </w:rPr>
            </w:pPr>
          </w:p>
        </w:tc>
        <w:tc>
          <w:tcPr>
            <w:tcW w:w="1726" w:type="dxa"/>
            <w:vMerge/>
            <w:tcBorders>
              <w:top w:val="single" w:sz="4" w:space="0" w:color="000000"/>
              <w:left w:val="single" w:sz="4" w:space="0" w:color="000000"/>
              <w:bottom w:val="single" w:sz="5" w:space="0" w:color="000000"/>
              <w:right w:val="single" w:sz="4" w:space="0" w:color="000000"/>
            </w:tcBorders>
          </w:tcPr>
          <w:p w14:paraId="40AA8117" w14:textId="77777777" w:rsidR="00244939" w:rsidRPr="00E30CCA" w:rsidRDefault="00244939" w:rsidP="00416C06">
            <w:pPr>
              <w:rPr>
                <w:rFonts w:ascii="Times New Roman" w:hAnsi="Times New Roman" w:cs="Times New Roman"/>
                <w:sz w:val="24"/>
                <w:szCs w:val="24"/>
              </w:rPr>
            </w:pPr>
          </w:p>
        </w:tc>
      </w:tr>
      <w:tr w:rsidR="00244939" w:rsidRPr="009318F0" w14:paraId="2EDC7594" w14:textId="77777777" w:rsidTr="00416C06">
        <w:trPr>
          <w:trHeight w:hRule="exact" w:val="350"/>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14:paraId="3F4AAD05"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1.  </w:t>
            </w:r>
            <w:r w:rsidRPr="00E30CCA">
              <w:rPr>
                <w:rFonts w:ascii="Times New Roman" w:eastAsia="Times New Roman" w:hAnsi="Times New Roman" w:cs="Times New Roman"/>
                <w:b/>
                <w:color w:val="221F1F"/>
                <w:w w:val="97"/>
                <w:sz w:val="24"/>
                <w:szCs w:val="24"/>
                <w:lang w:val="ru-RU"/>
              </w:rPr>
              <w:t>Натуральные числа. Действия с натуральными числами</w:t>
            </w:r>
          </w:p>
        </w:tc>
      </w:tr>
      <w:tr w:rsidR="00244939" w:rsidRPr="00E30CCA" w14:paraId="0A506AD0"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783A8"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2BC8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Десятичная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система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счисления</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6F0C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0513E"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9B75A"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ABCD0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E5CE33" w14:textId="77777777" w:rsidR="00244939" w:rsidRPr="00E30CCA" w:rsidRDefault="00244939" w:rsidP="00416C06">
            <w:pPr>
              <w:autoSpaceDE w:val="0"/>
              <w:autoSpaceDN w:val="0"/>
              <w:spacing w:before="76" w:after="0" w:line="245" w:lineRule="auto"/>
              <w:ind w:left="72" w:right="144"/>
              <w:rPr>
                <w:rFonts w:ascii="Times New Roman" w:eastAsia="Times New Roman" w:hAnsi="Times New Roman" w:cs="Times New Roman"/>
                <w:color w:val="000000"/>
                <w:w w:val="97"/>
                <w:sz w:val="24"/>
                <w:szCs w:val="24"/>
                <w:lang w:val="ru-RU"/>
              </w:rPr>
            </w:pPr>
            <w:r w:rsidRPr="00E30CCA">
              <w:rPr>
                <w:rFonts w:ascii="Times New Roman" w:eastAsia="Times New Roman" w:hAnsi="Times New Roman" w:cs="Times New Roman"/>
                <w:color w:val="000000"/>
                <w:w w:val="97"/>
                <w:sz w:val="24"/>
                <w:szCs w:val="24"/>
                <w:lang w:val="ru-RU"/>
              </w:rPr>
              <w:t>Читать, записывать, сравнивать натуральные числа; предлагать и обсуждать способы упорядочивания чисел;</w:t>
            </w:r>
          </w:p>
          <w:p w14:paraId="27246501" w14:textId="77777777" w:rsidR="00244939" w:rsidRPr="00E30CCA" w:rsidRDefault="00244939" w:rsidP="00416C06">
            <w:pPr>
              <w:autoSpaceDE w:val="0"/>
              <w:autoSpaceDN w:val="0"/>
              <w:spacing w:before="76" w:after="0" w:line="245" w:lineRule="auto"/>
              <w:ind w:left="72" w:right="144"/>
              <w:rPr>
                <w:rFonts w:ascii="Times New Roman" w:eastAsia="Times New Roman" w:hAnsi="Times New Roman" w:cs="Times New Roman"/>
                <w:color w:val="000000"/>
                <w:w w:val="97"/>
                <w:sz w:val="24"/>
                <w:szCs w:val="24"/>
                <w:lang w:val="ru-RU"/>
              </w:rPr>
            </w:pPr>
          </w:p>
          <w:p w14:paraId="3A438F1C" w14:textId="77777777" w:rsidR="00244939" w:rsidRPr="00E30CCA" w:rsidRDefault="00244939" w:rsidP="00416C06">
            <w:pPr>
              <w:autoSpaceDE w:val="0"/>
              <w:autoSpaceDN w:val="0"/>
              <w:spacing w:before="76" w:after="0" w:line="245" w:lineRule="auto"/>
              <w:ind w:left="72" w:right="144"/>
              <w:rPr>
                <w:rFonts w:ascii="Times New Roman" w:eastAsia="Times New Roman" w:hAnsi="Times New Roman" w:cs="Times New Roman"/>
                <w:color w:val="000000"/>
                <w:w w:val="97"/>
                <w:sz w:val="24"/>
                <w:szCs w:val="24"/>
                <w:lang w:val="ru-RU"/>
              </w:rPr>
            </w:pPr>
          </w:p>
          <w:p w14:paraId="4CD60468" w14:textId="77777777" w:rsidR="00244939" w:rsidRPr="00E30CCA" w:rsidRDefault="00244939" w:rsidP="00416C06">
            <w:pPr>
              <w:autoSpaceDE w:val="0"/>
              <w:autoSpaceDN w:val="0"/>
              <w:spacing w:before="76" w:after="0" w:line="245" w:lineRule="auto"/>
              <w:ind w:left="72" w:right="144"/>
              <w:rPr>
                <w:rFonts w:ascii="Times New Roman" w:eastAsia="Times New Roman" w:hAnsi="Times New Roman" w:cs="Times New Roman"/>
                <w:color w:val="000000"/>
                <w:w w:val="97"/>
                <w:sz w:val="24"/>
                <w:szCs w:val="24"/>
                <w:lang w:val="ru-RU"/>
              </w:rPr>
            </w:pPr>
          </w:p>
          <w:p w14:paraId="4973DE73" w14:textId="77777777" w:rsidR="00244939" w:rsidRPr="00E30CCA" w:rsidRDefault="00244939" w:rsidP="00416C06">
            <w:pPr>
              <w:autoSpaceDE w:val="0"/>
              <w:autoSpaceDN w:val="0"/>
              <w:spacing w:before="76" w:after="0" w:line="245" w:lineRule="auto"/>
              <w:ind w:left="72" w:right="144"/>
              <w:rPr>
                <w:rFonts w:ascii="Times New Roman" w:eastAsia="Times New Roman" w:hAnsi="Times New Roman" w:cs="Times New Roman"/>
                <w:color w:val="000000"/>
                <w:w w:val="97"/>
                <w:sz w:val="24"/>
                <w:szCs w:val="24"/>
                <w:lang w:val="ru-RU"/>
              </w:rPr>
            </w:pPr>
          </w:p>
          <w:p w14:paraId="7D29C55B" w14:textId="77777777" w:rsidR="00244939" w:rsidRPr="00E30CCA" w:rsidRDefault="00244939" w:rsidP="00416C06">
            <w:pPr>
              <w:autoSpaceDE w:val="0"/>
              <w:autoSpaceDN w:val="0"/>
              <w:spacing w:before="76" w:after="0" w:line="245" w:lineRule="auto"/>
              <w:ind w:left="72" w:right="144"/>
              <w:rPr>
                <w:rFonts w:ascii="Times New Roman" w:eastAsia="Times New Roman" w:hAnsi="Times New Roman" w:cs="Times New Roman"/>
                <w:color w:val="000000"/>
                <w:w w:val="97"/>
                <w:sz w:val="24"/>
                <w:szCs w:val="24"/>
                <w:lang w:val="ru-RU"/>
              </w:rPr>
            </w:pPr>
          </w:p>
          <w:p w14:paraId="46851D42" w14:textId="77777777" w:rsidR="00244939" w:rsidRPr="00E30CCA" w:rsidRDefault="00244939" w:rsidP="00416C06">
            <w:pPr>
              <w:autoSpaceDE w:val="0"/>
              <w:autoSpaceDN w:val="0"/>
              <w:spacing w:before="76" w:after="0" w:line="245" w:lineRule="auto"/>
              <w:ind w:left="72" w:right="144"/>
              <w:rPr>
                <w:rFonts w:ascii="Times New Roman" w:hAnsi="Times New Roman" w:cs="Times New Roman"/>
                <w:sz w:val="24"/>
                <w:szCs w:val="24"/>
                <w:lang w:val="ru-RU"/>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C047B6" w14:textId="77777777" w:rsidR="00244939" w:rsidRPr="00E30CCA" w:rsidRDefault="00244939" w:rsidP="00416C06">
            <w:pPr>
              <w:autoSpaceDE w:val="0"/>
              <w:autoSpaceDN w:val="0"/>
              <w:spacing w:before="76"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A8C100C" w14:textId="77777777" w:rsidR="00244939" w:rsidRPr="00E30CCA" w:rsidRDefault="00244939" w:rsidP="00416C06">
            <w:pPr>
              <w:rPr>
                <w:rFonts w:ascii="Times New Roman" w:hAnsi="Times New Roman" w:cs="Times New Roman"/>
                <w:sz w:val="24"/>
                <w:szCs w:val="24"/>
              </w:rPr>
            </w:pPr>
          </w:p>
        </w:tc>
      </w:tr>
      <w:tr w:rsidR="00244939" w:rsidRPr="00E30CCA" w14:paraId="54A155D2"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E67DB"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3228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Ряд</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натуральных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чисел</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0C3C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37340"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91C7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E4EBC1"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4F04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Исследовать свойства натурального ряда, чисел 0 и 1 при сложении и умножении;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2B13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Диктант</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85EB51" w14:textId="77777777" w:rsidR="00244939" w:rsidRPr="00E30CCA" w:rsidRDefault="00244939" w:rsidP="00416C06">
            <w:pPr>
              <w:rPr>
                <w:rFonts w:ascii="Times New Roman" w:hAnsi="Times New Roman" w:cs="Times New Roman"/>
                <w:sz w:val="24"/>
                <w:szCs w:val="24"/>
              </w:rPr>
            </w:pPr>
          </w:p>
        </w:tc>
      </w:tr>
      <w:tr w:rsidR="00244939" w:rsidRPr="00E30CCA" w14:paraId="7686C832"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6397F"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89FA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Натуральный</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ряд</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D2377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4A7A47A"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5DD60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7BD9A"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61A39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Исследовать свойства натурального ряда, чисел 0 и 1 при сложении и умножении;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CDF89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Диктант</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C610FF" w14:textId="77777777" w:rsidR="00244939" w:rsidRPr="00E30CCA" w:rsidRDefault="00244939" w:rsidP="00416C06">
            <w:pPr>
              <w:rPr>
                <w:rFonts w:ascii="Times New Roman" w:hAnsi="Times New Roman" w:cs="Times New Roman"/>
                <w:sz w:val="24"/>
                <w:szCs w:val="24"/>
              </w:rPr>
            </w:pPr>
          </w:p>
        </w:tc>
      </w:tr>
      <w:tr w:rsidR="00244939" w:rsidRPr="00E30CCA" w14:paraId="6FC32443"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B23E5"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CDA3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Число</w:t>
            </w:r>
            <w:proofErr w:type="spellEnd"/>
            <w:r w:rsidRPr="00E30CCA">
              <w:rPr>
                <w:rFonts w:ascii="Times New Roman" w:eastAsia="Times New Roman" w:hAnsi="Times New Roman" w:cs="Times New Roman"/>
                <w:color w:val="221F1F"/>
                <w:w w:val="97"/>
                <w:sz w:val="24"/>
                <w:szCs w:val="24"/>
              </w:rPr>
              <w:t xml:space="preserve"> 0.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2D2C0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FEE886"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B50AC"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C290DA"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3BE82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Исследовать свойства натурального ряда, чисел 0 и 1 при сложении и умножении;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458B1D"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F6AFCE" w14:textId="77777777" w:rsidR="00244939" w:rsidRPr="00E30CCA" w:rsidRDefault="00244939" w:rsidP="00416C06">
            <w:pPr>
              <w:rPr>
                <w:rFonts w:ascii="Times New Roman" w:hAnsi="Times New Roman" w:cs="Times New Roman"/>
                <w:sz w:val="24"/>
                <w:szCs w:val="24"/>
              </w:rPr>
            </w:pPr>
          </w:p>
        </w:tc>
      </w:tr>
      <w:tr w:rsidR="00244939" w:rsidRPr="00E30CCA" w14:paraId="728E244B"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53018C"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1.5.</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6F354C"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Натуральные числа на координатной прямой.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C6B7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4942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0515D4"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3488D"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2F73B"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Изображать координатную прямую, отмечать числа точками на координатной прямой, находить координаты точки;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F35A24"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D5EA66" w14:textId="77777777" w:rsidR="00244939" w:rsidRPr="00E30CCA" w:rsidRDefault="00244939" w:rsidP="00416C06">
            <w:pPr>
              <w:rPr>
                <w:rFonts w:ascii="Times New Roman" w:hAnsi="Times New Roman" w:cs="Times New Roman"/>
                <w:sz w:val="24"/>
                <w:szCs w:val="24"/>
              </w:rPr>
            </w:pPr>
          </w:p>
        </w:tc>
      </w:tr>
      <w:tr w:rsidR="00244939" w:rsidRPr="00E30CCA" w14:paraId="580FAF2E" w14:textId="77777777" w:rsidTr="00416C06">
        <w:trPr>
          <w:trHeight w:hRule="exact" w:val="5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1337E6"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1.6.</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446B3"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Сравнение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округлениенатуральных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чисел</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91A3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EA97D"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8D22A"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3601D"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AFD9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Использовать правило округления натуральных чисел;</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0825F"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6469C" w14:textId="77777777" w:rsidR="00244939" w:rsidRPr="00E30CCA" w:rsidRDefault="00244939" w:rsidP="00416C06">
            <w:pPr>
              <w:rPr>
                <w:rFonts w:ascii="Times New Roman" w:hAnsi="Times New Roman" w:cs="Times New Roman"/>
                <w:sz w:val="24"/>
                <w:szCs w:val="24"/>
              </w:rPr>
            </w:pPr>
          </w:p>
        </w:tc>
      </w:tr>
      <w:tr w:rsidR="00244939" w:rsidRPr="00E30CCA" w14:paraId="529192C6"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04FC0"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1.7.</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06300" w14:textId="77777777" w:rsidR="00244939" w:rsidRPr="00E30CCA" w:rsidRDefault="00244939" w:rsidP="00416C06">
            <w:pPr>
              <w:autoSpaceDE w:val="0"/>
              <w:autoSpaceDN w:val="0"/>
              <w:spacing w:before="78" w:after="0" w:line="245" w:lineRule="auto"/>
              <w:ind w:left="72" w:right="100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Арифметические действия с натуральными числами.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2C05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A363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BF40E3"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291AEF"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FB0DD4" w14:textId="77777777" w:rsidR="00244939" w:rsidRPr="00E30CCA" w:rsidRDefault="00244939" w:rsidP="00416C06">
            <w:pPr>
              <w:autoSpaceDE w:val="0"/>
              <w:autoSpaceDN w:val="0"/>
              <w:spacing w:before="78"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Выполнять арифметические действия с натуральными числами, вычислять значения числовых выражений со скобками и без скобок;</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4E510A"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87AA00" w14:textId="77777777" w:rsidR="00244939" w:rsidRPr="00E30CCA" w:rsidRDefault="00244939" w:rsidP="00416C06">
            <w:pPr>
              <w:rPr>
                <w:rFonts w:ascii="Times New Roman" w:hAnsi="Times New Roman" w:cs="Times New Roman"/>
                <w:sz w:val="24"/>
                <w:szCs w:val="24"/>
              </w:rPr>
            </w:pPr>
          </w:p>
        </w:tc>
      </w:tr>
      <w:tr w:rsidR="00244939" w:rsidRPr="00E30CCA" w14:paraId="22B1F905" w14:textId="77777777" w:rsidTr="00416C06">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8886D"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1.8.</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696EB" w14:textId="77777777" w:rsidR="00244939" w:rsidRPr="00E30CCA" w:rsidRDefault="00244939" w:rsidP="00416C06">
            <w:pPr>
              <w:autoSpaceDE w:val="0"/>
              <w:autoSpaceDN w:val="0"/>
              <w:spacing w:before="76" w:after="0" w:line="250" w:lineRule="auto"/>
              <w:ind w:left="72" w:right="576"/>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 xml:space="preserve">Свойства нуля при сложении и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221F1F"/>
                <w:w w:val="97"/>
                <w:sz w:val="24"/>
                <w:szCs w:val="24"/>
                <w:lang w:val="ru-RU"/>
              </w:rPr>
              <w:t>умножении, свойства единицы при умножении.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E8564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23E95"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677F5F"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8E1D8E"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109358"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Выполнять арифметические действия с натуральными числами, вычислять значения числовых выражений со скобками и без скобок;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Выполнять прикидку и оценку значений числовых выражений, предлагать и применять приёмы проверки вычислений;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1911A"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586F47" w14:textId="77777777" w:rsidR="00244939" w:rsidRPr="00E30CCA" w:rsidRDefault="00244939" w:rsidP="00416C06">
            <w:pPr>
              <w:rPr>
                <w:rFonts w:ascii="Times New Roman" w:hAnsi="Times New Roman" w:cs="Times New Roman"/>
                <w:sz w:val="24"/>
                <w:szCs w:val="24"/>
              </w:rPr>
            </w:pPr>
          </w:p>
        </w:tc>
      </w:tr>
      <w:tr w:rsidR="00244939" w:rsidRPr="00E30CCA" w14:paraId="663842F2" w14:textId="77777777" w:rsidTr="00416C06">
        <w:trPr>
          <w:trHeight w:hRule="exact" w:val="109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B02F8"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1.9.</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DA8E0"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 xml:space="preserve">Переместительное и сочетательное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221F1F"/>
                <w:w w:val="97"/>
                <w:sz w:val="24"/>
                <w:szCs w:val="24"/>
                <w:lang w:val="ru-RU"/>
              </w:rPr>
              <w:t xml:space="preserve">свойства сложения и умножения,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221F1F"/>
                <w:w w:val="97"/>
                <w:sz w:val="24"/>
                <w:szCs w:val="24"/>
                <w:lang w:val="ru-RU"/>
              </w:rPr>
              <w:t>распределительное свойство умножения.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48FD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EEE54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DA04A"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B2122"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2DEB5" w14:textId="77777777" w:rsidR="00244939" w:rsidRPr="00E30CCA" w:rsidRDefault="00244939" w:rsidP="00416C06">
            <w:pPr>
              <w:autoSpaceDE w:val="0"/>
              <w:autoSpaceDN w:val="0"/>
              <w:spacing w:before="76"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Формулировать и применять правила преобразования числовых выражений на основе свойств арифметических действий;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F698EC"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58767" w14:textId="77777777" w:rsidR="00244939" w:rsidRPr="00E30CCA" w:rsidRDefault="00244939" w:rsidP="00416C06">
            <w:pPr>
              <w:rPr>
                <w:rFonts w:ascii="Times New Roman" w:hAnsi="Times New Roman" w:cs="Times New Roman"/>
                <w:sz w:val="24"/>
                <w:szCs w:val="24"/>
              </w:rPr>
            </w:pPr>
          </w:p>
        </w:tc>
      </w:tr>
      <w:tr w:rsidR="00244939" w:rsidRPr="00E30CCA" w14:paraId="17932F7E" w14:textId="77777777" w:rsidTr="00416C06">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14:paraId="176D3787"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1.10.</w:t>
            </w:r>
          </w:p>
        </w:tc>
        <w:tc>
          <w:tcPr>
            <w:tcW w:w="3014" w:type="dxa"/>
            <w:tcBorders>
              <w:top w:val="single" w:sz="4" w:space="0" w:color="000000"/>
              <w:left w:val="single" w:sz="4" w:space="0" w:color="000000"/>
              <w:bottom w:val="single" w:sz="5" w:space="0" w:color="000000"/>
              <w:right w:val="single" w:sz="4" w:space="0" w:color="000000"/>
            </w:tcBorders>
            <w:tcMar>
              <w:left w:w="0" w:type="dxa"/>
              <w:right w:w="0" w:type="dxa"/>
            </w:tcMar>
          </w:tcPr>
          <w:p w14:paraId="53F7E1F3" w14:textId="77777777" w:rsidR="00244939" w:rsidRPr="00E30CCA" w:rsidRDefault="00244939" w:rsidP="00416C06">
            <w:pPr>
              <w:autoSpaceDE w:val="0"/>
              <w:autoSpaceDN w:val="0"/>
              <w:spacing w:before="78"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Делители и кратные числа, разложение числа на множители.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67A4120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14:paraId="1C555058"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14:paraId="0FF80EB9"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14:paraId="3A597F03"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5" w:space="0" w:color="000000"/>
              <w:right w:val="single" w:sz="4" w:space="0" w:color="000000"/>
            </w:tcBorders>
            <w:tcMar>
              <w:left w:w="0" w:type="dxa"/>
              <w:right w:w="0" w:type="dxa"/>
            </w:tcMar>
          </w:tcPr>
          <w:p w14:paraId="166A6B96" w14:textId="77777777" w:rsidR="00244939" w:rsidRPr="00E30CCA" w:rsidRDefault="00244939" w:rsidP="00416C06">
            <w:pPr>
              <w:autoSpaceDE w:val="0"/>
              <w:autoSpaceDN w:val="0"/>
              <w:spacing w:before="78"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алгоритм разложения числа на простые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множители; находить остатки от деления и неполное частное;</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14:paraId="0BAE16A3" w14:textId="77777777" w:rsidR="00244939" w:rsidRPr="00E30CCA" w:rsidRDefault="00244939" w:rsidP="00416C06">
            <w:pPr>
              <w:autoSpaceDE w:val="0"/>
              <w:autoSpaceDN w:val="0"/>
              <w:spacing w:before="78"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14:paraId="30A72715" w14:textId="77777777" w:rsidR="00244939" w:rsidRPr="00E30CCA" w:rsidRDefault="00244939" w:rsidP="00416C06">
            <w:pPr>
              <w:rPr>
                <w:rFonts w:ascii="Times New Roman" w:hAnsi="Times New Roman" w:cs="Times New Roman"/>
                <w:sz w:val="24"/>
                <w:szCs w:val="24"/>
              </w:rPr>
            </w:pPr>
          </w:p>
        </w:tc>
      </w:tr>
      <w:tr w:rsidR="00244939" w:rsidRPr="00E30CCA" w14:paraId="6946535B" w14:textId="77777777" w:rsidTr="00416C06">
        <w:trPr>
          <w:trHeight w:hRule="exact" w:val="540"/>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14:paraId="0491A69B" w14:textId="77777777" w:rsidR="00244939" w:rsidRPr="00E30CCA" w:rsidRDefault="00244939" w:rsidP="00416C06">
            <w:pPr>
              <w:autoSpaceDE w:val="0"/>
              <w:autoSpaceDN w:val="0"/>
              <w:spacing w:before="74"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1.11.</w:t>
            </w:r>
          </w:p>
        </w:tc>
        <w:tc>
          <w:tcPr>
            <w:tcW w:w="3014" w:type="dxa"/>
            <w:tcBorders>
              <w:top w:val="single" w:sz="5" w:space="0" w:color="000000"/>
              <w:left w:val="single" w:sz="4" w:space="0" w:color="000000"/>
              <w:bottom w:val="single" w:sz="4" w:space="0" w:color="000000"/>
              <w:right w:val="single" w:sz="4" w:space="0" w:color="000000"/>
            </w:tcBorders>
            <w:tcMar>
              <w:left w:w="0" w:type="dxa"/>
              <w:right w:w="0" w:type="dxa"/>
            </w:tcMar>
          </w:tcPr>
          <w:p w14:paraId="62B133C4" w14:textId="77777777" w:rsidR="00244939" w:rsidRPr="00E30CCA" w:rsidRDefault="00244939" w:rsidP="00416C06">
            <w:pPr>
              <w:autoSpaceDE w:val="0"/>
              <w:autoSpaceDN w:val="0"/>
              <w:spacing w:before="74"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Деление</w:t>
            </w:r>
            <w:proofErr w:type="spellEnd"/>
            <w:r w:rsidRPr="00E30CCA">
              <w:rPr>
                <w:rFonts w:ascii="Times New Roman" w:eastAsia="Times New Roman" w:hAnsi="Times New Roman" w:cs="Times New Roman"/>
                <w:color w:val="000000"/>
                <w:w w:val="97"/>
                <w:sz w:val="24"/>
                <w:szCs w:val="24"/>
              </w:rPr>
              <w:t xml:space="preserve"> с </w:t>
            </w:r>
            <w:proofErr w:type="spellStart"/>
            <w:r w:rsidRPr="00E30CCA">
              <w:rPr>
                <w:rFonts w:ascii="Times New Roman" w:eastAsia="Times New Roman" w:hAnsi="Times New Roman" w:cs="Times New Roman"/>
                <w:color w:val="000000"/>
                <w:w w:val="97"/>
                <w:sz w:val="24"/>
                <w:szCs w:val="24"/>
              </w:rPr>
              <w:t>остатком</w:t>
            </w:r>
            <w:proofErr w:type="spellEnd"/>
            <w:r w:rsidRPr="00E30CCA">
              <w:rPr>
                <w:rFonts w:ascii="Times New Roman" w:eastAsia="Times New Roman" w:hAnsi="Times New Roman" w:cs="Times New Roman"/>
                <w:color w:val="000000"/>
                <w:w w:val="97"/>
                <w:sz w:val="24"/>
                <w:szCs w:val="24"/>
              </w:rPr>
              <w:t xml:space="preserve">. </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14:paraId="431BCD88" w14:textId="77777777" w:rsidR="00244939" w:rsidRPr="00E30CCA" w:rsidRDefault="00244939" w:rsidP="00416C06">
            <w:pPr>
              <w:autoSpaceDE w:val="0"/>
              <w:autoSpaceDN w:val="0"/>
              <w:spacing w:before="74"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14:paraId="1CA8A064" w14:textId="77777777" w:rsidR="00244939" w:rsidRPr="00E30CCA" w:rsidRDefault="00244939" w:rsidP="00416C06">
            <w:pPr>
              <w:rPr>
                <w:rFonts w:ascii="Times New Roman" w:hAnsi="Times New Roman" w:cs="Times New Roman"/>
                <w:sz w:val="24"/>
                <w:szCs w:val="24"/>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14:paraId="0C1DE8D5" w14:textId="77777777" w:rsidR="00244939" w:rsidRPr="00E30CCA" w:rsidRDefault="00244939" w:rsidP="00416C06">
            <w:pPr>
              <w:rPr>
                <w:rFonts w:ascii="Times New Roman" w:hAnsi="Times New Roman" w:cs="Times New Roman"/>
                <w:sz w:val="24"/>
                <w:szCs w:val="24"/>
              </w:rPr>
            </w:pP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14:paraId="7279F84F" w14:textId="77777777" w:rsidR="00244939" w:rsidRPr="00E30CCA" w:rsidRDefault="00244939" w:rsidP="00416C06">
            <w:pPr>
              <w:rPr>
                <w:rFonts w:ascii="Times New Roman" w:hAnsi="Times New Roman" w:cs="Times New Roman"/>
                <w:sz w:val="24"/>
                <w:szCs w:val="24"/>
              </w:rPr>
            </w:pPr>
          </w:p>
        </w:tc>
        <w:tc>
          <w:tcPr>
            <w:tcW w:w="5980" w:type="dxa"/>
            <w:tcBorders>
              <w:top w:val="single" w:sz="5" w:space="0" w:color="000000"/>
              <w:left w:val="single" w:sz="4" w:space="0" w:color="000000"/>
              <w:bottom w:val="single" w:sz="4" w:space="0" w:color="000000"/>
              <w:right w:val="single" w:sz="4" w:space="0" w:color="000000"/>
            </w:tcBorders>
            <w:tcMar>
              <w:left w:w="0" w:type="dxa"/>
              <w:right w:w="0" w:type="dxa"/>
            </w:tcMar>
          </w:tcPr>
          <w:p w14:paraId="4C37F319" w14:textId="77777777" w:rsidR="00244939" w:rsidRPr="00E30CCA" w:rsidRDefault="00244939" w:rsidP="00416C06">
            <w:pPr>
              <w:autoSpaceDE w:val="0"/>
              <w:autoSpaceDN w:val="0"/>
              <w:spacing w:before="74"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Выполнять арифметические действия с натуральными числами, вычислять значения числовых выражений со скобками и без скобок;</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14:paraId="1975DE6D" w14:textId="77777777" w:rsidR="00244939" w:rsidRPr="00E30CCA" w:rsidRDefault="00244939" w:rsidP="00416C06">
            <w:pPr>
              <w:autoSpaceDE w:val="0"/>
              <w:autoSpaceDN w:val="0"/>
              <w:spacing w:before="74"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14:paraId="59E2B4FE" w14:textId="77777777" w:rsidR="00244939" w:rsidRPr="00E30CCA" w:rsidRDefault="00244939" w:rsidP="00416C06">
            <w:pPr>
              <w:rPr>
                <w:rFonts w:ascii="Times New Roman" w:hAnsi="Times New Roman" w:cs="Times New Roman"/>
                <w:sz w:val="24"/>
                <w:szCs w:val="24"/>
              </w:rPr>
            </w:pPr>
          </w:p>
        </w:tc>
      </w:tr>
      <w:tr w:rsidR="00244939" w:rsidRPr="00E30CCA" w14:paraId="518DDEF5" w14:textId="77777777" w:rsidTr="00416C06">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F8B727"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73EFD"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Простые</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составные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числа</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8585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2A334"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7BDD6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E8A3C2"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DF3B4B" w14:textId="77777777" w:rsidR="00244939" w:rsidRPr="00E30CCA" w:rsidRDefault="00244939" w:rsidP="00416C06">
            <w:pPr>
              <w:autoSpaceDE w:val="0"/>
              <w:autoSpaceDN w:val="0"/>
              <w:spacing w:before="76" w:after="0" w:line="245" w:lineRule="auto"/>
              <w:ind w:left="72" w:right="720"/>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Выполнять прикидку и оценку значений числовых выражений, предлагать и применять приёмы проверки вычислений;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282CA"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0515C" w14:textId="77777777" w:rsidR="00244939" w:rsidRPr="00E30CCA" w:rsidRDefault="00244939" w:rsidP="00416C06">
            <w:pPr>
              <w:rPr>
                <w:rFonts w:ascii="Times New Roman" w:hAnsi="Times New Roman" w:cs="Times New Roman"/>
                <w:sz w:val="24"/>
                <w:szCs w:val="24"/>
              </w:rPr>
            </w:pPr>
          </w:p>
        </w:tc>
      </w:tr>
    </w:tbl>
    <w:p w14:paraId="4AAF411C"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40619C6C" w14:textId="77777777" w:rsidR="00244939" w:rsidRPr="00E30CCA" w:rsidRDefault="00244939" w:rsidP="00244939">
      <w:pPr>
        <w:rPr>
          <w:rFonts w:ascii="Times New Roman" w:hAnsi="Times New Roman" w:cs="Times New Roman"/>
          <w:sz w:val="24"/>
          <w:szCs w:val="24"/>
        </w:rPr>
        <w:sectPr w:rsidR="00244939" w:rsidRPr="00E30CCA">
          <w:pgSz w:w="16840" w:h="11900"/>
          <w:pgMar w:top="282" w:right="640" w:bottom="682" w:left="666" w:header="720" w:footer="720" w:gutter="0"/>
          <w:cols w:space="720" w:equalWidth="0">
            <w:col w:w="15534" w:space="0"/>
          </w:cols>
          <w:docGrid w:linePitch="360"/>
        </w:sectPr>
      </w:pPr>
    </w:p>
    <w:p w14:paraId="7BBABF7C"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468"/>
        <w:gridCol w:w="3014"/>
        <w:gridCol w:w="528"/>
        <w:gridCol w:w="1106"/>
        <w:gridCol w:w="1140"/>
        <w:gridCol w:w="804"/>
        <w:gridCol w:w="5980"/>
        <w:gridCol w:w="1080"/>
        <w:gridCol w:w="1382"/>
      </w:tblGrid>
      <w:tr w:rsidR="00244939" w:rsidRPr="00E30CCA" w14:paraId="4F9ED248" w14:textId="77777777" w:rsidTr="00416C06">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0F999"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843EA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Признаки</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делимости</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на</w:t>
            </w:r>
            <w:proofErr w:type="spellEnd"/>
            <w:r w:rsidRPr="00E30CCA">
              <w:rPr>
                <w:rFonts w:ascii="Times New Roman" w:eastAsia="Times New Roman" w:hAnsi="Times New Roman" w:cs="Times New Roman"/>
                <w:color w:val="221F1F"/>
                <w:w w:val="97"/>
                <w:sz w:val="24"/>
                <w:szCs w:val="24"/>
              </w:rPr>
              <w:t xml:space="preserve"> 2, 5, 10, 3, 9.</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65090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18226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C2FCB"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253F2"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8B0C2F" w14:textId="77777777" w:rsidR="00244939" w:rsidRPr="00E30CCA" w:rsidRDefault="00244939" w:rsidP="00416C06">
            <w:pPr>
              <w:autoSpaceDE w:val="0"/>
              <w:autoSpaceDN w:val="0"/>
              <w:spacing w:before="78"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алгоритм разложения числа на простые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множители; находить остатки от деления и неполное частное;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5F336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Зачет</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44B9F6" w14:textId="77777777" w:rsidR="00244939" w:rsidRPr="00E30CCA" w:rsidRDefault="00244939" w:rsidP="00416C06">
            <w:pPr>
              <w:rPr>
                <w:rFonts w:ascii="Times New Roman" w:hAnsi="Times New Roman" w:cs="Times New Roman"/>
                <w:sz w:val="24"/>
                <w:szCs w:val="24"/>
              </w:rPr>
            </w:pPr>
          </w:p>
        </w:tc>
      </w:tr>
      <w:tr w:rsidR="00244939" w:rsidRPr="00E30CCA" w14:paraId="09667FA8"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F5EBAD"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F055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Степень</w:t>
            </w:r>
            <w:proofErr w:type="spellEnd"/>
            <w:r w:rsidRPr="00E30CCA">
              <w:rPr>
                <w:rFonts w:ascii="Times New Roman" w:eastAsia="Times New Roman" w:hAnsi="Times New Roman" w:cs="Times New Roman"/>
                <w:color w:val="221F1F"/>
                <w:w w:val="97"/>
                <w:sz w:val="24"/>
                <w:szCs w:val="24"/>
              </w:rPr>
              <w:t xml:space="preserve"> с </w:t>
            </w:r>
            <w:proofErr w:type="spellStart"/>
            <w:r w:rsidRPr="00E30CCA">
              <w:rPr>
                <w:rFonts w:ascii="Times New Roman" w:eastAsia="Times New Roman" w:hAnsi="Times New Roman" w:cs="Times New Roman"/>
                <w:color w:val="221F1F"/>
                <w:w w:val="97"/>
                <w:sz w:val="24"/>
                <w:szCs w:val="24"/>
              </w:rPr>
              <w:t>натуральным</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показателем</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BDA7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9634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C3207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C073F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E3170"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lang w:val="ru-RU"/>
              </w:rPr>
              <w:t xml:space="preserve">Записывать произведение в виде степени, читать степени, использовать терминологию </w:t>
            </w:r>
            <w:r w:rsidRPr="00E30CCA">
              <w:rPr>
                <w:rFonts w:ascii="Times New Roman" w:eastAsia="Times New Roman" w:hAnsi="Times New Roman" w:cs="Times New Roman"/>
                <w:color w:val="000000"/>
                <w:w w:val="97"/>
                <w:sz w:val="24"/>
                <w:szCs w:val="24"/>
              </w:rPr>
              <w:t>(</w:t>
            </w:r>
            <w:proofErr w:type="spellStart"/>
            <w:r w:rsidRPr="00E30CCA">
              <w:rPr>
                <w:rFonts w:ascii="Times New Roman" w:eastAsia="Times New Roman" w:hAnsi="Times New Roman" w:cs="Times New Roman"/>
                <w:color w:val="000000"/>
                <w:w w:val="97"/>
                <w:sz w:val="24"/>
                <w:szCs w:val="24"/>
              </w:rPr>
              <w:t>основание</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показатель</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вычислятьзначениястепеней</w:t>
            </w:r>
            <w:proofErr w:type="spellEnd"/>
            <w:r w:rsidRPr="00E30CCA">
              <w:rPr>
                <w:rFonts w:ascii="Times New Roman" w:eastAsia="Times New Roman" w:hAnsi="Times New Roman" w:cs="Times New Roman"/>
                <w:color w:val="000000"/>
                <w:w w:val="97"/>
                <w:sz w:val="24"/>
                <w:szCs w:val="24"/>
              </w:rPr>
              <w:t>;</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2B5394"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322FF3" w14:textId="77777777" w:rsidR="00244939" w:rsidRPr="00E30CCA" w:rsidRDefault="00244939" w:rsidP="00416C06">
            <w:pPr>
              <w:rPr>
                <w:rFonts w:ascii="Times New Roman" w:hAnsi="Times New Roman" w:cs="Times New Roman"/>
                <w:sz w:val="24"/>
                <w:szCs w:val="24"/>
              </w:rPr>
            </w:pPr>
          </w:p>
        </w:tc>
      </w:tr>
      <w:tr w:rsidR="00244939" w:rsidRPr="00E30CCA" w14:paraId="631410C2" w14:textId="77777777" w:rsidTr="00416C06">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C3C059B"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1.15.</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FE04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Числовые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выражения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порядок</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действий</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BDCE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95A2D1"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4082A"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9FDBE"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580444" w14:textId="77777777" w:rsidR="00244939" w:rsidRPr="00E30CCA" w:rsidRDefault="00244939" w:rsidP="00416C06">
            <w:pPr>
              <w:autoSpaceDE w:val="0"/>
              <w:autoSpaceDN w:val="0"/>
              <w:spacing w:before="78"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Выполнять прикидку и оценку значений числовых выражений, предлагать и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применять приёмы проверки вычислений;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Формулировать и применять правила преобразования числовых выражений на основе свойств арифметических действий;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A87EEC"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19E287" w14:textId="77777777" w:rsidR="00244939" w:rsidRPr="00E30CCA" w:rsidRDefault="00244939" w:rsidP="00416C06">
            <w:pPr>
              <w:rPr>
                <w:rFonts w:ascii="Times New Roman" w:hAnsi="Times New Roman" w:cs="Times New Roman"/>
                <w:sz w:val="24"/>
                <w:szCs w:val="24"/>
              </w:rPr>
            </w:pPr>
          </w:p>
        </w:tc>
      </w:tr>
      <w:tr w:rsidR="00244939" w:rsidRPr="00E30CCA" w14:paraId="6F8EE106"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3D9C4"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1.16.</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5EE46"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 xml:space="preserve">Решение текстовых задач на все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221F1F"/>
                <w:w w:val="97"/>
                <w:sz w:val="24"/>
                <w:szCs w:val="24"/>
                <w:lang w:val="ru-RU"/>
              </w:rPr>
              <w:t>арифметические действия, на движение и покупки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A2C48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75950D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8043D7"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B77E39"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7238EE"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Конструировать математические предложения с по мощью связок «и», «или», «если…, то…»;</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EF5C7"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9279BC0" w14:textId="77777777" w:rsidR="00244939" w:rsidRPr="00E30CCA" w:rsidRDefault="00244939" w:rsidP="00416C06">
            <w:pPr>
              <w:rPr>
                <w:rFonts w:ascii="Times New Roman" w:hAnsi="Times New Roman" w:cs="Times New Roman"/>
                <w:sz w:val="24"/>
                <w:szCs w:val="24"/>
              </w:rPr>
            </w:pPr>
          </w:p>
        </w:tc>
      </w:tr>
      <w:tr w:rsidR="00244939" w:rsidRPr="00E30CCA" w14:paraId="3440E10B"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5B9FE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137E4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E107B9"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F1FD14"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6BCEF"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0B0067" w14:textId="77777777" w:rsidR="00244939" w:rsidRPr="00E30CCA" w:rsidRDefault="00244939" w:rsidP="00416C06">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1B58B1"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266015" w14:textId="77777777" w:rsidR="00244939" w:rsidRPr="00E30CCA" w:rsidRDefault="00244939" w:rsidP="00416C06">
            <w:pPr>
              <w:rPr>
                <w:rFonts w:ascii="Times New Roman" w:hAnsi="Times New Roman" w:cs="Times New Roman"/>
                <w:sz w:val="24"/>
                <w:szCs w:val="24"/>
              </w:rPr>
            </w:pPr>
          </w:p>
        </w:tc>
      </w:tr>
      <w:tr w:rsidR="00244939" w:rsidRPr="009318F0" w14:paraId="600E49CB" w14:textId="77777777" w:rsidTr="00416C06">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38062D8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2. </w:t>
            </w:r>
            <w:r w:rsidRPr="00E30CCA">
              <w:rPr>
                <w:rFonts w:ascii="Times New Roman" w:eastAsia="Times New Roman" w:hAnsi="Times New Roman" w:cs="Times New Roman"/>
                <w:b/>
                <w:color w:val="221F1F"/>
                <w:w w:val="97"/>
                <w:sz w:val="24"/>
                <w:szCs w:val="24"/>
                <w:lang w:val="ru-RU"/>
              </w:rPr>
              <w:t>Наглядная геометрия. Линии на плоскости</w:t>
            </w:r>
          </w:p>
        </w:tc>
      </w:tr>
      <w:tr w:rsidR="00244939" w:rsidRPr="00E30CCA" w14:paraId="3B54538F"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1ED34"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65B26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Точка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прямая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отрезок</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луч</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7A742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61E35"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81B9A3"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BB68A6"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A7842" w14:textId="77777777" w:rsidR="00244939" w:rsidRPr="00E30CCA" w:rsidRDefault="00244939" w:rsidP="00416C06">
            <w:pPr>
              <w:autoSpaceDE w:val="0"/>
              <w:autoSpaceDN w:val="0"/>
              <w:spacing w:before="78" w:after="0" w:line="247"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42830"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6735C" w14:textId="77777777" w:rsidR="00244939" w:rsidRPr="00E30CCA" w:rsidRDefault="00244939" w:rsidP="00416C06">
            <w:pPr>
              <w:rPr>
                <w:rFonts w:ascii="Times New Roman" w:hAnsi="Times New Roman" w:cs="Times New Roman"/>
                <w:sz w:val="24"/>
                <w:szCs w:val="24"/>
              </w:rPr>
            </w:pPr>
          </w:p>
        </w:tc>
      </w:tr>
      <w:tr w:rsidR="00244939" w:rsidRPr="00E30CCA" w14:paraId="58688A58" w14:textId="77777777" w:rsidTr="00416C06">
        <w:trPr>
          <w:trHeight w:hRule="exact" w:val="5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66533"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51D9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Ломаная</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DB97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0811B97"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0C586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769FC"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99E634" w14:textId="77777777" w:rsidR="00244939" w:rsidRPr="00E30CCA" w:rsidRDefault="00244939" w:rsidP="00416C06">
            <w:pPr>
              <w:autoSpaceDE w:val="0"/>
              <w:autoSpaceDN w:val="0"/>
              <w:spacing w:before="78" w:after="0" w:line="245" w:lineRule="auto"/>
              <w:ind w:left="72" w:right="576"/>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Распознавать, приводить примеры объектов реального мира, имеющих форму изученных фигур, оценивать их линейные размеры;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123E5"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ADB37" w14:textId="77777777" w:rsidR="00244939" w:rsidRPr="00E30CCA" w:rsidRDefault="00244939" w:rsidP="00416C06">
            <w:pPr>
              <w:rPr>
                <w:rFonts w:ascii="Times New Roman" w:hAnsi="Times New Roman" w:cs="Times New Roman"/>
                <w:sz w:val="24"/>
                <w:szCs w:val="24"/>
              </w:rPr>
            </w:pPr>
          </w:p>
        </w:tc>
      </w:tr>
      <w:tr w:rsidR="00244939" w:rsidRPr="00E30CCA" w14:paraId="27C88292"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90491C"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17A4E" w14:textId="77777777" w:rsidR="00244939" w:rsidRPr="00E30CCA" w:rsidRDefault="00244939" w:rsidP="00416C06">
            <w:pPr>
              <w:autoSpaceDE w:val="0"/>
              <w:autoSpaceDN w:val="0"/>
              <w:spacing w:before="78"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Измерение длины отрезка, метрические единицы измерения длины.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CDF8F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3D44A5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357B38"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C4FE58"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E382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Вычислять</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длины</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отрезков</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ломаных</w:t>
            </w:r>
            <w:proofErr w:type="spellEnd"/>
            <w:r w:rsidRPr="00E30CCA">
              <w:rPr>
                <w:rFonts w:ascii="Times New Roman" w:eastAsia="Times New Roman" w:hAnsi="Times New Roman" w:cs="Times New Roman"/>
                <w:color w:val="000000"/>
                <w:w w:val="97"/>
                <w:sz w:val="24"/>
                <w:szCs w:val="24"/>
              </w:rPr>
              <w:t>;</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9C32BD"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353F3" w14:textId="77777777" w:rsidR="00244939" w:rsidRPr="00E30CCA" w:rsidRDefault="00244939" w:rsidP="00416C06">
            <w:pPr>
              <w:rPr>
                <w:rFonts w:ascii="Times New Roman" w:hAnsi="Times New Roman" w:cs="Times New Roman"/>
                <w:sz w:val="24"/>
                <w:szCs w:val="24"/>
              </w:rPr>
            </w:pPr>
          </w:p>
        </w:tc>
      </w:tr>
      <w:tr w:rsidR="00244939" w:rsidRPr="00E30CCA" w14:paraId="5362F0F4"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5E717"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BF453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Окружность</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круг</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ED2A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7426B0"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FCF57E"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62CE85"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99A5CD"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алгоритмы построения;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A6916"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1E5300" w14:textId="77777777" w:rsidR="00244939" w:rsidRPr="00E30CCA" w:rsidRDefault="00244939" w:rsidP="00416C06">
            <w:pPr>
              <w:rPr>
                <w:rFonts w:ascii="Times New Roman" w:hAnsi="Times New Roman" w:cs="Times New Roman"/>
                <w:sz w:val="24"/>
                <w:szCs w:val="24"/>
              </w:rPr>
            </w:pPr>
          </w:p>
        </w:tc>
      </w:tr>
      <w:tr w:rsidR="00244939" w:rsidRPr="00E30CCA" w14:paraId="477952EC"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C2A533"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2.5.</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83FDC" w14:textId="77777777" w:rsidR="00244939" w:rsidRPr="00E30CCA" w:rsidRDefault="00244939" w:rsidP="00416C06">
            <w:pPr>
              <w:autoSpaceDE w:val="0"/>
              <w:autoSpaceDN w:val="0"/>
              <w:spacing w:before="76"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Практическая работа «Построение узора из окружностей».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6CCD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C2500"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437E1" w14:textId="77777777" w:rsidR="00244939" w:rsidRPr="00E30CCA" w:rsidRDefault="00244939" w:rsidP="00416C06">
            <w:pPr>
              <w:autoSpaceDE w:val="0"/>
              <w:autoSpaceDN w:val="0"/>
              <w:spacing w:before="76" w:after="0" w:line="233" w:lineRule="auto"/>
              <w:ind w:left="74"/>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0AC80"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6646B"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алгоритмы построения;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D74660"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Практическаяработа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37AC2" w14:textId="77777777" w:rsidR="00244939" w:rsidRPr="00E30CCA" w:rsidRDefault="00244939" w:rsidP="00416C06">
            <w:pPr>
              <w:rPr>
                <w:rFonts w:ascii="Times New Roman" w:hAnsi="Times New Roman" w:cs="Times New Roman"/>
                <w:sz w:val="24"/>
                <w:szCs w:val="24"/>
              </w:rPr>
            </w:pPr>
          </w:p>
        </w:tc>
      </w:tr>
      <w:tr w:rsidR="00244939" w:rsidRPr="00E30CCA" w14:paraId="30853249"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6EF7B0"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2.6.</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0C72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Угол</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4B6B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262C0B4"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87BE60"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9F3BA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1044E" w14:textId="77777777" w:rsidR="00244939" w:rsidRPr="00E30CCA" w:rsidRDefault="00244939" w:rsidP="00416C06">
            <w:pPr>
              <w:autoSpaceDE w:val="0"/>
              <w:autoSpaceDN w:val="0"/>
              <w:spacing w:before="78" w:after="0" w:line="247"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F27D5"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80E30" w14:textId="77777777" w:rsidR="00244939" w:rsidRPr="00E30CCA" w:rsidRDefault="00244939" w:rsidP="00416C06">
            <w:pPr>
              <w:rPr>
                <w:rFonts w:ascii="Times New Roman" w:hAnsi="Times New Roman" w:cs="Times New Roman"/>
                <w:sz w:val="24"/>
                <w:szCs w:val="24"/>
              </w:rPr>
            </w:pPr>
          </w:p>
        </w:tc>
      </w:tr>
      <w:tr w:rsidR="00244939" w:rsidRPr="00E30CCA" w14:paraId="41EF0323" w14:textId="77777777" w:rsidTr="00416C06">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14:paraId="00E6F543"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2.7.</w:t>
            </w:r>
          </w:p>
        </w:tc>
        <w:tc>
          <w:tcPr>
            <w:tcW w:w="3014" w:type="dxa"/>
            <w:tcBorders>
              <w:top w:val="single" w:sz="4" w:space="0" w:color="000000"/>
              <w:left w:val="single" w:sz="4" w:space="0" w:color="000000"/>
              <w:bottom w:val="single" w:sz="5" w:space="0" w:color="000000"/>
              <w:right w:val="single" w:sz="4" w:space="0" w:color="000000"/>
            </w:tcBorders>
            <w:tcMar>
              <w:left w:w="0" w:type="dxa"/>
              <w:right w:w="0" w:type="dxa"/>
            </w:tcMar>
          </w:tcPr>
          <w:p w14:paraId="375BBD8B" w14:textId="77777777" w:rsidR="00244939" w:rsidRPr="00E30CCA" w:rsidRDefault="00244939" w:rsidP="00416C06">
            <w:pPr>
              <w:autoSpaceDE w:val="0"/>
              <w:autoSpaceDN w:val="0"/>
              <w:spacing w:before="78"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Прямой, острый, тупой и развёрнутый углы.</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55834BC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14:paraId="28FFAF4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14:paraId="73F4B672"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14:paraId="0E082A54"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5" w:space="0" w:color="000000"/>
              <w:right w:val="single" w:sz="4" w:space="0" w:color="000000"/>
            </w:tcBorders>
            <w:tcMar>
              <w:left w:w="0" w:type="dxa"/>
              <w:right w:w="0" w:type="dxa"/>
            </w:tcMar>
          </w:tcPr>
          <w:p w14:paraId="6A4C962E" w14:textId="77777777" w:rsidR="00244939" w:rsidRPr="00E30CCA" w:rsidRDefault="00244939" w:rsidP="00416C06">
            <w:pPr>
              <w:autoSpaceDE w:val="0"/>
              <w:autoSpaceDN w:val="0"/>
              <w:spacing w:before="78"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14:paraId="172A4F5C"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14:paraId="4D333E6F" w14:textId="77777777" w:rsidR="00244939" w:rsidRPr="00E30CCA" w:rsidRDefault="00244939" w:rsidP="00416C06">
            <w:pPr>
              <w:rPr>
                <w:rFonts w:ascii="Times New Roman" w:hAnsi="Times New Roman" w:cs="Times New Roman"/>
                <w:sz w:val="24"/>
                <w:szCs w:val="24"/>
              </w:rPr>
            </w:pPr>
          </w:p>
        </w:tc>
      </w:tr>
      <w:tr w:rsidR="00244939" w:rsidRPr="00E30CCA" w14:paraId="13449125" w14:textId="77777777" w:rsidTr="00416C06">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14:paraId="09583541" w14:textId="77777777" w:rsidR="00244939" w:rsidRPr="00E30CCA" w:rsidRDefault="00244939" w:rsidP="00416C06">
            <w:pPr>
              <w:autoSpaceDE w:val="0"/>
              <w:autoSpaceDN w:val="0"/>
              <w:spacing w:before="74"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2.8.</w:t>
            </w:r>
          </w:p>
        </w:tc>
        <w:tc>
          <w:tcPr>
            <w:tcW w:w="3014" w:type="dxa"/>
            <w:tcBorders>
              <w:top w:val="single" w:sz="5" w:space="0" w:color="000000"/>
              <w:left w:val="single" w:sz="4" w:space="0" w:color="000000"/>
              <w:bottom w:val="single" w:sz="4" w:space="0" w:color="000000"/>
              <w:right w:val="single" w:sz="4" w:space="0" w:color="000000"/>
            </w:tcBorders>
            <w:tcMar>
              <w:left w:w="0" w:type="dxa"/>
              <w:right w:w="0" w:type="dxa"/>
            </w:tcMar>
          </w:tcPr>
          <w:p w14:paraId="17FFA26F" w14:textId="77777777" w:rsidR="00244939" w:rsidRPr="00E30CCA" w:rsidRDefault="00244939" w:rsidP="00416C06">
            <w:pPr>
              <w:autoSpaceDE w:val="0"/>
              <w:autoSpaceDN w:val="0"/>
              <w:spacing w:before="74"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Измерение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углов</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14:paraId="4507290E" w14:textId="77777777" w:rsidR="00244939" w:rsidRPr="00E30CCA" w:rsidRDefault="00244939" w:rsidP="00416C06">
            <w:pPr>
              <w:autoSpaceDE w:val="0"/>
              <w:autoSpaceDN w:val="0"/>
              <w:spacing w:before="74"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14:paraId="3EBEE8C9" w14:textId="77777777" w:rsidR="00244939" w:rsidRPr="00E30CCA" w:rsidRDefault="00244939" w:rsidP="00416C06">
            <w:pPr>
              <w:rPr>
                <w:rFonts w:ascii="Times New Roman" w:hAnsi="Times New Roman" w:cs="Times New Roman"/>
                <w:sz w:val="24"/>
                <w:szCs w:val="24"/>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14:paraId="3CF533AC" w14:textId="77777777" w:rsidR="00244939" w:rsidRPr="00E30CCA" w:rsidRDefault="00244939" w:rsidP="00416C06">
            <w:pPr>
              <w:rPr>
                <w:rFonts w:ascii="Times New Roman" w:hAnsi="Times New Roman" w:cs="Times New Roman"/>
                <w:sz w:val="24"/>
                <w:szCs w:val="24"/>
              </w:rPr>
            </w:pP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14:paraId="25CC205B" w14:textId="77777777" w:rsidR="00244939" w:rsidRPr="00E30CCA" w:rsidRDefault="00244939" w:rsidP="00416C06">
            <w:pPr>
              <w:rPr>
                <w:rFonts w:ascii="Times New Roman" w:hAnsi="Times New Roman" w:cs="Times New Roman"/>
                <w:sz w:val="24"/>
                <w:szCs w:val="24"/>
              </w:rPr>
            </w:pPr>
          </w:p>
        </w:tc>
        <w:tc>
          <w:tcPr>
            <w:tcW w:w="5980" w:type="dxa"/>
            <w:tcBorders>
              <w:top w:val="single" w:sz="5" w:space="0" w:color="000000"/>
              <w:left w:val="single" w:sz="4" w:space="0" w:color="000000"/>
              <w:bottom w:val="single" w:sz="4" w:space="0" w:color="000000"/>
              <w:right w:val="single" w:sz="4" w:space="0" w:color="000000"/>
            </w:tcBorders>
            <w:tcMar>
              <w:left w:w="0" w:type="dxa"/>
              <w:right w:w="0" w:type="dxa"/>
            </w:tcMar>
          </w:tcPr>
          <w:p w14:paraId="230218DB" w14:textId="77777777" w:rsidR="00244939" w:rsidRPr="00E30CCA" w:rsidRDefault="00244939" w:rsidP="00416C06">
            <w:pPr>
              <w:autoSpaceDE w:val="0"/>
              <w:autoSpaceDN w:val="0"/>
              <w:spacing w:before="74"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14:paraId="22803C36" w14:textId="77777777" w:rsidR="00244939" w:rsidRPr="00E30CCA" w:rsidRDefault="00244939" w:rsidP="00416C06">
            <w:pPr>
              <w:autoSpaceDE w:val="0"/>
              <w:autoSpaceDN w:val="0"/>
              <w:spacing w:before="74"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14:paraId="2C92B55E" w14:textId="77777777" w:rsidR="00244939" w:rsidRPr="00E30CCA" w:rsidRDefault="00244939" w:rsidP="00416C06">
            <w:pPr>
              <w:rPr>
                <w:rFonts w:ascii="Times New Roman" w:hAnsi="Times New Roman" w:cs="Times New Roman"/>
                <w:sz w:val="24"/>
                <w:szCs w:val="24"/>
              </w:rPr>
            </w:pPr>
          </w:p>
        </w:tc>
      </w:tr>
      <w:tr w:rsidR="00244939" w:rsidRPr="00E30CCA" w14:paraId="54C945FF" w14:textId="77777777" w:rsidTr="00416C06">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81028C"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2.9.</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4B80FD"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 xml:space="preserve">Практическая работа «Построение </w:t>
            </w:r>
            <w:r w:rsidRPr="00E30CCA">
              <w:rPr>
                <w:rFonts w:ascii="Times New Roman" w:hAnsi="Times New Roman" w:cs="Times New Roman"/>
                <w:sz w:val="24"/>
                <w:szCs w:val="24"/>
                <w:lang w:val="ru-RU"/>
              </w:rPr>
              <w:br/>
            </w:r>
            <w:proofErr w:type="spellStart"/>
            <w:r w:rsidRPr="00E30CCA">
              <w:rPr>
                <w:rFonts w:ascii="Times New Roman" w:eastAsia="Times New Roman" w:hAnsi="Times New Roman" w:cs="Times New Roman"/>
                <w:color w:val="221F1F"/>
                <w:w w:val="97"/>
                <w:sz w:val="24"/>
                <w:szCs w:val="24"/>
                <w:lang w:val="ru-RU"/>
              </w:rPr>
              <w:t>углов»Практическая</w:t>
            </w:r>
            <w:proofErr w:type="spellEnd"/>
            <w:r w:rsidRPr="00E30CCA">
              <w:rPr>
                <w:rFonts w:ascii="Times New Roman" w:eastAsia="Times New Roman" w:hAnsi="Times New Roman" w:cs="Times New Roman"/>
                <w:color w:val="221F1F"/>
                <w:w w:val="97"/>
                <w:sz w:val="24"/>
                <w:szCs w:val="24"/>
                <w:lang w:val="ru-RU"/>
              </w:rPr>
              <w:t xml:space="preserve"> работа «Построение углов»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0325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3B90C6D"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E87FD" w14:textId="77777777" w:rsidR="00244939" w:rsidRPr="00E30CCA" w:rsidRDefault="00244939" w:rsidP="00416C06">
            <w:pPr>
              <w:autoSpaceDE w:val="0"/>
              <w:autoSpaceDN w:val="0"/>
              <w:spacing w:before="76" w:after="0" w:line="233" w:lineRule="auto"/>
              <w:ind w:left="74"/>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3DF50"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AAB0D8"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F0B76"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Практическаяработа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7822A" w14:textId="77777777" w:rsidR="00244939" w:rsidRPr="00E30CCA" w:rsidRDefault="00244939" w:rsidP="00416C06">
            <w:pPr>
              <w:rPr>
                <w:rFonts w:ascii="Times New Roman" w:hAnsi="Times New Roman" w:cs="Times New Roman"/>
                <w:sz w:val="24"/>
                <w:szCs w:val="24"/>
              </w:rPr>
            </w:pPr>
          </w:p>
        </w:tc>
      </w:tr>
    </w:tbl>
    <w:p w14:paraId="488F1F14"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35A81B22" w14:textId="77777777" w:rsidR="00244939" w:rsidRPr="00E30CCA" w:rsidRDefault="00244939" w:rsidP="00244939">
      <w:pPr>
        <w:rPr>
          <w:rFonts w:ascii="Times New Roman" w:hAnsi="Times New Roman" w:cs="Times New Roman"/>
          <w:sz w:val="24"/>
          <w:szCs w:val="24"/>
        </w:rPr>
        <w:sectPr w:rsidR="00244939" w:rsidRPr="00E30CCA">
          <w:pgSz w:w="16840" w:h="11900"/>
          <w:pgMar w:top="284" w:right="640" w:bottom="358" w:left="666" w:header="720" w:footer="720" w:gutter="0"/>
          <w:cols w:space="720" w:equalWidth="0">
            <w:col w:w="15534" w:space="0"/>
          </w:cols>
          <w:docGrid w:linePitch="360"/>
        </w:sectPr>
      </w:pPr>
    </w:p>
    <w:p w14:paraId="0D25AB2A"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468"/>
        <w:gridCol w:w="3014"/>
        <w:gridCol w:w="528"/>
        <w:gridCol w:w="1106"/>
        <w:gridCol w:w="1140"/>
        <w:gridCol w:w="804"/>
        <w:gridCol w:w="5980"/>
        <w:gridCol w:w="1080"/>
        <w:gridCol w:w="1382"/>
      </w:tblGrid>
      <w:tr w:rsidR="00244939" w:rsidRPr="00E30CCA" w14:paraId="342BF0E5"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242C7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CBCD7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72E05"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CD482A"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63EA3"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DC2B7" w14:textId="77777777" w:rsidR="00244939" w:rsidRPr="00E30CCA" w:rsidRDefault="00244939" w:rsidP="00416C06">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13B59A"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ACDF4" w14:textId="77777777" w:rsidR="00244939" w:rsidRPr="00E30CCA" w:rsidRDefault="00244939" w:rsidP="00416C06">
            <w:pPr>
              <w:rPr>
                <w:rFonts w:ascii="Times New Roman" w:hAnsi="Times New Roman" w:cs="Times New Roman"/>
                <w:sz w:val="24"/>
                <w:szCs w:val="24"/>
              </w:rPr>
            </w:pPr>
          </w:p>
        </w:tc>
      </w:tr>
      <w:tr w:rsidR="00244939" w:rsidRPr="00E30CCA" w14:paraId="6E42C19E" w14:textId="77777777" w:rsidTr="00416C06">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4C5405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3. </w:t>
            </w:r>
            <w:proofErr w:type="spellStart"/>
            <w:r w:rsidRPr="00E30CCA">
              <w:rPr>
                <w:rFonts w:ascii="Times New Roman" w:eastAsia="Times New Roman" w:hAnsi="Times New Roman" w:cs="Times New Roman"/>
                <w:b/>
                <w:color w:val="221F1F"/>
                <w:w w:val="97"/>
                <w:sz w:val="24"/>
                <w:szCs w:val="24"/>
              </w:rPr>
              <w:t>Обыкновенные</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дроби</w:t>
            </w:r>
            <w:proofErr w:type="spellEnd"/>
          </w:p>
        </w:tc>
      </w:tr>
      <w:tr w:rsidR="00244939" w:rsidRPr="00E30CCA" w14:paraId="3FE0E45C"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AAD15"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9EBAA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Дробь</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B38B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E6C7A9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A8853F"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0C7BCE"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F67757" w14:textId="77777777" w:rsidR="00244939" w:rsidRPr="00E30CCA" w:rsidRDefault="00244939" w:rsidP="00416C06">
            <w:pPr>
              <w:autoSpaceDE w:val="0"/>
              <w:autoSpaceDN w:val="0"/>
              <w:spacing w:before="78"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Читать и записывать, сравнивать обыкновенные дроби, предлагать, обосновывать и обсуждать способы упорядочивания дробей;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CEE7E"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61FDB" w14:textId="77777777" w:rsidR="00244939" w:rsidRPr="00E30CCA" w:rsidRDefault="00244939" w:rsidP="00416C06">
            <w:pPr>
              <w:rPr>
                <w:rFonts w:ascii="Times New Roman" w:hAnsi="Times New Roman" w:cs="Times New Roman"/>
                <w:sz w:val="24"/>
                <w:szCs w:val="24"/>
              </w:rPr>
            </w:pPr>
          </w:p>
        </w:tc>
      </w:tr>
      <w:tr w:rsidR="00244939" w:rsidRPr="00E30CCA" w14:paraId="03DF4DDA" w14:textId="77777777" w:rsidTr="00416C06">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A5620F"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AF9B9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Правильные</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неправильные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дроби</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F1986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E713E86"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88BF9"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E9B82"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C0B214" w14:textId="77777777" w:rsidR="00244939" w:rsidRPr="00E30CCA" w:rsidRDefault="00244939" w:rsidP="00416C06">
            <w:pPr>
              <w:autoSpaceDE w:val="0"/>
              <w:autoSpaceDN w:val="0"/>
              <w:spacing w:before="78"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Читать и записывать, сравнивать обыкновенные дроби, предлагать, обосновывать и обсуждать способы упорядочивания дробей;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Представлять смешанную дробь в виде неправильной и выделять целую часть числа из неправильной дроби;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7C79AA"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444C6" w14:textId="77777777" w:rsidR="00244939" w:rsidRPr="00E30CCA" w:rsidRDefault="00244939" w:rsidP="00416C06">
            <w:pPr>
              <w:rPr>
                <w:rFonts w:ascii="Times New Roman" w:hAnsi="Times New Roman" w:cs="Times New Roman"/>
                <w:sz w:val="24"/>
                <w:szCs w:val="24"/>
              </w:rPr>
            </w:pPr>
          </w:p>
        </w:tc>
      </w:tr>
      <w:tr w:rsidR="00244939" w:rsidRPr="00E30CCA" w14:paraId="040D797D"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A6995"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1344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Основноесвойство</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дроби</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EE3AC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52326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5274F"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A1E5E1"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FCBD09"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Формулировать, записывать с помощью букв основное свойство обыкновенной дроби; использовать основное свойство дроби для сокращения дробей и приведения дроби к новому знаменателю;</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CC302"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101FB2B" w14:textId="77777777" w:rsidR="00244939" w:rsidRPr="00E30CCA" w:rsidRDefault="00244939" w:rsidP="00416C06">
            <w:pPr>
              <w:rPr>
                <w:rFonts w:ascii="Times New Roman" w:hAnsi="Times New Roman" w:cs="Times New Roman"/>
                <w:sz w:val="24"/>
                <w:szCs w:val="24"/>
              </w:rPr>
            </w:pPr>
          </w:p>
        </w:tc>
      </w:tr>
      <w:tr w:rsidR="00244939" w:rsidRPr="00E30CCA" w14:paraId="52236C32"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3FA7439"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970F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Сравнение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дробей</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EBD4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FD33D"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C79677"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E41BC2"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09DB16" w14:textId="77777777" w:rsidR="00244939" w:rsidRPr="00E30CCA" w:rsidRDefault="00244939" w:rsidP="00416C06">
            <w:pPr>
              <w:autoSpaceDE w:val="0"/>
              <w:autoSpaceDN w:val="0"/>
              <w:spacing w:before="76"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Читать и записывать, сравнивать обыкновенные дроби, предлагать, обосновывать и обсуждать способы упорядочивания дробей;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6AD56"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D4ADFC" w14:textId="77777777" w:rsidR="00244939" w:rsidRPr="00E30CCA" w:rsidRDefault="00244939" w:rsidP="00416C06">
            <w:pPr>
              <w:rPr>
                <w:rFonts w:ascii="Times New Roman" w:hAnsi="Times New Roman" w:cs="Times New Roman"/>
                <w:sz w:val="24"/>
                <w:szCs w:val="24"/>
              </w:rPr>
            </w:pPr>
          </w:p>
        </w:tc>
      </w:tr>
      <w:tr w:rsidR="00244939" w:rsidRPr="00E30CCA" w14:paraId="730F899B"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A973A"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3.5.</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88567A" w14:textId="77777777" w:rsidR="00244939" w:rsidRPr="00E30CCA" w:rsidRDefault="00244939" w:rsidP="00416C06">
            <w:pPr>
              <w:autoSpaceDE w:val="0"/>
              <w:autoSpaceDN w:val="0"/>
              <w:spacing w:before="78"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Сложение и вычитание обыкновенных дробей.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A47F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576057"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7B762"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E2F2E9"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D92FC"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Выполнять арифметические действия с обыкновенными дробями; применять свойства арифметических действий для рационализации вычислений;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CAC2F"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64A5C" w14:textId="77777777" w:rsidR="00244939" w:rsidRPr="00E30CCA" w:rsidRDefault="00244939" w:rsidP="00416C06">
            <w:pPr>
              <w:rPr>
                <w:rFonts w:ascii="Times New Roman" w:hAnsi="Times New Roman" w:cs="Times New Roman"/>
                <w:sz w:val="24"/>
                <w:szCs w:val="24"/>
              </w:rPr>
            </w:pPr>
          </w:p>
        </w:tc>
      </w:tr>
      <w:tr w:rsidR="00244939" w:rsidRPr="00E30CCA" w14:paraId="784FF994"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EE583"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3.6.</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7A32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Смешанная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дробь</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1A59A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0EEDAC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4CB0AE"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2E49F"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A96055" w14:textId="77777777" w:rsidR="00244939" w:rsidRPr="00E30CCA" w:rsidRDefault="00244939" w:rsidP="00416C06">
            <w:pPr>
              <w:autoSpaceDE w:val="0"/>
              <w:autoSpaceDN w:val="0"/>
              <w:spacing w:before="78"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Представлять смешанную дробь в виде неправильной и выделять целую часть числа из неправильной дроби;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17C09"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605955" w14:textId="77777777" w:rsidR="00244939" w:rsidRPr="00E30CCA" w:rsidRDefault="00244939" w:rsidP="00416C06">
            <w:pPr>
              <w:rPr>
                <w:rFonts w:ascii="Times New Roman" w:hAnsi="Times New Roman" w:cs="Times New Roman"/>
                <w:sz w:val="24"/>
                <w:szCs w:val="24"/>
              </w:rPr>
            </w:pPr>
          </w:p>
        </w:tc>
      </w:tr>
      <w:tr w:rsidR="00244939" w:rsidRPr="00E30CCA" w14:paraId="720C598C" w14:textId="77777777" w:rsidTr="00416C06">
        <w:trPr>
          <w:trHeight w:hRule="exact" w:val="540"/>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14:paraId="2F268B97"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3.7.</w:t>
            </w:r>
          </w:p>
        </w:tc>
        <w:tc>
          <w:tcPr>
            <w:tcW w:w="3014" w:type="dxa"/>
            <w:tcBorders>
              <w:top w:val="single" w:sz="4" w:space="0" w:color="000000"/>
              <w:left w:val="single" w:sz="4" w:space="0" w:color="000000"/>
              <w:bottom w:val="single" w:sz="5" w:space="0" w:color="000000"/>
              <w:right w:val="single" w:sz="4" w:space="0" w:color="000000"/>
            </w:tcBorders>
            <w:tcMar>
              <w:left w:w="0" w:type="dxa"/>
              <w:right w:w="0" w:type="dxa"/>
            </w:tcMar>
          </w:tcPr>
          <w:p w14:paraId="74C5FE30" w14:textId="77777777" w:rsidR="00244939" w:rsidRPr="00E30CCA" w:rsidRDefault="00244939" w:rsidP="00416C06">
            <w:pPr>
              <w:autoSpaceDE w:val="0"/>
              <w:autoSpaceDN w:val="0"/>
              <w:spacing w:before="78"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Умножение и деление обыкновенных дробей; взаимно-обратные дроби.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6AB56B9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7</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14:paraId="4CECD53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14:paraId="34BCB7FC"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14:paraId="46EB14F0"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5" w:space="0" w:color="000000"/>
              <w:right w:val="single" w:sz="4" w:space="0" w:color="000000"/>
            </w:tcBorders>
            <w:tcMar>
              <w:left w:w="0" w:type="dxa"/>
              <w:right w:w="0" w:type="dxa"/>
            </w:tcMar>
          </w:tcPr>
          <w:p w14:paraId="438F2596"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Выполнять арифметические действия с обыкновенными дробями; применять свойства арифметических действий для рационализации вычислений;</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14:paraId="65A1C2A2"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14:paraId="09B4A436" w14:textId="77777777" w:rsidR="00244939" w:rsidRPr="00E30CCA" w:rsidRDefault="00244939" w:rsidP="00416C06">
            <w:pPr>
              <w:rPr>
                <w:rFonts w:ascii="Times New Roman" w:hAnsi="Times New Roman" w:cs="Times New Roman"/>
                <w:sz w:val="24"/>
                <w:szCs w:val="24"/>
              </w:rPr>
            </w:pPr>
          </w:p>
        </w:tc>
      </w:tr>
      <w:tr w:rsidR="00244939" w:rsidRPr="00E30CCA" w14:paraId="2B62593A" w14:textId="77777777" w:rsidTr="00416C06">
        <w:trPr>
          <w:trHeight w:hRule="exact" w:val="73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14:paraId="5ED436F6" w14:textId="77777777" w:rsidR="00244939" w:rsidRPr="00E30CCA" w:rsidRDefault="00244939" w:rsidP="00416C06">
            <w:pPr>
              <w:autoSpaceDE w:val="0"/>
              <w:autoSpaceDN w:val="0"/>
              <w:spacing w:before="76"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3.8.</w:t>
            </w:r>
          </w:p>
        </w:tc>
        <w:tc>
          <w:tcPr>
            <w:tcW w:w="3014" w:type="dxa"/>
            <w:tcBorders>
              <w:top w:val="single" w:sz="5" w:space="0" w:color="000000"/>
              <w:left w:val="single" w:sz="4" w:space="0" w:color="000000"/>
              <w:bottom w:val="single" w:sz="4" w:space="0" w:color="000000"/>
              <w:right w:val="single" w:sz="4" w:space="0" w:color="000000"/>
            </w:tcBorders>
            <w:tcMar>
              <w:left w:w="0" w:type="dxa"/>
              <w:right w:w="0" w:type="dxa"/>
            </w:tcMar>
          </w:tcPr>
          <w:p w14:paraId="0E4D52D0" w14:textId="77777777" w:rsidR="00244939" w:rsidRPr="00E30CCA" w:rsidRDefault="00244939" w:rsidP="00416C06">
            <w:pPr>
              <w:autoSpaceDE w:val="0"/>
              <w:autoSpaceDN w:val="0"/>
              <w:spacing w:before="76"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Решение текстовых задач, со держащих дроби.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14:paraId="476EA810"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4</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14:paraId="7B3257FC" w14:textId="77777777" w:rsidR="00244939" w:rsidRPr="00E30CCA" w:rsidRDefault="00244939" w:rsidP="00416C06">
            <w:pPr>
              <w:rPr>
                <w:rFonts w:ascii="Times New Roman" w:hAnsi="Times New Roman" w:cs="Times New Roman"/>
                <w:sz w:val="24"/>
                <w:szCs w:val="24"/>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14:paraId="55664725" w14:textId="77777777" w:rsidR="00244939" w:rsidRPr="00E30CCA" w:rsidRDefault="00244939" w:rsidP="00416C06">
            <w:pPr>
              <w:rPr>
                <w:rFonts w:ascii="Times New Roman" w:hAnsi="Times New Roman" w:cs="Times New Roman"/>
                <w:sz w:val="24"/>
                <w:szCs w:val="24"/>
              </w:rPr>
            </w:pP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14:paraId="4FC44629" w14:textId="77777777" w:rsidR="00244939" w:rsidRPr="00E30CCA" w:rsidRDefault="00244939" w:rsidP="00416C06">
            <w:pPr>
              <w:rPr>
                <w:rFonts w:ascii="Times New Roman" w:hAnsi="Times New Roman" w:cs="Times New Roman"/>
                <w:sz w:val="24"/>
                <w:szCs w:val="24"/>
              </w:rPr>
            </w:pPr>
          </w:p>
        </w:tc>
        <w:tc>
          <w:tcPr>
            <w:tcW w:w="5980" w:type="dxa"/>
            <w:tcBorders>
              <w:top w:val="single" w:sz="5" w:space="0" w:color="000000"/>
              <w:left w:val="single" w:sz="4" w:space="0" w:color="000000"/>
              <w:bottom w:val="single" w:sz="4" w:space="0" w:color="000000"/>
              <w:right w:val="single" w:sz="4" w:space="0" w:color="000000"/>
            </w:tcBorders>
            <w:tcMar>
              <w:left w:w="0" w:type="dxa"/>
              <w:right w:w="0" w:type="dxa"/>
            </w:tcMar>
          </w:tcPr>
          <w:p w14:paraId="37C46611"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Решать текстовые задачи, содержащие дробные данные, и задачи на нахождение части целого и целого по его части; выявлять их сходства и различия;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Моделировать ход решения задачи с помощью рисунка, схемы, таблицы;</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14:paraId="048C657C"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14:paraId="191DE838" w14:textId="77777777" w:rsidR="00244939" w:rsidRPr="00E30CCA" w:rsidRDefault="00244939" w:rsidP="00416C06">
            <w:pPr>
              <w:rPr>
                <w:rFonts w:ascii="Times New Roman" w:hAnsi="Times New Roman" w:cs="Times New Roman"/>
                <w:sz w:val="24"/>
                <w:szCs w:val="24"/>
              </w:rPr>
            </w:pPr>
          </w:p>
        </w:tc>
      </w:tr>
      <w:tr w:rsidR="00244939" w:rsidRPr="00E30CCA" w14:paraId="63AAD9B8"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5D857"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3.9.</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96C6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Основные за дачи на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CF98E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2ADE8A"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84C8B"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8D4671"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D41DA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Моделировать ход решения задачи с помощью рисунка, схемы, таблицы;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81E615"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6494BD" w14:textId="77777777" w:rsidR="00244939" w:rsidRPr="00E30CCA" w:rsidRDefault="00244939" w:rsidP="00416C06">
            <w:pPr>
              <w:rPr>
                <w:rFonts w:ascii="Times New Roman" w:hAnsi="Times New Roman" w:cs="Times New Roman"/>
                <w:sz w:val="24"/>
                <w:szCs w:val="24"/>
              </w:rPr>
            </w:pPr>
          </w:p>
        </w:tc>
      </w:tr>
      <w:tr w:rsidR="00244939" w:rsidRPr="00E30CCA" w14:paraId="3F0FBD78"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6F577D"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3.10.</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7C229D" w14:textId="77777777" w:rsidR="00244939" w:rsidRPr="00E30CCA" w:rsidRDefault="00244939" w:rsidP="00416C06">
            <w:pPr>
              <w:autoSpaceDE w:val="0"/>
              <w:autoSpaceDN w:val="0"/>
              <w:spacing w:before="76" w:after="0" w:line="250" w:lineRule="auto"/>
              <w:ind w:left="72" w:right="86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Применение букв для записи математических выражений и предложений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48B07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6670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B27F3"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C855C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900F4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Моделировать ход решения задачи с помощью рисунка, схемы, таблицы;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A72263"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EF2A6" w14:textId="77777777" w:rsidR="00244939" w:rsidRPr="00E30CCA" w:rsidRDefault="00244939" w:rsidP="00416C06">
            <w:pPr>
              <w:rPr>
                <w:rFonts w:ascii="Times New Roman" w:hAnsi="Times New Roman" w:cs="Times New Roman"/>
                <w:sz w:val="24"/>
                <w:szCs w:val="24"/>
              </w:rPr>
            </w:pPr>
          </w:p>
        </w:tc>
      </w:tr>
      <w:tr w:rsidR="00244939" w:rsidRPr="00E30CCA" w14:paraId="191F5162"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9E4857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E16DD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48</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3FA6C0"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ECDED4"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D4501"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BD16FA" w14:textId="77777777" w:rsidR="00244939" w:rsidRPr="00E30CCA" w:rsidRDefault="00244939" w:rsidP="00416C06">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71F9A"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F44C48" w14:textId="77777777" w:rsidR="00244939" w:rsidRPr="00E30CCA" w:rsidRDefault="00244939" w:rsidP="00416C06">
            <w:pPr>
              <w:rPr>
                <w:rFonts w:ascii="Times New Roman" w:hAnsi="Times New Roman" w:cs="Times New Roman"/>
                <w:sz w:val="24"/>
                <w:szCs w:val="24"/>
              </w:rPr>
            </w:pPr>
          </w:p>
        </w:tc>
      </w:tr>
      <w:tr w:rsidR="00244939" w:rsidRPr="00E30CCA" w14:paraId="4BAE05B9" w14:textId="77777777" w:rsidTr="00416C06">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6181CD4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4. </w:t>
            </w:r>
            <w:proofErr w:type="spellStart"/>
            <w:r w:rsidRPr="00E30CCA">
              <w:rPr>
                <w:rFonts w:ascii="Times New Roman" w:eastAsia="Times New Roman" w:hAnsi="Times New Roman" w:cs="Times New Roman"/>
                <w:b/>
                <w:color w:val="221F1F"/>
                <w:w w:val="97"/>
                <w:sz w:val="24"/>
                <w:szCs w:val="24"/>
              </w:rPr>
              <w:t>Наглядная</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геометрия</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Многоугольники</w:t>
            </w:r>
            <w:proofErr w:type="spellEnd"/>
          </w:p>
        </w:tc>
      </w:tr>
      <w:tr w:rsidR="00244939" w:rsidRPr="00E30CCA" w14:paraId="26F082A4"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1E629F"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A547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Многоугольники</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81A7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2B7BDB"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3B3E86"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DA7CD6"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40CA2" w14:textId="77777777" w:rsidR="00244939" w:rsidRPr="00E30CCA" w:rsidRDefault="00244939" w:rsidP="00416C06">
            <w:pPr>
              <w:autoSpaceDE w:val="0"/>
              <w:autoSpaceDN w:val="0"/>
              <w:spacing w:before="78" w:after="0" w:line="245" w:lineRule="auto"/>
              <w:ind w:left="72" w:right="86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Описывать, используя терминологию, изображать с помощью чертёжных инструментов и от руки, моделировать из бумаги многоугольники;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959C75"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A02D24" w14:textId="77777777" w:rsidR="00244939" w:rsidRPr="00E30CCA" w:rsidRDefault="00244939" w:rsidP="00416C06">
            <w:pPr>
              <w:rPr>
                <w:rFonts w:ascii="Times New Roman" w:hAnsi="Times New Roman" w:cs="Times New Roman"/>
                <w:sz w:val="24"/>
                <w:szCs w:val="24"/>
              </w:rPr>
            </w:pPr>
          </w:p>
        </w:tc>
      </w:tr>
      <w:tr w:rsidR="00244939" w:rsidRPr="00E30CCA" w14:paraId="34269A7A" w14:textId="77777777" w:rsidTr="00416C06">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D088C5"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1BDA70" w14:textId="77777777" w:rsidR="00244939" w:rsidRPr="00E30CCA" w:rsidRDefault="00244939" w:rsidP="00416C06">
            <w:pPr>
              <w:autoSpaceDE w:val="0"/>
              <w:autoSpaceDN w:val="0"/>
              <w:spacing w:before="78" w:after="0" w:line="245"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Четырёхугольник</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прямоугольник</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квадрат</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97D1A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3D5A1"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375E07"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EF289"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B29E5" w14:textId="77777777" w:rsidR="00244939" w:rsidRPr="00E30CCA" w:rsidRDefault="00244939" w:rsidP="00416C06">
            <w:pPr>
              <w:autoSpaceDE w:val="0"/>
              <w:autoSpaceDN w:val="0"/>
              <w:spacing w:before="78" w:after="0" w:line="250" w:lineRule="auto"/>
              <w:ind w:left="72" w:right="43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Описывать, используя терминологию, изображать с помощью чертёжных инструментов и от руки, моделировать из бумаги многоугольники;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Приводить примеры объектов реального мира, имеющих форму многоугольника, прямоугольника, квадрата, треугольника, оценивать их линейные размеры;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92EB8A" w14:textId="77777777" w:rsidR="00244939" w:rsidRPr="00E30CCA" w:rsidRDefault="00244939" w:rsidP="00416C06">
            <w:pPr>
              <w:autoSpaceDE w:val="0"/>
              <w:autoSpaceDN w:val="0"/>
              <w:spacing w:before="78" w:after="0" w:line="247" w:lineRule="auto"/>
              <w:ind w:left="72" w:right="43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62F390" w14:textId="77777777" w:rsidR="00244939" w:rsidRPr="00E30CCA" w:rsidRDefault="00244939" w:rsidP="00416C06">
            <w:pPr>
              <w:rPr>
                <w:rFonts w:ascii="Times New Roman" w:hAnsi="Times New Roman" w:cs="Times New Roman"/>
                <w:sz w:val="24"/>
                <w:szCs w:val="24"/>
              </w:rPr>
            </w:pPr>
          </w:p>
        </w:tc>
      </w:tr>
      <w:tr w:rsidR="00244939" w:rsidRPr="00E30CCA" w14:paraId="7BC5D595"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118E1"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24526B"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 xml:space="preserve">Практическая работа «Построение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221F1F"/>
                <w:w w:val="97"/>
                <w:sz w:val="24"/>
                <w:szCs w:val="24"/>
                <w:lang w:val="ru-RU"/>
              </w:rPr>
              <w:t>прямоугольника с заданными сторонами на нелинованной бумаге».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AB52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85652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87436A"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23238"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BD59CD" w14:textId="77777777" w:rsidR="00244939" w:rsidRPr="00E30CCA" w:rsidRDefault="00244939" w:rsidP="00416C06">
            <w:pPr>
              <w:autoSpaceDE w:val="0"/>
              <w:autoSpaceDN w:val="0"/>
              <w:spacing w:before="76" w:after="0" w:line="245" w:lineRule="auto"/>
              <w:ind w:left="72" w:right="86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Описывать, используя терминологию, изображать с помощью чертёжных инструментов и от руки, моделировать из бумаги многоугольники;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2ABD94"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Практическаяработа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7A1C6" w14:textId="77777777" w:rsidR="00244939" w:rsidRPr="00E30CCA" w:rsidRDefault="00244939" w:rsidP="00416C06">
            <w:pPr>
              <w:rPr>
                <w:rFonts w:ascii="Times New Roman" w:hAnsi="Times New Roman" w:cs="Times New Roman"/>
                <w:sz w:val="24"/>
                <w:szCs w:val="24"/>
              </w:rPr>
            </w:pPr>
          </w:p>
        </w:tc>
      </w:tr>
      <w:tr w:rsidR="00244939" w:rsidRPr="00E30CCA" w14:paraId="1AED58A8" w14:textId="77777777" w:rsidTr="00416C06">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9FBF38"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77BE8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Треугольник</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D6272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CA7D2C9"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E52E5"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EE7E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3FC3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Изображать остроугольные, прямоугольные и тупоугольные треугольники;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F754B"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137147" w14:textId="77777777" w:rsidR="00244939" w:rsidRPr="00E30CCA" w:rsidRDefault="00244939" w:rsidP="00416C06">
            <w:pPr>
              <w:rPr>
                <w:rFonts w:ascii="Times New Roman" w:hAnsi="Times New Roman" w:cs="Times New Roman"/>
                <w:sz w:val="24"/>
                <w:szCs w:val="24"/>
              </w:rPr>
            </w:pPr>
          </w:p>
        </w:tc>
      </w:tr>
    </w:tbl>
    <w:p w14:paraId="1E6EF0C9"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21181B00" w14:textId="77777777" w:rsidR="00244939" w:rsidRPr="00E30CCA" w:rsidRDefault="00244939" w:rsidP="00244939">
      <w:pPr>
        <w:rPr>
          <w:rFonts w:ascii="Times New Roman" w:hAnsi="Times New Roman" w:cs="Times New Roman"/>
          <w:sz w:val="24"/>
          <w:szCs w:val="24"/>
        </w:rPr>
        <w:sectPr w:rsidR="00244939" w:rsidRPr="00E30CCA">
          <w:pgSz w:w="16840" w:h="11900"/>
          <w:pgMar w:top="284" w:right="640" w:bottom="412" w:left="666" w:header="720" w:footer="720" w:gutter="0"/>
          <w:cols w:space="720" w:equalWidth="0">
            <w:col w:w="15534" w:space="0"/>
          </w:cols>
          <w:docGrid w:linePitch="360"/>
        </w:sectPr>
      </w:pPr>
    </w:p>
    <w:p w14:paraId="34D08985"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468"/>
        <w:gridCol w:w="3014"/>
        <w:gridCol w:w="528"/>
        <w:gridCol w:w="1106"/>
        <w:gridCol w:w="1140"/>
        <w:gridCol w:w="804"/>
        <w:gridCol w:w="5980"/>
        <w:gridCol w:w="1080"/>
        <w:gridCol w:w="1382"/>
      </w:tblGrid>
      <w:tr w:rsidR="00244939" w:rsidRPr="00E30CCA" w14:paraId="7B76CBC2" w14:textId="77777777" w:rsidTr="00416C06">
        <w:trPr>
          <w:trHeight w:hRule="exact" w:val="25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887D6"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4.5.</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FF262" w14:textId="77777777" w:rsidR="00244939" w:rsidRPr="00E30CCA" w:rsidRDefault="00244939" w:rsidP="00416C06">
            <w:pPr>
              <w:autoSpaceDE w:val="0"/>
              <w:autoSpaceDN w:val="0"/>
              <w:spacing w:before="78" w:after="0" w:line="250"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 xml:space="preserve">Площадь и периметр прямоугольника и многоугольников, составленных из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221F1F"/>
                <w:w w:val="97"/>
                <w:sz w:val="24"/>
                <w:szCs w:val="24"/>
                <w:lang w:val="ru-RU"/>
              </w:rPr>
              <w:t>прямоугольников, единицы измерения площади.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28B0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CFF23"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4A8E6"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04876"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A8A697" w14:textId="77777777" w:rsidR="00244939" w:rsidRPr="00E30CCA" w:rsidRDefault="00244939" w:rsidP="00416C06">
            <w:pPr>
              <w:autoSpaceDE w:val="0"/>
              <w:autoSpaceDN w:val="0"/>
              <w:spacing w:before="78" w:after="0" w:line="254"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Вычислять: периметр треугольника, прямоугольника, многоугольника; площадь прямоугольника, квадрата;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Изображать остроугольные, прямоугольные и тупоугольные треугольники;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Исследовать свойства прямоугольника, квадрата путём эксперимента, наблюдения, измерения, моделирования; сравнивать свойства квадрата и прямоугольника; Использовать свойства квадратной сетки для построения фигур; разбивать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прямоугольник на квадраты, треугольники; составлять фигуры из квадратов и прямоугольников и находить их площадь, разбивать фигуры на прямоугольники и квадраты и находить их площадь;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Выражать величину площади в различных единицах измерения метрической системы мер, понимать и использовать зависимости между метрическими единицами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измерения площади;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BD2E3"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614C0" w14:textId="77777777" w:rsidR="00244939" w:rsidRPr="00E30CCA" w:rsidRDefault="00244939" w:rsidP="00416C06">
            <w:pPr>
              <w:rPr>
                <w:rFonts w:ascii="Times New Roman" w:hAnsi="Times New Roman" w:cs="Times New Roman"/>
                <w:sz w:val="24"/>
                <w:szCs w:val="24"/>
              </w:rPr>
            </w:pPr>
          </w:p>
        </w:tc>
      </w:tr>
      <w:tr w:rsidR="00244939" w:rsidRPr="00E30CCA" w14:paraId="3D063508" w14:textId="77777777" w:rsidTr="00416C06">
        <w:trPr>
          <w:trHeight w:hRule="exact" w:val="207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73D2A8"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4.6.</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65303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Периметр</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много</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угольника</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7051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8A56A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2A6F8D"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0640E1"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3A43E" w14:textId="77777777" w:rsidR="00244939" w:rsidRPr="00E30CCA" w:rsidRDefault="00244939" w:rsidP="00416C06">
            <w:pPr>
              <w:autoSpaceDE w:val="0"/>
              <w:autoSpaceDN w:val="0"/>
              <w:spacing w:before="76" w:after="0" w:line="254"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Строить на нелинованной и клетчатой бумаге квадрат и прямоугольник с заданными длинами сторон;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Использовать свойства квадратной сетки для построения фигур; разбивать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прямоугольник на квадраты, треугольники; составлять фигуры из квадратов и прямоугольников и находить их площадь, разбивать фигуры на прямоугольники и квадраты и находить их площадь;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Знакомиться с примерами применения площади и периметра в практических ситуациях;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Решать задачи из реальной жизни, предлагать и обсуждать различные способы решения задач;</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0DAAF"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B0229B1" w14:textId="77777777" w:rsidR="00244939" w:rsidRPr="00E30CCA" w:rsidRDefault="00244939" w:rsidP="00416C06">
            <w:pPr>
              <w:rPr>
                <w:rFonts w:ascii="Times New Roman" w:hAnsi="Times New Roman" w:cs="Times New Roman"/>
                <w:sz w:val="24"/>
                <w:szCs w:val="24"/>
              </w:rPr>
            </w:pPr>
          </w:p>
        </w:tc>
      </w:tr>
      <w:tr w:rsidR="00244939" w:rsidRPr="00E30CCA" w14:paraId="7080CCFB"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22D438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57BA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E559B5"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F5CC0"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63673"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E3A7A0" w14:textId="77777777" w:rsidR="00244939" w:rsidRPr="00E30CCA" w:rsidRDefault="00244939" w:rsidP="00416C06">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29AC4"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180B92" w14:textId="77777777" w:rsidR="00244939" w:rsidRPr="00E30CCA" w:rsidRDefault="00244939" w:rsidP="00416C06">
            <w:pPr>
              <w:rPr>
                <w:rFonts w:ascii="Times New Roman" w:hAnsi="Times New Roman" w:cs="Times New Roman"/>
                <w:sz w:val="24"/>
                <w:szCs w:val="24"/>
              </w:rPr>
            </w:pPr>
          </w:p>
        </w:tc>
      </w:tr>
      <w:tr w:rsidR="00244939" w:rsidRPr="00E30CCA" w14:paraId="2029D579" w14:textId="77777777" w:rsidTr="00416C06">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844BD9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5. </w:t>
            </w:r>
            <w:proofErr w:type="spellStart"/>
            <w:r w:rsidRPr="00E30CCA">
              <w:rPr>
                <w:rFonts w:ascii="Times New Roman" w:eastAsia="Times New Roman" w:hAnsi="Times New Roman" w:cs="Times New Roman"/>
                <w:b/>
                <w:color w:val="221F1F"/>
                <w:w w:val="97"/>
                <w:sz w:val="24"/>
                <w:szCs w:val="24"/>
              </w:rPr>
              <w:t>Десятичные</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дроби</w:t>
            </w:r>
            <w:proofErr w:type="spellEnd"/>
            <w:r w:rsidRPr="00E30CCA">
              <w:rPr>
                <w:rFonts w:ascii="Times New Roman" w:eastAsia="Times New Roman" w:hAnsi="Times New Roman" w:cs="Times New Roman"/>
                <w:b/>
                <w:color w:val="221F1F"/>
                <w:w w:val="97"/>
                <w:sz w:val="24"/>
                <w:szCs w:val="24"/>
              </w:rPr>
              <w:t xml:space="preserve"> </w:t>
            </w:r>
          </w:p>
        </w:tc>
      </w:tr>
      <w:tr w:rsidR="00244939" w:rsidRPr="00E30CCA" w14:paraId="6E990FA6" w14:textId="77777777" w:rsidTr="00416C06">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F3C59"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EB27C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Десятичная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запись</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дробей</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1EA7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CA3A8"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CF485C"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7D395"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1CACA8" w14:textId="77777777" w:rsidR="00244939" w:rsidRPr="00E30CCA" w:rsidRDefault="00244939" w:rsidP="00416C06">
            <w:pPr>
              <w:autoSpaceDE w:val="0"/>
              <w:autoSpaceDN w:val="0"/>
              <w:spacing w:before="78" w:after="0" w:line="250" w:lineRule="auto"/>
              <w:ind w:left="72" w:right="576"/>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Представлять десятичную дробь в виде обыкновенной, читать и записывать, сравнивать десятичные дроби, предлагать, обосновывать и обсуждать способы упорядочивания десятичных дробей;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Изображать десятичные дроби точками на координатной прямой;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188559"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0696C" w14:textId="77777777" w:rsidR="00244939" w:rsidRPr="00E30CCA" w:rsidRDefault="00244939" w:rsidP="00416C06">
            <w:pPr>
              <w:rPr>
                <w:rFonts w:ascii="Times New Roman" w:hAnsi="Times New Roman" w:cs="Times New Roman"/>
                <w:sz w:val="24"/>
                <w:szCs w:val="24"/>
              </w:rPr>
            </w:pPr>
          </w:p>
        </w:tc>
      </w:tr>
      <w:tr w:rsidR="00244939" w:rsidRPr="00E30CCA" w14:paraId="32BD3E15"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A5516"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9ED12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Сравнение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десятичных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дробей</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BC7A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hAnsi="Times New Roman" w:cs="Times New Roman"/>
                <w:sz w:val="24"/>
                <w:szCs w:val="24"/>
                <w:lang w:val="ru-RU"/>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70CE7"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6B0C5"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68278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1DF4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Изображать десятичные дроби точками на координатной прямой;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E9FD9"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4671C80" w14:textId="77777777" w:rsidR="00244939" w:rsidRPr="00E30CCA" w:rsidRDefault="00244939" w:rsidP="00416C06">
            <w:pPr>
              <w:rPr>
                <w:rFonts w:ascii="Times New Roman" w:hAnsi="Times New Roman" w:cs="Times New Roman"/>
                <w:sz w:val="24"/>
                <w:szCs w:val="24"/>
              </w:rPr>
            </w:pPr>
          </w:p>
        </w:tc>
      </w:tr>
      <w:tr w:rsidR="00244939" w:rsidRPr="00E30CCA" w14:paraId="2CF393D9" w14:textId="77777777" w:rsidTr="00416C06">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036E8B"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B485D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Действия</w:t>
            </w:r>
            <w:proofErr w:type="spellEnd"/>
            <w:r w:rsidRPr="00E30CCA">
              <w:rPr>
                <w:rFonts w:ascii="Times New Roman" w:eastAsia="Times New Roman" w:hAnsi="Times New Roman" w:cs="Times New Roman"/>
                <w:color w:val="221F1F"/>
                <w:w w:val="97"/>
                <w:sz w:val="24"/>
                <w:szCs w:val="24"/>
              </w:rPr>
              <w:t xml:space="preserve"> с </w:t>
            </w:r>
            <w:proofErr w:type="spellStart"/>
            <w:r w:rsidRPr="00E30CCA">
              <w:rPr>
                <w:rFonts w:ascii="Times New Roman" w:eastAsia="Times New Roman" w:hAnsi="Times New Roman" w:cs="Times New Roman"/>
                <w:color w:val="221F1F"/>
                <w:w w:val="97"/>
                <w:sz w:val="24"/>
                <w:szCs w:val="24"/>
              </w:rPr>
              <w:t>десятичными</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дробями</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F5D8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rPr>
              <w:t>2</w:t>
            </w:r>
            <w:r w:rsidRPr="00E30CCA">
              <w:rPr>
                <w:rFonts w:ascii="Times New Roman" w:eastAsia="Times New Roman" w:hAnsi="Times New Roman" w:cs="Times New Roman"/>
                <w:color w:val="000000"/>
                <w:w w:val="97"/>
                <w:sz w:val="24"/>
                <w:szCs w:val="24"/>
                <w:lang w:val="ru-RU"/>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34B8E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3</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61EE7"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FC6B8C"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69559" w14:textId="77777777" w:rsidR="00244939" w:rsidRPr="00E30CCA" w:rsidRDefault="00244939" w:rsidP="00416C06">
            <w:pPr>
              <w:autoSpaceDE w:val="0"/>
              <w:autoSpaceDN w:val="0"/>
              <w:spacing w:before="76" w:after="0" w:line="252"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Выявлять сходства и различия правил арифметических действий с натуральными числами и десятичными дробями, объяснять их;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Выполнять арифметические действия с десятичными дробями; выполнять прикидку и оценку результата вычислений;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Применять свойства арифметических действий для рационализации вычислений;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8C8013"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A45C7" w14:textId="77777777" w:rsidR="00244939" w:rsidRPr="00E30CCA" w:rsidRDefault="00244939" w:rsidP="00416C06">
            <w:pPr>
              <w:rPr>
                <w:rFonts w:ascii="Times New Roman" w:hAnsi="Times New Roman" w:cs="Times New Roman"/>
                <w:sz w:val="24"/>
                <w:szCs w:val="24"/>
              </w:rPr>
            </w:pPr>
          </w:p>
        </w:tc>
      </w:tr>
      <w:tr w:rsidR="00244939" w:rsidRPr="00E30CCA" w14:paraId="60CE105E"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7BBA49"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63CD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Округление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десятичных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дробей</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7DD8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AD925"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E90F87"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05999F"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3162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Применять правило округления десятичных дробей;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D64C4F"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A40A1" w14:textId="77777777" w:rsidR="00244939" w:rsidRPr="00E30CCA" w:rsidRDefault="00244939" w:rsidP="00416C06">
            <w:pPr>
              <w:rPr>
                <w:rFonts w:ascii="Times New Roman" w:hAnsi="Times New Roman" w:cs="Times New Roman"/>
                <w:sz w:val="24"/>
                <w:szCs w:val="24"/>
              </w:rPr>
            </w:pPr>
          </w:p>
        </w:tc>
      </w:tr>
      <w:tr w:rsidR="00244939" w:rsidRPr="00E30CCA" w14:paraId="4D65EE96" w14:textId="77777777" w:rsidTr="00416C06">
        <w:trPr>
          <w:trHeight w:hRule="exact" w:val="129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6C29C"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5.5.</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4BA0F" w14:textId="77777777" w:rsidR="00244939" w:rsidRPr="00E30CCA" w:rsidRDefault="00244939" w:rsidP="00416C06">
            <w:pPr>
              <w:autoSpaceDE w:val="0"/>
              <w:autoSpaceDN w:val="0"/>
              <w:spacing w:before="78" w:after="0" w:line="245"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Решение текстовых задач, содержащих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128DB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D29AA3"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3492B"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AA41B"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65D19" w14:textId="77777777" w:rsidR="00244939" w:rsidRPr="00E30CCA" w:rsidRDefault="00244939" w:rsidP="00416C06">
            <w:pPr>
              <w:autoSpaceDE w:val="0"/>
              <w:autoSpaceDN w:val="0"/>
              <w:spacing w:before="78" w:after="0" w:line="252"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Распознавать истинные и ложные высказывания о дробях, приводить примеры и контрпримеры, строить высказывания и отрицания высказываний;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Решать текстовые задачи, содержащие дробные данные, и на нахождение части целого и целого по его части; выявлять их сходства и различия;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Критически оценивать полученный результат, осуществлять самоконтроль, проверяя ответ на соответствие условию, находить ошибки;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7E7840"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805DD" w14:textId="77777777" w:rsidR="00244939" w:rsidRPr="00E30CCA" w:rsidRDefault="00244939" w:rsidP="00416C06">
            <w:pPr>
              <w:rPr>
                <w:rFonts w:ascii="Times New Roman" w:hAnsi="Times New Roman" w:cs="Times New Roman"/>
                <w:sz w:val="24"/>
                <w:szCs w:val="24"/>
              </w:rPr>
            </w:pPr>
          </w:p>
        </w:tc>
      </w:tr>
    </w:tbl>
    <w:p w14:paraId="5A7EE1B5"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50A5C833" w14:textId="77777777" w:rsidR="00244939" w:rsidRPr="00E30CCA" w:rsidRDefault="00244939" w:rsidP="00244939">
      <w:pPr>
        <w:rPr>
          <w:rFonts w:ascii="Times New Roman" w:hAnsi="Times New Roman" w:cs="Times New Roman"/>
          <w:sz w:val="24"/>
          <w:szCs w:val="24"/>
        </w:rPr>
        <w:sectPr w:rsidR="00244939" w:rsidRPr="00E30CCA">
          <w:pgSz w:w="16840" w:h="11900"/>
          <w:pgMar w:top="284" w:right="640" w:bottom="772" w:left="666" w:header="720" w:footer="720" w:gutter="0"/>
          <w:cols w:space="720" w:equalWidth="0">
            <w:col w:w="15534" w:space="0"/>
          </w:cols>
          <w:docGrid w:linePitch="360"/>
        </w:sectPr>
      </w:pPr>
    </w:p>
    <w:p w14:paraId="02FE3881"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468"/>
        <w:gridCol w:w="3014"/>
        <w:gridCol w:w="528"/>
        <w:gridCol w:w="1106"/>
        <w:gridCol w:w="1140"/>
        <w:gridCol w:w="804"/>
        <w:gridCol w:w="5980"/>
        <w:gridCol w:w="1080"/>
        <w:gridCol w:w="1382"/>
      </w:tblGrid>
      <w:tr w:rsidR="00244939" w:rsidRPr="00E30CCA" w14:paraId="6172C445" w14:textId="77777777" w:rsidTr="00416C06">
        <w:trPr>
          <w:trHeight w:hRule="exact" w:val="157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CA5685"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5.6.</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662C3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Основные за дачи на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B538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F830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2BDD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8FB0E"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5412CB" w14:textId="77777777" w:rsidR="00244939" w:rsidRPr="00E30CCA" w:rsidRDefault="00244939" w:rsidP="00416C06">
            <w:pPr>
              <w:autoSpaceDE w:val="0"/>
              <w:autoSpaceDN w:val="0"/>
              <w:spacing w:before="78" w:after="0" w:line="252"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Распознавать истинные и ложные высказывания о дробях, приводить примеры и контрпримеры, строить высказывания и отрицания высказываний;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Решать текстовые задачи, содержащие дробные данные, и на нахождение части целого и целого по его части; выявлять их сходства и различия;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Моделировать ход решения задачи с помощью рисунка, схемы, таблицы. Приводить, разбирать, оценивать различные решения, записи решений текстовых задач;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Оперировать дробными числами в реальных жизненных ситуациях;</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61ACE4" w14:textId="77777777" w:rsidR="00244939" w:rsidRPr="00E30CCA" w:rsidRDefault="00244939" w:rsidP="00416C06">
            <w:pPr>
              <w:autoSpaceDE w:val="0"/>
              <w:autoSpaceDN w:val="0"/>
              <w:spacing w:before="78"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329B0A" w14:textId="77777777" w:rsidR="00244939" w:rsidRPr="00E30CCA" w:rsidRDefault="00244939" w:rsidP="00416C06">
            <w:pPr>
              <w:rPr>
                <w:rFonts w:ascii="Times New Roman" w:hAnsi="Times New Roman" w:cs="Times New Roman"/>
                <w:sz w:val="24"/>
                <w:szCs w:val="24"/>
              </w:rPr>
            </w:pPr>
          </w:p>
        </w:tc>
      </w:tr>
      <w:tr w:rsidR="00244939" w:rsidRPr="00E30CCA" w14:paraId="579EC422"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E06BA7"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8E9E50"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38</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C4931"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0A662"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BBF50"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7455E" w14:textId="77777777" w:rsidR="00244939" w:rsidRPr="00E30CCA" w:rsidRDefault="00244939" w:rsidP="00416C06">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8CF0CE"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ED783" w14:textId="77777777" w:rsidR="00244939" w:rsidRPr="00E30CCA" w:rsidRDefault="00244939" w:rsidP="00416C06">
            <w:pPr>
              <w:rPr>
                <w:rFonts w:ascii="Times New Roman" w:hAnsi="Times New Roman" w:cs="Times New Roman"/>
                <w:sz w:val="24"/>
                <w:szCs w:val="24"/>
              </w:rPr>
            </w:pPr>
          </w:p>
        </w:tc>
      </w:tr>
      <w:tr w:rsidR="00244939" w:rsidRPr="009318F0" w14:paraId="5C45106A" w14:textId="77777777" w:rsidTr="00416C06">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00D73CD3"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221F1F"/>
                <w:w w:val="97"/>
                <w:sz w:val="24"/>
                <w:szCs w:val="24"/>
                <w:lang w:val="ru-RU"/>
              </w:rPr>
              <w:t xml:space="preserve">Раздел 6. Наглядная геометрия. Тела и фигуры в пространстве </w:t>
            </w:r>
          </w:p>
        </w:tc>
      </w:tr>
      <w:tr w:rsidR="00244939" w:rsidRPr="00E30CCA" w14:paraId="54FEB051" w14:textId="77777777" w:rsidTr="00416C06">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3A154"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A0EB4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Многогранники</w:t>
            </w:r>
            <w:proofErr w:type="spellEnd"/>
            <w:r w:rsidRPr="00E30CCA">
              <w:rPr>
                <w:rFonts w:ascii="Times New Roman" w:eastAsia="Times New Roman" w:hAnsi="Times New Roman" w:cs="Times New Roman"/>
                <w:color w:val="221F1F"/>
                <w:w w:val="97"/>
                <w:sz w:val="24"/>
                <w:szCs w:val="24"/>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E115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C8362"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930B4"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7E24A9"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5134DF"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Распознавать на чертежах, рисунках, в окружающем мире прямоугольный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параллелепипед, куб, многогранники, описывать, используя терминологию, оценивать линейные размеры;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6621CE" w14:textId="77777777" w:rsidR="00244939" w:rsidRPr="00E30CCA" w:rsidRDefault="00244939" w:rsidP="00416C06">
            <w:pPr>
              <w:autoSpaceDE w:val="0"/>
              <w:autoSpaceDN w:val="0"/>
              <w:spacing w:before="76"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BD106" w14:textId="77777777" w:rsidR="00244939" w:rsidRPr="00E30CCA" w:rsidRDefault="00244939" w:rsidP="00416C06">
            <w:pPr>
              <w:rPr>
                <w:rFonts w:ascii="Times New Roman" w:hAnsi="Times New Roman" w:cs="Times New Roman"/>
                <w:sz w:val="24"/>
                <w:szCs w:val="24"/>
              </w:rPr>
            </w:pPr>
          </w:p>
        </w:tc>
      </w:tr>
      <w:tr w:rsidR="00244939" w:rsidRPr="00E30CCA" w14:paraId="021F4D29"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BEE4CC"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6.2.</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C49FD"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Изображение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многогранников</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8F4D9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19704"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2B4E84"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700487"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AA26F" w14:textId="77777777" w:rsidR="00244939" w:rsidRPr="00E30CCA" w:rsidRDefault="00244939" w:rsidP="00416C06">
            <w:pPr>
              <w:autoSpaceDE w:val="0"/>
              <w:autoSpaceDN w:val="0"/>
              <w:spacing w:before="76" w:after="0" w:line="245" w:lineRule="auto"/>
              <w:ind w:left="72" w:right="43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Приводить примеры объектов реального мира, имеющих форму многогранника, прямоугольного параллелепипеда, куба;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E64BAD"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F1ED09" w14:textId="77777777" w:rsidR="00244939" w:rsidRPr="00E30CCA" w:rsidRDefault="00244939" w:rsidP="00416C06">
            <w:pPr>
              <w:rPr>
                <w:rFonts w:ascii="Times New Roman" w:hAnsi="Times New Roman" w:cs="Times New Roman"/>
                <w:sz w:val="24"/>
                <w:szCs w:val="24"/>
              </w:rPr>
            </w:pPr>
          </w:p>
        </w:tc>
      </w:tr>
      <w:tr w:rsidR="00244939" w:rsidRPr="00E30CCA" w14:paraId="61813626"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FDE09"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6.3.</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55C55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Модели</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пространственных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тел</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011F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3E9916"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39EBC"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6D5F8C"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7621C" w14:textId="77777777" w:rsidR="00244939" w:rsidRPr="00E30CCA" w:rsidRDefault="00244939" w:rsidP="00416C06">
            <w:pPr>
              <w:autoSpaceDE w:val="0"/>
              <w:autoSpaceDN w:val="0"/>
              <w:spacing w:before="78" w:after="0" w:line="245" w:lineRule="auto"/>
              <w:ind w:right="576"/>
              <w:jc w:val="center"/>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Распознавать истинные и ложные высказывания о многогранниках, приводить примеры и контрпримеры, строить высказывания и отрицания высказываний;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BCDB9"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900E4B" w14:textId="77777777" w:rsidR="00244939" w:rsidRPr="00E30CCA" w:rsidRDefault="00244939" w:rsidP="00416C06">
            <w:pPr>
              <w:rPr>
                <w:rFonts w:ascii="Times New Roman" w:hAnsi="Times New Roman" w:cs="Times New Roman"/>
                <w:sz w:val="24"/>
                <w:szCs w:val="24"/>
              </w:rPr>
            </w:pPr>
          </w:p>
        </w:tc>
      </w:tr>
      <w:tr w:rsidR="00244939" w:rsidRPr="00E30CCA" w14:paraId="7D20CCF5" w14:textId="77777777" w:rsidTr="00416C06">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74704"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6.4.</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3C3DE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Прямоугольный</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параллелепипед</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куб</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20359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B3C363"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B59EB"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58BFA"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7B62F"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Моделировать куб и параллелепипед из бумаги и прочих материалов, объяснять способ моделирования;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85040A" w14:textId="77777777" w:rsidR="00244939" w:rsidRPr="00E30CCA" w:rsidRDefault="00244939" w:rsidP="00416C06">
            <w:pPr>
              <w:autoSpaceDE w:val="0"/>
              <w:autoSpaceDN w:val="0"/>
              <w:spacing w:before="78" w:after="0" w:line="245" w:lineRule="auto"/>
              <w:ind w:left="72" w:right="43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Устный</w:t>
            </w:r>
            <w:proofErr w:type="spellEnd"/>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опрос</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8BABD" w14:textId="77777777" w:rsidR="00244939" w:rsidRPr="00E30CCA" w:rsidRDefault="00244939" w:rsidP="00416C06">
            <w:pPr>
              <w:rPr>
                <w:rFonts w:ascii="Times New Roman" w:hAnsi="Times New Roman" w:cs="Times New Roman"/>
                <w:sz w:val="24"/>
                <w:szCs w:val="24"/>
              </w:rPr>
            </w:pPr>
          </w:p>
        </w:tc>
      </w:tr>
      <w:tr w:rsidR="00244939" w:rsidRPr="00E30CCA" w14:paraId="57A8719C" w14:textId="77777777" w:rsidTr="00416C06">
        <w:trPr>
          <w:trHeight w:hRule="exact" w:val="732"/>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14:paraId="6E63CD36"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6.5.</w:t>
            </w:r>
          </w:p>
        </w:tc>
        <w:tc>
          <w:tcPr>
            <w:tcW w:w="3014" w:type="dxa"/>
            <w:tcBorders>
              <w:top w:val="single" w:sz="4" w:space="0" w:color="000000"/>
              <w:left w:val="single" w:sz="4" w:space="0" w:color="000000"/>
              <w:bottom w:val="single" w:sz="5" w:space="0" w:color="000000"/>
              <w:right w:val="single" w:sz="4" w:space="0" w:color="000000"/>
            </w:tcBorders>
            <w:tcMar>
              <w:left w:w="0" w:type="dxa"/>
              <w:right w:w="0" w:type="dxa"/>
            </w:tcMar>
          </w:tcPr>
          <w:p w14:paraId="05C4745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Развёртки</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куба</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параллелепипеда</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5CB04B2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14:paraId="7240FD2C"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14:paraId="423D7C8B"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14:paraId="4BDFA834"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5" w:space="0" w:color="000000"/>
              <w:right w:val="single" w:sz="4" w:space="0" w:color="000000"/>
            </w:tcBorders>
            <w:tcMar>
              <w:left w:w="0" w:type="dxa"/>
              <w:right w:w="0" w:type="dxa"/>
            </w:tcMar>
          </w:tcPr>
          <w:p w14:paraId="5E44A636" w14:textId="77777777" w:rsidR="00244939" w:rsidRPr="00E30CCA" w:rsidRDefault="00244939" w:rsidP="00416C06">
            <w:pPr>
              <w:autoSpaceDE w:val="0"/>
              <w:autoSpaceDN w:val="0"/>
              <w:spacing w:before="78" w:after="0" w:line="247" w:lineRule="auto"/>
              <w:ind w:left="72" w:right="43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Распознавать и изображать развёртки куба и параллелепипеда;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Моделировать куб и параллелепипед из бумаги и прочих материалов, объяснять способ моделирования;</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14:paraId="0AA93EDC"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14:paraId="19DD3E37" w14:textId="77777777" w:rsidR="00244939" w:rsidRPr="00E30CCA" w:rsidRDefault="00244939" w:rsidP="00416C06">
            <w:pPr>
              <w:rPr>
                <w:rFonts w:ascii="Times New Roman" w:hAnsi="Times New Roman" w:cs="Times New Roman"/>
                <w:sz w:val="24"/>
                <w:szCs w:val="24"/>
              </w:rPr>
            </w:pPr>
          </w:p>
        </w:tc>
      </w:tr>
      <w:tr w:rsidR="00244939" w:rsidRPr="00E30CCA" w14:paraId="6273E3B3" w14:textId="77777777" w:rsidTr="00416C06">
        <w:trPr>
          <w:trHeight w:hRule="exact" w:val="626"/>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14:paraId="741B5F43" w14:textId="77777777" w:rsidR="00244939" w:rsidRPr="00E30CCA" w:rsidRDefault="00244939" w:rsidP="00416C06">
            <w:pPr>
              <w:autoSpaceDE w:val="0"/>
              <w:autoSpaceDN w:val="0"/>
              <w:spacing w:before="76"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6.6..</w:t>
            </w:r>
          </w:p>
        </w:tc>
        <w:tc>
          <w:tcPr>
            <w:tcW w:w="3014" w:type="dxa"/>
            <w:tcBorders>
              <w:top w:val="single" w:sz="5" w:space="0" w:color="000000"/>
              <w:left w:val="single" w:sz="4" w:space="0" w:color="000000"/>
              <w:bottom w:val="single" w:sz="4" w:space="0" w:color="000000"/>
              <w:right w:val="single" w:sz="4" w:space="0" w:color="000000"/>
            </w:tcBorders>
            <w:tcMar>
              <w:left w:w="0" w:type="dxa"/>
              <w:right w:w="0" w:type="dxa"/>
            </w:tcMar>
          </w:tcPr>
          <w:p w14:paraId="59227544"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Практическая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работа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Развёртка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куба</w:t>
            </w:r>
            <w:proofErr w:type="spellEnd"/>
            <w:r w:rsidRPr="00E30CCA">
              <w:rPr>
                <w:rFonts w:ascii="Times New Roman" w:eastAsia="Times New Roman" w:hAnsi="Times New Roman" w:cs="Times New Roman"/>
                <w:color w:val="221F1F"/>
                <w:w w:val="97"/>
                <w:sz w:val="24"/>
                <w:szCs w:val="24"/>
              </w:rPr>
              <w:t>».</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14:paraId="19F98926"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14:paraId="150F294F" w14:textId="77777777" w:rsidR="00244939" w:rsidRPr="00E30CCA" w:rsidRDefault="00244939" w:rsidP="00416C06">
            <w:pPr>
              <w:rPr>
                <w:rFonts w:ascii="Times New Roman" w:hAnsi="Times New Roman" w:cs="Times New Roman"/>
                <w:sz w:val="24"/>
                <w:szCs w:val="24"/>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14:paraId="01B07F83" w14:textId="77777777" w:rsidR="00244939" w:rsidRPr="00E30CCA" w:rsidRDefault="00244939" w:rsidP="00416C06">
            <w:pPr>
              <w:autoSpaceDE w:val="0"/>
              <w:autoSpaceDN w:val="0"/>
              <w:spacing w:before="76" w:after="0" w:line="230" w:lineRule="auto"/>
              <w:ind w:left="74"/>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14:paraId="6B1886D3" w14:textId="77777777" w:rsidR="00244939" w:rsidRPr="00E30CCA" w:rsidRDefault="00244939" w:rsidP="00416C06">
            <w:pPr>
              <w:rPr>
                <w:rFonts w:ascii="Times New Roman" w:hAnsi="Times New Roman" w:cs="Times New Roman"/>
                <w:sz w:val="24"/>
                <w:szCs w:val="24"/>
              </w:rPr>
            </w:pPr>
          </w:p>
        </w:tc>
        <w:tc>
          <w:tcPr>
            <w:tcW w:w="5980" w:type="dxa"/>
            <w:tcBorders>
              <w:top w:val="single" w:sz="5" w:space="0" w:color="000000"/>
              <w:left w:val="single" w:sz="4" w:space="0" w:color="000000"/>
              <w:bottom w:val="single" w:sz="4" w:space="0" w:color="000000"/>
              <w:right w:val="single" w:sz="4" w:space="0" w:color="000000"/>
            </w:tcBorders>
            <w:tcMar>
              <w:left w:w="0" w:type="dxa"/>
              <w:right w:w="0" w:type="dxa"/>
            </w:tcMar>
          </w:tcPr>
          <w:p w14:paraId="26F93C60" w14:textId="77777777" w:rsidR="00244939" w:rsidRPr="00E30CCA" w:rsidRDefault="00244939" w:rsidP="00416C06">
            <w:pPr>
              <w:autoSpaceDE w:val="0"/>
              <w:autoSpaceDN w:val="0"/>
              <w:spacing w:before="76" w:after="0" w:line="245" w:lineRule="auto"/>
              <w:ind w:left="72" w:right="43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Моделировать куб и параллелепипед из бумаги и прочих материалов, объяснять способ моделирования;</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14:paraId="428DF2AF" w14:textId="77777777" w:rsidR="00244939" w:rsidRPr="00E30CCA" w:rsidRDefault="00244939" w:rsidP="00416C06">
            <w:pPr>
              <w:autoSpaceDE w:val="0"/>
              <w:autoSpaceDN w:val="0"/>
              <w:spacing w:before="76"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Практическаяработа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14:paraId="5AA40C2C" w14:textId="77777777" w:rsidR="00244939" w:rsidRPr="00E30CCA" w:rsidRDefault="00244939" w:rsidP="00416C06">
            <w:pPr>
              <w:rPr>
                <w:rFonts w:ascii="Times New Roman" w:hAnsi="Times New Roman" w:cs="Times New Roman"/>
                <w:sz w:val="24"/>
                <w:szCs w:val="24"/>
              </w:rPr>
            </w:pPr>
          </w:p>
        </w:tc>
      </w:tr>
      <w:tr w:rsidR="00244939" w:rsidRPr="00E30CCA" w14:paraId="6B5E651E" w14:textId="77777777" w:rsidTr="00416C06">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34390"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6.7.</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73B69E" w14:textId="77777777" w:rsidR="00244939" w:rsidRPr="00E30CCA" w:rsidRDefault="00244939" w:rsidP="00416C06">
            <w:pPr>
              <w:autoSpaceDE w:val="0"/>
              <w:autoSpaceDN w:val="0"/>
              <w:spacing w:before="76" w:after="0" w:line="245" w:lineRule="auto"/>
              <w:ind w:left="72" w:right="864"/>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Объём</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куба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прямоугольного</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параллелепипеда</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193E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4E4B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6C607"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A7BEF4"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56A42" w14:textId="77777777" w:rsidR="00244939" w:rsidRPr="00E30CCA" w:rsidRDefault="00244939" w:rsidP="00416C06">
            <w:pPr>
              <w:autoSpaceDE w:val="0"/>
              <w:autoSpaceDN w:val="0"/>
              <w:spacing w:before="76" w:after="0" w:line="250"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Находить измерения, вычислять площадь поверхности; объём куба, прямоугольного параллелепипеда; исследовать зависимость объёма куба от длины его ребра, выдвигать и обосновывать гипотезу;</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DA5B16" w14:textId="77777777" w:rsidR="00244939" w:rsidRPr="00E30CCA" w:rsidRDefault="00244939" w:rsidP="00416C06">
            <w:pPr>
              <w:autoSpaceDE w:val="0"/>
              <w:autoSpaceDN w:val="0"/>
              <w:spacing w:before="76" w:after="0" w:line="25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color w:val="000000"/>
                <w:w w:val="97"/>
                <w:sz w:val="24"/>
                <w:szCs w:val="24"/>
              </w:rPr>
              <w:t>Контрольнаяработа</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5579A" w14:textId="77777777" w:rsidR="00244939" w:rsidRPr="00E30CCA" w:rsidRDefault="00244939" w:rsidP="00416C06">
            <w:pPr>
              <w:rPr>
                <w:rFonts w:ascii="Times New Roman" w:hAnsi="Times New Roman" w:cs="Times New Roman"/>
                <w:sz w:val="24"/>
                <w:szCs w:val="24"/>
              </w:rPr>
            </w:pPr>
          </w:p>
        </w:tc>
      </w:tr>
      <w:tr w:rsidR="00244939" w:rsidRPr="00E30CCA" w14:paraId="5E509E5F"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F5A164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1473E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AE8EC0"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A739F0"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666C07"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4B1917" w14:textId="77777777" w:rsidR="00244939" w:rsidRPr="00E30CCA" w:rsidRDefault="00244939" w:rsidP="00416C06">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0E6B4F"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379B60" w14:textId="77777777" w:rsidR="00244939" w:rsidRPr="00E30CCA" w:rsidRDefault="00244939" w:rsidP="00416C06">
            <w:pPr>
              <w:rPr>
                <w:rFonts w:ascii="Times New Roman" w:hAnsi="Times New Roman" w:cs="Times New Roman"/>
                <w:sz w:val="24"/>
                <w:szCs w:val="24"/>
              </w:rPr>
            </w:pPr>
          </w:p>
        </w:tc>
      </w:tr>
      <w:tr w:rsidR="00244939" w:rsidRPr="00E30CCA" w14:paraId="751E7B0D" w14:textId="77777777" w:rsidTr="00416C06">
        <w:trPr>
          <w:trHeight w:hRule="exact" w:val="348"/>
        </w:trPr>
        <w:tc>
          <w:tcPr>
            <w:tcW w:w="13040"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5D87CF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7. </w:t>
            </w:r>
            <w:proofErr w:type="spellStart"/>
            <w:r w:rsidRPr="00E30CCA">
              <w:rPr>
                <w:rFonts w:ascii="Times New Roman" w:eastAsia="Times New Roman" w:hAnsi="Times New Roman" w:cs="Times New Roman"/>
                <w:b/>
                <w:color w:val="221F1F"/>
                <w:w w:val="97"/>
                <w:sz w:val="24"/>
                <w:szCs w:val="24"/>
              </w:rPr>
              <w:t>Повторение</w:t>
            </w:r>
            <w:proofErr w:type="spellEnd"/>
            <w:r w:rsidRPr="00E30CCA">
              <w:rPr>
                <w:rFonts w:ascii="Times New Roman" w:eastAsia="Times New Roman" w:hAnsi="Times New Roman" w:cs="Times New Roman"/>
                <w:b/>
                <w:color w:val="221F1F"/>
                <w:w w:val="97"/>
                <w:sz w:val="24"/>
                <w:szCs w:val="24"/>
              </w:rPr>
              <w:t xml:space="preserve"> и </w:t>
            </w:r>
            <w:proofErr w:type="spellStart"/>
            <w:r w:rsidRPr="00E30CCA">
              <w:rPr>
                <w:rFonts w:ascii="Times New Roman" w:eastAsia="Times New Roman" w:hAnsi="Times New Roman" w:cs="Times New Roman"/>
                <w:b/>
                <w:color w:val="221F1F"/>
                <w:w w:val="97"/>
                <w:sz w:val="24"/>
                <w:szCs w:val="24"/>
              </w:rPr>
              <w:t>обобщение</w:t>
            </w:r>
            <w:proofErr w:type="spellEnd"/>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3E5955" w14:textId="77777777" w:rsidR="00244939" w:rsidRPr="00E30CCA" w:rsidRDefault="00244939" w:rsidP="00416C06">
            <w:pPr>
              <w:rPr>
                <w:rFonts w:ascii="Times New Roman" w:hAnsi="Times New Roman" w:cs="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F5F0AB" w14:textId="77777777" w:rsidR="00244939" w:rsidRPr="00E30CCA" w:rsidRDefault="00244939" w:rsidP="00416C06">
            <w:pPr>
              <w:rPr>
                <w:rFonts w:ascii="Times New Roman" w:hAnsi="Times New Roman" w:cs="Times New Roman"/>
                <w:sz w:val="24"/>
                <w:szCs w:val="24"/>
              </w:rPr>
            </w:pPr>
          </w:p>
        </w:tc>
      </w:tr>
      <w:tr w:rsidR="00244939" w:rsidRPr="00E30CCA" w14:paraId="6A0BDCE3" w14:textId="77777777" w:rsidTr="00416C06">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3A500"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7.1.</w:t>
            </w:r>
          </w:p>
        </w:tc>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BDAD77" w14:textId="77777777" w:rsidR="00244939" w:rsidRPr="00E30CCA" w:rsidRDefault="00244939" w:rsidP="00416C06">
            <w:pPr>
              <w:autoSpaceDE w:val="0"/>
              <w:autoSpaceDN w:val="0"/>
              <w:spacing w:before="78" w:after="0" w:line="245"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Повторение основных понятий и методов курса 5 класса, обобщение знаний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B49E7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930658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45A51" w14:textId="77777777" w:rsidR="00244939" w:rsidRPr="00E30CCA" w:rsidRDefault="00244939" w:rsidP="00416C06">
            <w:pPr>
              <w:rPr>
                <w:rFonts w:ascii="Times New Roman" w:hAnsi="Times New Roman" w:cs="Times New Roman"/>
                <w:sz w:val="24"/>
                <w:szCs w:val="24"/>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9A094" w14:textId="77777777" w:rsidR="00244939" w:rsidRPr="00E30CCA" w:rsidRDefault="00244939" w:rsidP="00416C06">
            <w:pPr>
              <w:rPr>
                <w:rFonts w:ascii="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22EB9" w14:textId="77777777" w:rsidR="00244939" w:rsidRPr="00E30CCA" w:rsidRDefault="00244939" w:rsidP="00416C06">
            <w:pPr>
              <w:autoSpaceDE w:val="0"/>
              <w:autoSpaceDN w:val="0"/>
              <w:spacing w:before="78" w:after="0" w:line="252" w:lineRule="auto"/>
              <w:ind w:left="72" w:right="288"/>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 xml:space="preserve">Осуществлять самоконтроль выполняемых действий и самопроверку результата вычислений;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 xml:space="preserve">Решать задачи из реальной жизни, применять математические знания для решения задач из других учебных предметов;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w w:val="97"/>
                <w:sz w:val="24"/>
                <w:szCs w:val="24"/>
                <w:lang w:val="ru-RU"/>
              </w:rPr>
              <w:t>Решать задачи разными способами, сравнивать способы решения задачи, выбирать рациональный способ;</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174AB2" w14:textId="77777777" w:rsidR="00244939" w:rsidRPr="00E30CCA" w:rsidRDefault="00244939" w:rsidP="00416C06">
            <w:pPr>
              <w:autoSpaceDE w:val="0"/>
              <w:autoSpaceDN w:val="0"/>
              <w:spacing w:before="78" w:after="0" w:line="245"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Письменныйконтроль</w:t>
            </w:r>
            <w:proofErr w:type="spellEnd"/>
            <w:r w:rsidRPr="00E30CCA">
              <w:rPr>
                <w:rFonts w:ascii="Times New Roman" w:eastAsia="Times New Roman" w:hAnsi="Times New Roman" w:cs="Times New Roman"/>
                <w:color w:val="000000"/>
                <w:w w:val="97"/>
                <w:sz w:val="24"/>
                <w:szCs w:val="24"/>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99602F" w14:textId="77777777" w:rsidR="00244939" w:rsidRPr="00E30CCA" w:rsidRDefault="00244939" w:rsidP="00416C06">
            <w:pPr>
              <w:rPr>
                <w:rFonts w:ascii="Times New Roman" w:hAnsi="Times New Roman" w:cs="Times New Roman"/>
                <w:sz w:val="24"/>
                <w:szCs w:val="24"/>
              </w:rPr>
            </w:pPr>
          </w:p>
        </w:tc>
      </w:tr>
      <w:tr w:rsidR="00244939" w:rsidRPr="00E30CCA" w14:paraId="7EDFD76D" w14:textId="77777777" w:rsidTr="00416C06">
        <w:trPr>
          <w:trHeight w:hRule="exact" w:val="348"/>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25ED5E"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0277C"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78EF2" w14:textId="77777777" w:rsidR="00244939" w:rsidRPr="00E30CCA" w:rsidRDefault="00244939" w:rsidP="00416C06">
            <w:pP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C3BE05" w14:textId="77777777" w:rsidR="00244939" w:rsidRPr="00E30CCA" w:rsidRDefault="00244939" w:rsidP="00416C06">
            <w:pPr>
              <w:rPr>
                <w:rFonts w:ascii="Times New Roman" w:hAnsi="Times New Roman" w:cs="Times New Roman"/>
                <w:sz w:val="24"/>
                <w:szCs w:val="24"/>
              </w:rPr>
            </w:pPr>
          </w:p>
        </w:tc>
        <w:tc>
          <w:tcPr>
            <w:tcW w:w="924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65D9311" w14:textId="77777777" w:rsidR="00244939" w:rsidRPr="00E30CCA" w:rsidRDefault="00244939" w:rsidP="00416C06">
            <w:pPr>
              <w:rPr>
                <w:rFonts w:ascii="Times New Roman" w:hAnsi="Times New Roman" w:cs="Times New Roman"/>
                <w:sz w:val="24"/>
                <w:szCs w:val="24"/>
              </w:rPr>
            </w:pPr>
          </w:p>
        </w:tc>
      </w:tr>
      <w:tr w:rsidR="00244939" w:rsidRPr="00E30CCA" w14:paraId="0859103C" w14:textId="77777777" w:rsidTr="00416C06">
        <w:trPr>
          <w:trHeight w:hRule="exact" w:val="520"/>
        </w:trPr>
        <w:tc>
          <w:tcPr>
            <w:tcW w:w="34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58724C" w14:textId="77777777" w:rsidR="00244939" w:rsidRPr="00E30CCA" w:rsidRDefault="00244939" w:rsidP="00416C06">
            <w:pPr>
              <w:autoSpaceDE w:val="0"/>
              <w:autoSpaceDN w:val="0"/>
              <w:spacing w:before="76" w:after="0" w:line="245" w:lineRule="auto"/>
              <w:ind w:left="72" w:right="864"/>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25B7A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170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029C9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14</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E256C" w14:textId="77777777" w:rsidR="00244939" w:rsidRPr="00E30CCA" w:rsidRDefault="00244939" w:rsidP="00416C06">
            <w:pPr>
              <w:autoSpaceDE w:val="0"/>
              <w:autoSpaceDN w:val="0"/>
              <w:spacing w:before="76" w:after="0" w:line="233" w:lineRule="auto"/>
              <w:ind w:left="74"/>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924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582E6EAF" w14:textId="77777777" w:rsidR="00244939" w:rsidRPr="00E30CCA" w:rsidRDefault="00244939" w:rsidP="00416C06">
            <w:pPr>
              <w:rPr>
                <w:rFonts w:ascii="Times New Roman" w:hAnsi="Times New Roman" w:cs="Times New Roman"/>
                <w:sz w:val="24"/>
                <w:szCs w:val="24"/>
              </w:rPr>
            </w:pPr>
          </w:p>
        </w:tc>
      </w:tr>
    </w:tbl>
    <w:p w14:paraId="5BD08D69"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6ACDD726" w14:textId="77777777" w:rsidR="00244939" w:rsidRPr="00E30CCA" w:rsidRDefault="00244939" w:rsidP="00244939">
      <w:pPr>
        <w:rPr>
          <w:rFonts w:ascii="Times New Roman" w:hAnsi="Times New Roman" w:cs="Times New Roman"/>
          <w:sz w:val="24"/>
          <w:szCs w:val="24"/>
        </w:rPr>
        <w:sectPr w:rsidR="00244939" w:rsidRPr="00E30CCA">
          <w:pgSz w:w="16840" w:h="11900"/>
          <w:pgMar w:top="284" w:right="640" w:bottom="760" w:left="666" w:header="720" w:footer="720" w:gutter="0"/>
          <w:cols w:space="720" w:equalWidth="0">
            <w:col w:w="15534" w:space="0"/>
          </w:cols>
          <w:docGrid w:linePitch="360"/>
        </w:sectPr>
      </w:pPr>
    </w:p>
    <w:p w14:paraId="75C3BD1F" w14:textId="77777777" w:rsidR="00244939" w:rsidRPr="00E30CCA" w:rsidRDefault="00244939" w:rsidP="00244939">
      <w:pPr>
        <w:autoSpaceDE w:val="0"/>
        <w:autoSpaceDN w:val="0"/>
        <w:spacing w:after="0" w:line="14" w:lineRule="exact"/>
        <w:rPr>
          <w:rFonts w:ascii="Times New Roman" w:hAnsi="Times New Roman" w:cs="Times New Roman"/>
          <w:sz w:val="24"/>
          <w:szCs w:val="24"/>
          <w:lang w:val="ru-RU"/>
        </w:rPr>
      </w:pPr>
    </w:p>
    <w:p w14:paraId="713B32E3" w14:textId="77777777" w:rsidR="00244939" w:rsidRPr="00E30CCA" w:rsidRDefault="00244939" w:rsidP="00244939">
      <w:pPr>
        <w:rPr>
          <w:rFonts w:ascii="Times New Roman" w:hAnsi="Times New Roman" w:cs="Times New Roman"/>
          <w:sz w:val="24"/>
          <w:szCs w:val="24"/>
          <w:lang w:val="ru-RU"/>
        </w:rPr>
      </w:pPr>
    </w:p>
    <w:p w14:paraId="071C2C93" w14:textId="77777777" w:rsidR="00244939" w:rsidRPr="00E30CCA" w:rsidRDefault="00244939" w:rsidP="00244939">
      <w:pPr>
        <w:rPr>
          <w:rFonts w:ascii="Times New Roman" w:hAnsi="Times New Roman" w:cs="Times New Roman"/>
          <w:b/>
          <w:sz w:val="24"/>
          <w:szCs w:val="24"/>
          <w:lang w:val="ru-RU"/>
        </w:rPr>
      </w:pPr>
      <w:r w:rsidRPr="00E30CCA">
        <w:rPr>
          <w:rFonts w:ascii="Times New Roman" w:hAnsi="Times New Roman" w:cs="Times New Roman"/>
          <w:b/>
          <w:sz w:val="24"/>
          <w:szCs w:val="24"/>
          <w:lang w:val="ru-RU"/>
        </w:rPr>
        <w:t>Тематическое планирование 6 класс</w:t>
      </w:r>
    </w:p>
    <w:tbl>
      <w:tblPr>
        <w:tblpPr w:leftFromText="180" w:rightFromText="180" w:vertAnchor="text" w:horzAnchor="margin" w:tblpY="184"/>
        <w:tblW w:w="0" w:type="auto"/>
        <w:tblLayout w:type="fixed"/>
        <w:tblLook w:val="04A0" w:firstRow="1" w:lastRow="0" w:firstColumn="1" w:lastColumn="0" w:noHBand="0" w:noVBand="1"/>
      </w:tblPr>
      <w:tblGrid>
        <w:gridCol w:w="480"/>
        <w:gridCol w:w="6976"/>
        <w:gridCol w:w="540"/>
        <w:gridCol w:w="1718"/>
        <w:gridCol w:w="1764"/>
        <w:gridCol w:w="4024"/>
      </w:tblGrid>
      <w:tr w:rsidR="00244939" w:rsidRPr="00E30CCA" w14:paraId="6364434D" w14:textId="77777777" w:rsidTr="00416C06">
        <w:trPr>
          <w:trHeight w:hRule="exact" w:val="348"/>
        </w:trPr>
        <w:tc>
          <w:tcPr>
            <w:tcW w:w="4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EE6AB7D" w14:textId="77777777" w:rsidR="00244939" w:rsidRPr="00E30CCA" w:rsidRDefault="00244939" w:rsidP="00416C06">
            <w:pPr>
              <w:autoSpaceDE w:val="0"/>
              <w:autoSpaceDN w:val="0"/>
              <w:spacing w:before="76" w:after="0" w:line="245" w:lineRule="auto"/>
              <w:ind w:right="144"/>
              <w:jc w:val="center"/>
              <w:rPr>
                <w:rFonts w:ascii="Times New Roman" w:hAnsi="Times New Roman" w:cs="Times New Roman"/>
                <w:sz w:val="24"/>
                <w:szCs w:val="24"/>
              </w:rPr>
            </w:pPr>
            <w:r w:rsidRPr="00E30CCA">
              <w:rPr>
                <w:rFonts w:ascii="Times New Roman" w:eastAsia="Times New Roman" w:hAnsi="Times New Roman" w:cs="Times New Roman"/>
                <w:b/>
                <w:color w:val="000000"/>
                <w:w w:val="97"/>
                <w:sz w:val="24"/>
                <w:szCs w:val="24"/>
              </w:rPr>
              <w:t>№</w:t>
            </w:r>
            <w:r w:rsidRPr="00E30CCA">
              <w:rPr>
                <w:rFonts w:ascii="Times New Roman" w:hAnsi="Times New Roman" w:cs="Times New Roman"/>
                <w:sz w:val="24"/>
                <w:szCs w:val="24"/>
              </w:rPr>
              <w:br/>
            </w:r>
            <w:r w:rsidRPr="00E30CCA">
              <w:rPr>
                <w:rFonts w:ascii="Times New Roman" w:eastAsia="Times New Roman" w:hAnsi="Times New Roman" w:cs="Times New Roman"/>
                <w:b/>
                <w:color w:val="000000"/>
                <w:w w:val="97"/>
                <w:sz w:val="24"/>
                <w:szCs w:val="24"/>
              </w:rPr>
              <w:t>п/п</w:t>
            </w:r>
          </w:p>
        </w:tc>
        <w:tc>
          <w:tcPr>
            <w:tcW w:w="69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24DBB1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Наименование разделов и тем программы</w:t>
            </w:r>
          </w:p>
        </w:tc>
        <w:tc>
          <w:tcPr>
            <w:tcW w:w="402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B0E612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Количество</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часов</w:t>
            </w:r>
            <w:proofErr w:type="spellEnd"/>
          </w:p>
        </w:tc>
        <w:tc>
          <w:tcPr>
            <w:tcW w:w="402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1B1F72D"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Электронные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цифровые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образовательные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ресурсы</w:t>
            </w:r>
            <w:proofErr w:type="spellEnd"/>
          </w:p>
        </w:tc>
      </w:tr>
      <w:tr w:rsidR="00244939" w:rsidRPr="00E30CCA" w14:paraId="15DB9CA6" w14:textId="77777777" w:rsidTr="00416C06">
        <w:trPr>
          <w:trHeight w:hRule="exact" w:val="348"/>
        </w:trPr>
        <w:tc>
          <w:tcPr>
            <w:tcW w:w="480" w:type="dxa"/>
            <w:vMerge/>
            <w:tcBorders>
              <w:top w:val="single" w:sz="4" w:space="0" w:color="000000"/>
              <w:left w:val="single" w:sz="4" w:space="0" w:color="000000"/>
              <w:bottom w:val="single" w:sz="4" w:space="0" w:color="000000"/>
              <w:right w:val="single" w:sz="4" w:space="0" w:color="000000"/>
            </w:tcBorders>
          </w:tcPr>
          <w:p w14:paraId="1876C587" w14:textId="77777777" w:rsidR="00244939" w:rsidRPr="00E30CCA" w:rsidRDefault="00244939" w:rsidP="00416C06">
            <w:pPr>
              <w:rPr>
                <w:rFonts w:ascii="Times New Roman" w:hAnsi="Times New Roman" w:cs="Times New Roman"/>
                <w:sz w:val="24"/>
                <w:szCs w:val="24"/>
              </w:rPr>
            </w:pPr>
          </w:p>
        </w:tc>
        <w:tc>
          <w:tcPr>
            <w:tcW w:w="6976" w:type="dxa"/>
            <w:vMerge/>
            <w:tcBorders>
              <w:top w:val="single" w:sz="4" w:space="0" w:color="000000"/>
              <w:left w:val="single" w:sz="4" w:space="0" w:color="000000"/>
              <w:bottom w:val="single" w:sz="4" w:space="0" w:color="000000"/>
              <w:right w:val="single" w:sz="4" w:space="0" w:color="000000"/>
            </w:tcBorders>
          </w:tcPr>
          <w:p w14:paraId="1F849CBE" w14:textId="77777777" w:rsidR="00244939" w:rsidRPr="00E30CCA" w:rsidRDefault="00244939" w:rsidP="00416C06">
            <w:pPr>
              <w:rPr>
                <w:rFonts w:ascii="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7DF08D"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всего</w:t>
            </w:r>
            <w:proofErr w:type="spellEnd"/>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822EA9"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контрольные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работы</w:t>
            </w:r>
            <w:proofErr w:type="spellEnd"/>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4D047"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практические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работы</w:t>
            </w:r>
            <w:proofErr w:type="spellEnd"/>
          </w:p>
        </w:tc>
        <w:tc>
          <w:tcPr>
            <w:tcW w:w="4024" w:type="dxa"/>
            <w:vMerge/>
            <w:tcBorders>
              <w:top w:val="single" w:sz="4" w:space="0" w:color="000000"/>
              <w:left w:val="single" w:sz="4" w:space="0" w:color="000000"/>
              <w:bottom w:val="single" w:sz="4" w:space="0" w:color="000000"/>
              <w:right w:val="single" w:sz="4" w:space="0" w:color="000000"/>
            </w:tcBorders>
          </w:tcPr>
          <w:p w14:paraId="6EF70730" w14:textId="77777777" w:rsidR="00244939" w:rsidRPr="00E30CCA" w:rsidRDefault="00244939" w:rsidP="00416C06">
            <w:pPr>
              <w:rPr>
                <w:rFonts w:ascii="Times New Roman" w:hAnsi="Times New Roman" w:cs="Times New Roman"/>
                <w:sz w:val="24"/>
                <w:szCs w:val="24"/>
              </w:rPr>
            </w:pPr>
          </w:p>
        </w:tc>
      </w:tr>
      <w:tr w:rsidR="00244939" w:rsidRPr="009318F0" w14:paraId="3C8A1E54"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5154879"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1. </w:t>
            </w:r>
            <w:r w:rsidRPr="00E30CCA">
              <w:rPr>
                <w:rFonts w:ascii="Times New Roman" w:eastAsia="Times New Roman" w:hAnsi="Times New Roman" w:cs="Times New Roman"/>
                <w:b/>
                <w:color w:val="221F1F"/>
                <w:w w:val="97"/>
                <w:sz w:val="24"/>
                <w:szCs w:val="24"/>
                <w:lang w:val="ru-RU"/>
              </w:rPr>
              <w:t>Натуральные числа. Действия с натуральными числами</w:t>
            </w:r>
          </w:p>
        </w:tc>
      </w:tr>
      <w:tr w:rsidR="00244939" w:rsidRPr="00E30CCA" w14:paraId="1CD8C1C2" w14:textId="77777777" w:rsidTr="00416C06">
        <w:trPr>
          <w:trHeight w:hRule="exact" w:val="32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BA443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D8120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Арифметические действия с многозначными натуральными числами.</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86FC9"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5324F"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7D4B1"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77BE4" w14:textId="77777777" w:rsidR="00244939" w:rsidRPr="00E30CCA" w:rsidRDefault="00244939" w:rsidP="00416C06">
            <w:pPr>
              <w:rPr>
                <w:rFonts w:ascii="Times New Roman" w:hAnsi="Times New Roman" w:cs="Times New Roman"/>
                <w:sz w:val="24"/>
                <w:szCs w:val="24"/>
              </w:rPr>
            </w:pPr>
          </w:p>
        </w:tc>
      </w:tr>
    </w:tbl>
    <w:tbl>
      <w:tblPr>
        <w:tblW w:w="0" w:type="auto"/>
        <w:tblInd w:w="16" w:type="dxa"/>
        <w:tblLayout w:type="fixed"/>
        <w:tblLook w:val="04A0" w:firstRow="1" w:lastRow="0" w:firstColumn="1" w:lastColumn="0" w:noHBand="0" w:noVBand="1"/>
      </w:tblPr>
      <w:tblGrid>
        <w:gridCol w:w="480"/>
        <w:gridCol w:w="6976"/>
        <w:gridCol w:w="540"/>
        <w:gridCol w:w="1718"/>
        <w:gridCol w:w="1764"/>
        <w:gridCol w:w="4024"/>
      </w:tblGrid>
      <w:tr w:rsidR="00244939" w:rsidRPr="00E30CCA" w14:paraId="6F2BACF9" w14:textId="77777777" w:rsidTr="00416C06">
        <w:trPr>
          <w:trHeight w:hRule="exact" w:val="54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DE07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7E9A09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Числовые выражения, порядок действий, использование скобок.</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C23C1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86F3AE"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F00B9"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BA0FC" w14:textId="77777777" w:rsidR="00244939" w:rsidRPr="00E30CCA" w:rsidRDefault="00244939" w:rsidP="00416C06">
            <w:pPr>
              <w:rPr>
                <w:rFonts w:ascii="Times New Roman" w:hAnsi="Times New Roman" w:cs="Times New Roman"/>
                <w:sz w:val="24"/>
                <w:szCs w:val="24"/>
              </w:rPr>
            </w:pPr>
          </w:p>
        </w:tc>
      </w:tr>
      <w:tr w:rsidR="00244939" w:rsidRPr="00E30CCA" w14:paraId="1D166FA5"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7CCF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9EC0A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Округление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натуральных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чисел</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508A1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4CDCD7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07B3D"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4BCA9" w14:textId="77777777" w:rsidR="00244939" w:rsidRPr="00E30CCA" w:rsidRDefault="00244939" w:rsidP="00416C06">
            <w:pPr>
              <w:rPr>
                <w:rFonts w:ascii="Times New Roman" w:hAnsi="Times New Roman" w:cs="Times New Roman"/>
                <w:sz w:val="24"/>
                <w:szCs w:val="24"/>
              </w:rPr>
            </w:pPr>
          </w:p>
        </w:tc>
      </w:tr>
      <w:tr w:rsidR="00244939" w:rsidRPr="00E30CCA" w14:paraId="56F9FC10"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C5D50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A16F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Делители и кратные числа; наибольший общий делитель и наименьшее общее кратное</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05FD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8C8E9"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9099BE"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66D4AE" w14:textId="77777777" w:rsidR="00244939" w:rsidRPr="00E30CCA" w:rsidRDefault="00244939" w:rsidP="00416C06">
            <w:pPr>
              <w:rPr>
                <w:rFonts w:ascii="Times New Roman" w:hAnsi="Times New Roman" w:cs="Times New Roman"/>
                <w:sz w:val="24"/>
                <w:szCs w:val="24"/>
              </w:rPr>
            </w:pPr>
          </w:p>
        </w:tc>
      </w:tr>
      <w:tr w:rsidR="00244939" w:rsidRPr="00E30CCA" w14:paraId="497DC27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47DE8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0F6C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Разложение числа на простые множители.</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76FA7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72A0F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95C40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8DFF09" w14:textId="77777777" w:rsidR="00244939" w:rsidRPr="00E30CCA" w:rsidRDefault="00244939" w:rsidP="00416C06">
            <w:pPr>
              <w:rPr>
                <w:rFonts w:ascii="Times New Roman" w:hAnsi="Times New Roman" w:cs="Times New Roman"/>
                <w:sz w:val="24"/>
                <w:szCs w:val="24"/>
              </w:rPr>
            </w:pPr>
          </w:p>
        </w:tc>
      </w:tr>
      <w:tr w:rsidR="00244939" w:rsidRPr="00E30CCA" w14:paraId="51781300" w14:textId="77777777" w:rsidTr="00416C06">
        <w:trPr>
          <w:trHeight w:hRule="exact" w:val="35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AA3B9" w14:textId="77777777" w:rsidR="00244939" w:rsidRPr="00E30CCA" w:rsidRDefault="00244939" w:rsidP="00416C06">
            <w:pPr>
              <w:autoSpaceDE w:val="0"/>
              <w:autoSpaceDN w:val="0"/>
              <w:spacing w:before="8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1.6.</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87F581" w14:textId="77777777" w:rsidR="00244939" w:rsidRPr="00E30CCA" w:rsidRDefault="00244939" w:rsidP="00416C06">
            <w:pPr>
              <w:autoSpaceDE w:val="0"/>
              <w:autoSpaceDN w:val="0"/>
              <w:spacing w:before="80"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Делимость</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суммы</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произведения</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23518" w14:textId="77777777" w:rsidR="00244939" w:rsidRPr="00E30CCA" w:rsidRDefault="00244939" w:rsidP="00416C06">
            <w:pPr>
              <w:autoSpaceDE w:val="0"/>
              <w:autoSpaceDN w:val="0"/>
              <w:spacing w:before="8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1BD4C0"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BDAD7B"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B51875" w14:textId="77777777" w:rsidR="00244939" w:rsidRPr="00E30CCA" w:rsidRDefault="00244939" w:rsidP="00416C06">
            <w:pPr>
              <w:rPr>
                <w:rFonts w:ascii="Times New Roman" w:hAnsi="Times New Roman" w:cs="Times New Roman"/>
                <w:sz w:val="24"/>
                <w:szCs w:val="24"/>
              </w:rPr>
            </w:pPr>
          </w:p>
        </w:tc>
      </w:tr>
      <w:tr w:rsidR="00244939" w:rsidRPr="00E30CCA" w14:paraId="20EB4C2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DC05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1.7.</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47AAA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Деление</w:t>
            </w:r>
            <w:proofErr w:type="spellEnd"/>
            <w:r w:rsidRPr="00E30CCA">
              <w:rPr>
                <w:rFonts w:ascii="Times New Roman" w:eastAsia="Times New Roman" w:hAnsi="Times New Roman" w:cs="Times New Roman"/>
                <w:color w:val="221F1F"/>
                <w:w w:val="97"/>
                <w:sz w:val="24"/>
                <w:szCs w:val="24"/>
              </w:rPr>
              <w:t xml:space="preserve"> с </w:t>
            </w:r>
            <w:proofErr w:type="spellStart"/>
            <w:r w:rsidRPr="00E30CCA">
              <w:rPr>
                <w:rFonts w:ascii="Times New Roman" w:eastAsia="Times New Roman" w:hAnsi="Times New Roman" w:cs="Times New Roman"/>
                <w:color w:val="221F1F"/>
                <w:w w:val="97"/>
                <w:sz w:val="24"/>
                <w:szCs w:val="24"/>
              </w:rPr>
              <w:t>остатком</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6BCB7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8C662"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8F5BA5"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B8BB3" w14:textId="77777777" w:rsidR="00244939" w:rsidRPr="00E30CCA" w:rsidRDefault="00244939" w:rsidP="00416C06">
            <w:pPr>
              <w:rPr>
                <w:rFonts w:ascii="Times New Roman" w:hAnsi="Times New Roman" w:cs="Times New Roman"/>
                <w:sz w:val="24"/>
                <w:szCs w:val="24"/>
              </w:rPr>
            </w:pPr>
          </w:p>
        </w:tc>
      </w:tr>
      <w:tr w:rsidR="00244939" w:rsidRPr="00E30CCA" w14:paraId="7C288179"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59D9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1.8.</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0B2B0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Решение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текстовых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задач</w:t>
            </w:r>
            <w:proofErr w:type="spellEnd"/>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F8E5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8408F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93E35"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B4337F" w14:textId="77777777" w:rsidR="00244939" w:rsidRPr="00E30CCA" w:rsidRDefault="00244939" w:rsidP="00416C06">
            <w:pPr>
              <w:rPr>
                <w:rFonts w:ascii="Times New Roman" w:hAnsi="Times New Roman" w:cs="Times New Roman"/>
                <w:sz w:val="24"/>
                <w:szCs w:val="24"/>
              </w:rPr>
            </w:pPr>
          </w:p>
        </w:tc>
      </w:tr>
      <w:tr w:rsidR="00244939" w:rsidRPr="00E30CCA" w14:paraId="31881C5A"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8FC063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86CD7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30</w:t>
            </w:r>
          </w:p>
        </w:tc>
        <w:tc>
          <w:tcPr>
            <w:tcW w:w="75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985EAA8" w14:textId="77777777" w:rsidR="00244939" w:rsidRPr="00E30CCA" w:rsidRDefault="00244939" w:rsidP="00416C06">
            <w:pPr>
              <w:rPr>
                <w:rFonts w:ascii="Times New Roman" w:hAnsi="Times New Roman" w:cs="Times New Roman"/>
                <w:sz w:val="24"/>
                <w:szCs w:val="24"/>
              </w:rPr>
            </w:pPr>
          </w:p>
        </w:tc>
      </w:tr>
      <w:tr w:rsidR="00244939" w:rsidRPr="009318F0" w14:paraId="2114B28A"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4DB4830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2. </w:t>
            </w:r>
            <w:r w:rsidRPr="00E30CCA">
              <w:rPr>
                <w:rFonts w:ascii="Times New Roman" w:eastAsia="Times New Roman" w:hAnsi="Times New Roman" w:cs="Times New Roman"/>
                <w:b/>
                <w:color w:val="221F1F"/>
                <w:w w:val="97"/>
                <w:sz w:val="24"/>
                <w:szCs w:val="24"/>
                <w:lang w:val="ru-RU"/>
              </w:rPr>
              <w:t>Наглядная геометрия. Прямые на плоскости</w:t>
            </w:r>
          </w:p>
        </w:tc>
      </w:tr>
      <w:tr w:rsidR="00244939" w:rsidRPr="00E30CCA" w14:paraId="44785D93" w14:textId="77777777" w:rsidTr="00416C06">
        <w:trPr>
          <w:trHeight w:hRule="exact" w:val="54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214AD"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B001B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Перпендикулярные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прямые</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3DE32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3F3E55"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71872"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1B7E4" w14:textId="77777777" w:rsidR="00244939" w:rsidRPr="00E30CCA" w:rsidRDefault="00244939" w:rsidP="00416C06">
            <w:pPr>
              <w:rPr>
                <w:rFonts w:ascii="Times New Roman" w:hAnsi="Times New Roman" w:cs="Times New Roman"/>
                <w:sz w:val="24"/>
                <w:szCs w:val="24"/>
              </w:rPr>
            </w:pPr>
          </w:p>
        </w:tc>
      </w:tr>
      <w:tr w:rsidR="00244939" w:rsidRPr="00E30CCA" w14:paraId="76DC136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AAAFA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0D4E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Параллельные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прямые</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93C5AF"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138D6A"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24CFE2"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47E9AB" w14:textId="77777777" w:rsidR="00244939" w:rsidRPr="00E30CCA" w:rsidRDefault="00244939" w:rsidP="00416C06">
            <w:pPr>
              <w:rPr>
                <w:rFonts w:ascii="Times New Roman" w:hAnsi="Times New Roman" w:cs="Times New Roman"/>
                <w:sz w:val="24"/>
                <w:szCs w:val="24"/>
              </w:rPr>
            </w:pPr>
          </w:p>
        </w:tc>
      </w:tr>
      <w:tr w:rsidR="00244939" w:rsidRPr="00E30CCA" w14:paraId="47BF72CC"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E1E8F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CB2C6D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Расстояние между двумя точками, от точки до прямой, длина пути на квадратной сетке.</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83C74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7FE095"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7710B"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8A6B0" w14:textId="77777777" w:rsidR="00244939" w:rsidRPr="00E30CCA" w:rsidRDefault="00244939" w:rsidP="00416C06">
            <w:pPr>
              <w:rPr>
                <w:rFonts w:ascii="Times New Roman" w:hAnsi="Times New Roman" w:cs="Times New Roman"/>
                <w:sz w:val="24"/>
                <w:szCs w:val="24"/>
              </w:rPr>
            </w:pPr>
          </w:p>
        </w:tc>
      </w:tr>
      <w:tr w:rsidR="00244939" w:rsidRPr="00E30CCA" w14:paraId="02A0D36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3D32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5E941B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Примеры</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прямых</w:t>
            </w:r>
            <w:proofErr w:type="spellEnd"/>
            <w:r w:rsidRPr="00E30CCA">
              <w:rPr>
                <w:rFonts w:ascii="Times New Roman" w:eastAsia="Times New Roman" w:hAnsi="Times New Roman" w:cs="Times New Roman"/>
                <w:color w:val="221F1F"/>
                <w:w w:val="97"/>
                <w:sz w:val="24"/>
                <w:szCs w:val="24"/>
              </w:rPr>
              <w:t xml:space="preserve"> в </w:t>
            </w:r>
            <w:proofErr w:type="spellStart"/>
            <w:r w:rsidRPr="00E30CCA">
              <w:rPr>
                <w:rFonts w:ascii="Times New Roman" w:eastAsia="Times New Roman" w:hAnsi="Times New Roman" w:cs="Times New Roman"/>
                <w:color w:val="221F1F"/>
                <w:w w:val="97"/>
                <w:sz w:val="24"/>
                <w:szCs w:val="24"/>
              </w:rPr>
              <w:t>пространстве</w:t>
            </w:r>
            <w:proofErr w:type="spellEnd"/>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8BA1B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C7A9D9"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CB9E70"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9DAEF" w14:textId="77777777" w:rsidR="00244939" w:rsidRPr="00E30CCA" w:rsidRDefault="00244939" w:rsidP="00416C06">
            <w:pPr>
              <w:rPr>
                <w:rFonts w:ascii="Times New Roman" w:hAnsi="Times New Roman" w:cs="Times New Roman"/>
                <w:sz w:val="24"/>
                <w:szCs w:val="24"/>
              </w:rPr>
            </w:pPr>
          </w:p>
        </w:tc>
      </w:tr>
      <w:tr w:rsidR="00244939" w:rsidRPr="00E30CCA" w14:paraId="67E545AF" w14:textId="77777777" w:rsidTr="00416C06">
        <w:trPr>
          <w:trHeight w:hRule="exact" w:val="350"/>
        </w:trPr>
        <w:tc>
          <w:tcPr>
            <w:tcW w:w="745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14:paraId="6EDB375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p>
        </w:tc>
        <w:tc>
          <w:tcPr>
            <w:tcW w:w="540" w:type="dxa"/>
            <w:tcBorders>
              <w:top w:val="single" w:sz="4" w:space="0" w:color="000000"/>
              <w:left w:val="single" w:sz="4" w:space="0" w:color="000000"/>
              <w:bottom w:val="single" w:sz="5" w:space="0" w:color="000000"/>
              <w:right w:val="single" w:sz="4" w:space="0" w:color="000000"/>
            </w:tcBorders>
            <w:tcMar>
              <w:left w:w="0" w:type="dxa"/>
              <w:right w:w="0" w:type="dxa"/>
            </w:tcMar>
          </w:tcPr>
          <w:p w14:paraId="6AE7CAE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w:t>
            </w:r>
          </w:p>
        </w:tc>
        <w:tc>
          <w:tcPr>
            <w:tcW w:w="7506"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14:paraId="59608BEF" w14:textId="77777777" w:rsidR="00244939" w:rsidRPr="00E30CCA" w:rsidRDefault="00244939" w:rsidP="00416C06">
            <w:pPr>
              <w:rPr>
                <w:rFonts w:ascii="Times New Roman" w:hAnsi="Times New Roman" w:cs="Times New Roman"/>
                <w:sz w:val="24"/>
                <w:szCs w:val="24"/>
              </w:rPr>
            </w:pPr>
          </w:p>
        </w:tc>
      </w:tr>
      <w:tr w:rsidR="00244939" w:rsidRPr="00E30CCA" w14:paraId="1B397876" w14:textId="77777777" w:rsidTr="00416C06">
        <w:trPr>
          <w:trHeight w:hRule="exact" w:val="348"/>
        </w:trPr>
        <w:tc>
          <w:tcPr>
            <w:tcW w:w="1550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14:paraId="61AF400F" w14:textId="77777777" w:rsidR="00244939" w:rsidRPr="00E30CCA" w:rsidRDefault="00244939" w:rsidP="00416C06">
            <w:pPr>
              <w:autoSpaceDE w:val="0"/>
              <w:autoSpaceDN w:val="0"/>
              <w:spacing w:before="74"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3. </w:t>
            </w:r>
            <w:proofErr w:type="spellStart"/>
            <w:r w:rsidRPr="00E30CCA">
              <w:rPr>
                <w:rFonts w:ascii="Times New Roman" w:eastAsia="Times New Roman" w:hAnsi="Times New Roman" w:cs="Times New Roman"/>
                <w:b/>
                <w:color w:val="000000"/>
                <w:w w:val="97"/>
                <w:sz w:val="24"/>
                <w:szCs w:val="24"/>
              </w:rPr>
              <w:t>Д</w:t>
            </w:r>
            <w:r w:rsidRPr="00E30CCA">
              <w:rPr>
                <w:rFonts w:ascii="Times New Roman" w:eastAsia="Times New Roman" w:hAnsi="Times New Roman" w:cs="Times New Roman"/>
                <w:b/>
                <w:color w:val="221F1F"/>
                <w:w w:val="97"/>
                <w:sz w:val="24"/>
                <w:szCs w:val="24"/>
              </w:rPr>
              <w:t>роби</w:t>
            </w:r>
            <w:proofErr w:type="spellEnd"/>
          </w:p>
        </w:tc>
      </w:tr>
      <w:tr w:rsidR="00244939" w:rsidRPr="00E30CCA" w14:paraId="40B1163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CF07C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695C7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Обыкновенная дробь, основное свойство дроби, сокращение дробей.</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E1E6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0F39D"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7EAF9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2320E0" w14:textId="77777777" w:rsidR="00244939" w:rsidRPr="00E30CCA" w:rsidRDefault="00244939" w:rsidP="00416C06">
            <w:pPr>
              <w:rPr>
                <w:rFonts w:ascii="Times New Roman" w:hAnsi="Times New Roman" w:cs="Times New Roman"/>
                <w:sz w:val="24"/>
                <w:szCs w:val="24"/>
              </w:rPr>
            </w:pPr>
          </w:p>
        </w:tc>
      </w:tr>
      <w:tr w:rsidR="00244939" w:rsidRPr="00E30CCA" w14:paraId="4F6C5D9D"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AE9BA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95C3FD"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Сравнение</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упорядочивание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дробей</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C797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1D42D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A262B"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B72753" w14:textId="77777777" w:rsidR="00244939" w:rsidRPr="00E30CCA" w:rsidRDefault="00244939" w:rsidP="00416C06">
            <w:pPr>
              <w:rPr>
                <w:rFonts w:ascii="Times New Roman" w:hAnsi="Times New Roman" w:cs="Times New Roman"/>
                <w:sz w:val="24"/>
                <w:szCs w:val="24"/>
              </w:rPr>
            </w:pPr>
          </w:p>
        </w:tc>
      </w:tr>
      <w:tr w:rsidR="00244939" w:rsidRPr="00E30CCA" w14:paraId="761EB1FE"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502E4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CE06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Десятичные дроби и метрическая система мер.</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A354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AB88EF"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B1416B"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2784CE" w14:textId="77777777" w:rsidR="00244939" w:rsidRPr="00E30CCA" w:rsidRDefault="00244939" w:rsidP="00416C06">
            <w:pPr>
              <w:rPr>
                <w:rFonts w:ascii="Times New Roman" w:hAnsi="Times New Roman" w:cs="Times New Roman"/>
                <w:sz w:val="24"/>
                <w:szCs w:val="24"/>
              </w:rPr>
            </w:pPr>
          </w:p>
        </w:tc>
      </w:tr>
      <w:tr w:rsidR="00244939" w:rsidRPr="00E30CCA" w14:paraId="15435CF0"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F515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0380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Арифметические действия с обыкновенными и десятичными дробями.</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71E13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DB080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FBBCD"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647758" w14:textId="77777777" w:rsidR="00244939" w:rsidRPr="00E30CCA" w:rsidRDefault="00244939" w:rsidP="00416C06">
            <w:pPr>
              <w:rPr>
                <w:rFonts w:ascii="Times New Roman" w:hAnsi="Times New Roman" w:cs="Times New Roman"/>
                <w:sz w:val="24"/>
                <w:szCs w:val="24"/>
              </w:rPr>
            </w:pPr>
          </w:p>
        </w:tc>
      </w:tr>
      <w:tr w:rsidR="00244939" w:rsidRPr="00E30CCA" w14:paraId="52E834A0"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51213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74973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Отношение</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92CEF"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DA983"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CD484"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1A231" w14:textId="77777777" w:rsidR="00244939" w:rsidRPr="00E30CCA" w:rsidRDefault="00244939" w:rsidP="00416C06">
            <w:pPr>
              <w:rPr>
                <w:rFonts w:ascii="Times New Roman" w:hAnsi="Times New Roman" w:cs="Times New Roman"/>
                <w:sz w:val="24"/>
                <w:szCs w:val="24"/>
              </w:rPr>
            </w:pPr>
          </w:p>
        </w:tc>
      </w:tr>
      <w:tr w:rsidR="00244939" w:rsidRPr="00E30CCA" w14:paraId="3138D21C"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7BDA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lastRenderedPageBreak/>
              <w:t>3.6.</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3C69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Деление</w:t>
            </w:r>
            <w:proofErr w:type="spellEnd"/>
            <w:r w:rsidRPr="00E30CCA">
              <w:rPr>
                <w:rFonts w:ascii="Times New Roman" w:eastAsia="Times New Roman" w:hAnsi="Times New Roman" w:cs="Times New Roman"/>
                <w:color w:val="221F1F"/>
                <w:w w:val="97"/>
                <w:sz w:val="24"/>
                <w:szCs w:val="24"/>
              </w:rPr>
              <w:t xml:space="preserve"> в </w:t>
            </w:r>
            <w:proofErr w:type="spellStart"/>
            <w:r w:rsidRPr="00E30CCA">
              <w:rPr>
                <w:rFonts w:ascii="Times New Roman" w:eastAsia="Times New Roman" w:hAnsi="Times New Roman" w:cs="Times New Roman"/>
                <w:color w:val="221F1F"/>
                <w:w w:val="97"/>
                <w:sz w:val="24"/>
                <w:szCs w:val="24"/>
              </w:rPr>
              <w:t>данном</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отношении</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5C87F"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99AD7"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5D065"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488591" w14:textId="77777777" w:rsidR="00244939" w:rsidRPr="00E30CCA" w:rsidRDefault="00244939" w:rsidP="00416C06">
            <w:pPr>
              <w:rPr>
                <w:rFonts w:ascii="Times New Roman" w:hAnsi="Times New Roman" w:cs="Times New Roman"/>
                <w:sz w:val="24"/>
                <w:szCs w:val="24"/>
              </w:rPr>
            </w:pPr>
          </w:p>
        </w:tc>
      </w:tr>
      <w:tr w:rsidR="00244939" w:rsidRPr="00E30CCA" w14:paraId="74D478E3"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E14C1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3.7.</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D3213D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Масштаб</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пропорция</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FB2D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BA6A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648338"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0AEA8A" w14:textId="77777777" w:rsidR="00244939" w:rsidRPr="00E30CCA" w:rsidRDefault="00244939" w:rsidP="00416C06">
            <w:pPr>
              <w:rPr>
                <w:rFonts w:ascii="Times New Roman" w:hAnsi="Times New Roman" w:cs="Times New Roman"/>
                <w:sz w:val="24"/>
                <w:szCs w:val="24"/>
              </w:rPr>
            </w:pPr>
          </w:p>
        </w:tc>
      </w:tr>
      <w:tr w:rsidR="00244939" w:rsidRPr="00E30CCA" w14:paraId="1A49D92E"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2E849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3.8.</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A2677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Понятие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процента</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7C6F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925A3"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59643"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25D15" w14:textId="77777777" w:rsidR="00244939" w:rsidRPr="00E30CCA" w:rsidRDefault="00244939" w:rsidP="00416C06">
            <w:pPr>
              <w:rPr>
                <w:rFonts w:ascii="Times New Roman" w:hAnsi="Times New Roman" w:cs="Times New Roman"/>
                <w:sz w:val="24"/>
                <w:szCs w:val="24"/>
              </w:rPr>
            </w:pPr>
          </w:p>
        </w:tc>
      </w:tr>
      <w:tr w:rsidR="00244939" w:rsidRPr="00E30CCA" w14:paraId="20CE994E" w14:textId="77777777" w:rsidTr="00416C06">
        <w:trPr>
          <w:trHeight w:hRule="exact" w:val="35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D786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3.9.</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1C8B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Вычисление процента от величины и величины по её проценту.</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DC32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4DC0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89D41B"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9AE84D" w14:textId="77777777" w:rsidR="00244939" w:rsidRPr="00E30CCA" w:rsidRDefault="00244939" w:rsidP="00416C06">
            <w:pPr>
              <w:rPr>
                <w:rFonts w:ascii="Times New Roman" w:hAnsi="Times New Roman" w:cs="Times New Roman"/>
                <w:sz w:val="24"/>
                <w:szCs w:val="24"/>
              </w:rPr>
            </w:pPr>
          </w:p>
        </w:tc>
      </w:tr>
      <w:tr w:rsidR="00244939" w:rsidRPr="00E30CCA" w14:paraId="1DC99D77"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C1C2E" w14:textId="77777777" w:rsidR="00244939" w:rsidRPr="00E30CCA" w:rsidRDefault="00244939" w:rsidP="00416C06">
            <w:pPr>
              <w:autoSpaceDE w:val="0"/>
              <w:autoSpaceDN w:val="0"/>
              <w:spacing w:before="78" w:after="0" w:line="230"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3.10.</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1D83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Решение текстовых задач, со держащих дроби и проценты.</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3FB49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CFF775F"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9336AD"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56969" w14:textId="77777777" w:rsidR="00244939" w:rsidRPr="00E30CCA" w:rsidRDefault="00244939" w:rsidP="00416C06">
            <w:pPr>
              <w:rPr>
                <w:rFonts w:ascii="Times New Roman" w:hAnsi="Times New Roman" w:cs="Times New Roman"/>
                <w:sz w:val="24"/>
                <w:szCs w:val="24"/>
              </w:rPr>
            </w:pPr>
          </w:p>
        </w:tc>
      </w:tr>
      <w:tr w:rsidR="00244939" w:rsidRPr="00E30CCA" w14:paraId="60102460"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AA9A2C"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3.11.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E96FC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Практическая работа «Отношение длины окружности к её диаметру»</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7352A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35E30C"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4272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6F4E01" w14:textId="77777777" w:rsidR="00244939" w:rsidRPr="00E30CCA" w:rsidRDefault="00244939" w:rsidP="00416C06">
            <w:pPr>
              <w:rPr>
                <w:rFonts w:ascii="Times New Roman" w:hAnsi="Times New Roman" w:cs="Times New Roman"/>
                <w:sz w:val="24"/>
                <w:szCs w:val="24"/>
              </w:rPr>
            </w:pPr>
          </w:p>
        </w:tc>
      </w:tr>
      <w:tr w:rsidR="00244939" w:rsidRPr="00E30CCA" w14:paraId="290A26C5"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650509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2F8E6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32</w:t>
            </w:r>
          </w:p>
        </w:tc>
        <w:tc>
          <w:tcPr>
            <w:tcW w:w="75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57733C6" w14:textId="77777777" w:rsidR="00244939" w:rsidRPr="00E30CCA" w:rsidRDefault="00244939" w:rsidP="00416C06">
            <w:pPr>
              <w:rPr>
                <w:rFonts w:ascii="Times New Roman" w:hAnsi="Times New Roman" w:cs="Times New Roman"/>
                <w:sz w:val="24"/>
                <w:szCs w:val="24"/>
              </w:rPr>
            </w:pPr>
          </w:p>
        </w:tc>
      </w:tr>
      <w:tr w:rsidR="00244939" w:rsidRPr="00E30CCA" w14:paraId="53928C9C"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057E265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4. </w:t>
            </w:r>
            <w:proofErr w:type="spellStart"/>
            <w:r w:rsidRPr="00E30CCA">
              <w:rPr>
                <w:rFonts w:ascii="Times New Roman" w:eastAsia="Times New Roman" w:hAnsi="Times New Roman" w:cs="Times New Roman"/>
                <w:b/>
                <w:color w:val="221F1F"/>
                <w:w w:val="97"/>
                <w:sz w:val="24"/>
                <w:szCs w:val="24"/>
              </w:rPr>
              <w:t>Наглядная</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геометрия</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Симметрия</w:t>
            </w:r>
            <w:proofErr w:type="spellEnd"/>
          </w:p>
        </w:tc>
      </w:tr>
      <w:tr w:rsidR="00244939" w:rsidRPr="00E30CCA" w14:paraId="47C0B1FC" w14:textId="77777777" w:rsidTr="00416C06">
        <w:trPr>
          <w:trHeight w:hRule="exact" w:val="52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2919CF"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CFEB9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Осевая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симметрия</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D23E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A7CD14"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368E1"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B802B" w14:textId="77777777" w:rsidR="00244939" w:rsidRPr="00E30CCA" w:rsidRDefault="00244939" w:rsidP="00416C06">
            <w:pPr>
              <w:rPr>
                <w:rFonts w:ascii="Times New Roman" w:hAnsi="Times New Roman" w:cs="Times New Roman"/>
                <w:sz w:val="24"/>
                <w:szCs w:val="24"/>
              </w:rPr>
            </w:pPr>
          </w:p>
        </w:tc>
      </w:tr>
    </w:tbl>
    <w:p w14:paraId="4678EB82"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480"/>
        <w:gridCol w:w="6976"/>
        <w:gridCol w:w="540"/>
        <w:gridCol w:w="1718"/>
        <w:gridCol w:w="1764"/>
        <w:gridCol w:w="4024"/>
      </w:tblGrid>
      <w:tr w:rsidR="00244939" w:rsidRPr="00E30CCA" w14:paraId="649DF63E"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FC7B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CCDFF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Центральная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симметрия</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8DA9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61D0E"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59242"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89E4F" w14:textId="77777777" w:rsidR="00244939" w:rsidRPr="00E30CCA" w:rsidRDefault="00244939" w:rsidP="00416C06">
            <w:pPr>
              <w:rPr>
                <w:rFonts w:ascii="Times New Roman" w:hAnsi="Times New Roman" w:cs="Times New Roman"/>
                <w:sz w:val="24"/>
                <w:szCs w:val="24"/>
              </w:rPr>
            </w:pPr>
          </w:p>
        </w:tc>
      </w:tr>
      <w:tr w:rsidR="00244939" w:rsidRPr="00E30CCA" w14:paraId="63787ADE"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FC958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01DA5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Построение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симметричных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фигур</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2274E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EBA353"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E5861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5D926" w14:textId="77777777" w:rsidR="00244939" w:rsidRPr="00E30CCA" w:rsidRDefault="00244939" w:rsidP="00416C06">
            <w:pPr>
              <w:rPr>
                <w:rFonts w:ascii="Times New Roman" w:hAnsi="Times New Roman" w:cs="Times New Roman"/>
                <w:sz w:val="24"/>
                <w:szCs w:val="24"/>
              </w:rPr>
            </w:pPr>
          </w:p>
        </w:tc>
      </w:tr>
      <w:tr w:rsidR="00244939" w:rsidRPr="00E30CCA" w14:paraId="0791711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0E7E5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12052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Практическая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работа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Осевая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симметрия</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CADC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40B8E"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BC130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323E6C" w14:textId="77777777" w:rsidR="00244939" w:rsidRPr="00E30CCA" w:rsidRDefault="00244939" w:rsidP="00416C06">
            <w:pPr>
              <w:rPr>
                <w:rFonts w:ascii="Times New Roman" w:hAnsi="Times New Roman" w:cs="Times New Roman"/>
                <w:sz w:val="24"/>
                <w:szCs w:val="24"/>
              </w:rPr>
            </w:pPr>
          </w:p>
        </w:tc>
      </w:tr>
      <w:tr w:rsidR="00244939" w:rsidRPr="00E30CCA" w14:paraId="36AA6D18"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ACD14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6758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Симметрия</w:t>
            </w:r>
            <w:proofErr w:type="spellEnd"/>
            <w:r w:rsidRPr="00E30CCA">
              <w:rPr>
                <w:rFonts w:ascii="Times New Roman" w:eastAsia="Times New Roman" w:hAnsi="Times New Roman" w:cs="Times New Roman"/>
                <w:color w:val="221F1F"/>
                <w:w w:val="97"/>
                <w:sz w:val="24"/>
                <w:szCs w:val="24"/>
              </w:rPr>
              <w:t xml:space="preserve"> в </w:t>
            </w:r>
            <w:proofErr w:type="spellStart"/>
            <w:r w:rsidRPr="00E30CCA">
              <w:rPr>
                <w:rFonts w:ascii="Times New Roman" w:eastAsia="Times New Roman" w:hAnsi="Times New Roman" w:cs="Times New Roman"/>
                <w:color w:val="221F1F"/>
                <w:w w:val="97"/>
                <w:sz w:val="24"/>
                <w:szCs w:val="24"/>
              </w:rPr>
              <w:t>пространстве</w:t>
            </w:r>
            <w:proofErr w:type="spellEnd"/>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78DF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4D1E7C"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73CE9"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088385" w14:textId="77777777" w:rsidR="00244939" w:rsidRPr="00E30CCA" w:rsidRDefault="00244939" w:rsidP="00416C06">
            <w:pPr>
              <w:rPr>
                <w:rFonts w:ascii="Times New Roman" w:hAnsi="Times New Roman" w:cs="Times New Roman"/>
                <w:sz w:val="24"/>
                <w:szCs w:val="24"/>
              </w:rPr>
            </w:pPr>
          </w:p>
        </w:tc>
      </w:tr>
      <w:tr w:rsidR="00244939" w:rsidRPr="00E30CCA" w14:paraId="092F43AA" w14:textId="77777777" w:rsidTr="00416C06">
        <w:trPr>
          <w:trHeight w:hRule="exact" w:val="348"/>
        </w:trPr>
        <w:tc>
          <w:tcPr>
            <w:tcW w:w="745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14:paraId="4327FB2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5" w:space="0" w:color="000000"/>
              <w:right w:val="single" w:sz="4" w:space="0" w:color="000000"/>
            </w:tcBorders>
            <w:tcMar>
              <w:left w:w="0" w:type="dxa"/>
              <w:right w:w="0" w:type="dxa"/>
            </w:tcMar>
          </w:tcPr>
          <w:p w14:paraId="6FDABAF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w:t>
            </w:r>
          </w:p>
        </w:tc>
        <w:tc>
          <w:tcPr>
            <w:tcW w:w="1718" w:type="dxa"/>
            <w:tcBorders>
              <w:top w:val="single" w:sz="4" w:space="0" w:color="000000"/>
              <w:left w:val="single" w:sz="4" w:space="0" w:color="000000"/>
              <w:bottom w:val="single" w:sz="5" w:space="0" w:color="000000"/>
              <w:right w:val="single" w:sz="4" w:space="0" w:color="000000"/>
            </w:tcBorders>
            <w:tcMar>
              <w:left w:w="0" w:type="dxa"/>
              <w:right w:w="0" w:type="dxa"/>
            </w:tcMar>
          </w:tcPr>
          <w:p w14:paraId="35429D19"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5" w:space="0" w:color="000000"/>
              <w:right w:val="single" w:sz="4" w:space="0" w:color="000000"/>
            </w:tcBorders>
            <w:tcMar>
              <w:left w:w="0" w:type="dxa"/>
              <w:right w:w="0" w:type="dxa"/>
            </w:tcMar>
          </w:tcPr>
          <w:p w14:paraId="57919123"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5" w:space="0" w:color="000000"/>
              <w:right w:val="single" w:sz="4" w:space="0" w:color="000000"/>
            </w:tcBorders>
            <w:tcMar>
              <w:left w:w="0" w:type="dxa"/>
              <w:right w:w="0" w:type="dxa"/>
            </w:tcMar>
          </w:tcPr>
          <w:p w14:paraId="0679C961" w14:textId="77777777" w:rsidR="00244939" w:rsidRPr="00E30CCA" w:rsidRDefault="00244939" w:rsidP="00416C06">
            <w:pPr>
              <w:rPr>
                <w:rFonts w:ascii="Times New Roman" w:hAnsi="Times New Roman" w:cs="Times New Roman"/>
                <w:sz w:val="24"/>
                <w:szCs w:val="24"/>
              </w:rPr>
            </w:pPr>
          </w:p>
        </w:tc>
      </w:tr>
      <w:tr w:rsidR="00244939" w:rsidRPr="00E30CCA" w14:paraId="3D2301B7" w14:textId="77777777" w:rsidTr="00416C06">
        <w:trPr>
          <w:trHeight w:hRule="exact" w:val="350"/>
        </w:trPr>
        <w:tc>
          <w:tcPr>
            <w:tcW w:w="1550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14:paraId="754397C9"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5.</w:t>
            </w:r>
            <w:r w:rsidRPr="00E30CCA">
              <w:rPr>
                <w:rFonts w:ascii="Times New Roman" w:eastAsia="Times New Roman" w:hAnsi="Times New Roman" w:cs="Times New Roman"/>
                <w:b/>
                <w:color w:val="221F1F"/>
                <w:w w:val="97"/>
                <w:sz w:val="24"/>
                <w:szCs w:val="24"/>
              </w:rPr>
              <w:t xml:space="preserve">Выражения с </w:t>
            </w:r>
            <w:proofErr w:type="spellStart"/>
            <w:r w:rsidRPr="00E30CCA">
              <w:rPr>
                <w:rFonts w:ascii="Times New Roman" w:eastAsia="Times New Roman" w:hAnsi="Times New Roman" w:cs="Times New Roman"/>
                <w:b/>
                <w:color w:val="221F1F"/>
                <w:w w:val="97"/>
                <w:sz w:val="24"/>
                <w:szCs w:val="24"/>
              </w:rPr>
              <w:t>буквами</w:t>
            </w:r>
            <w:proofErr w:type="spellEnd"/>
          </w:p>
        </w:tc>
      </w:tr>
      <w:tr w:rsidR="00244939" w:rsidRPr="00E30CCA" w14:paraId="1CC41DD3"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5A18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2559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Применение букв для записи математических выражений и предложений.</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6964E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00E54"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428E2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54155C" w14:textId="77777777" w:rsidR="00244939" w:rsidRPr="00E30CCA" w:rsidRDefault="00244939" w:rsidP="00416C06">
            <w:pPr>
              <w:rPr>
                <w:rFonts w:ascii="Times New Roman" w:hAnsi="Times New Roman" w:cs="Times New Roman"/>
                <w:sz w:val="24"/>
                <w:szCs w:val="24"/>
              </w:rPr>
            </w:pPr>
          </w:p>
        </w:tc>
      </w:tr>
      <w:tr w:rsidR="00244939" w:rsidRPr="00E30CCA" w14:paraId="3930EE5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B8F25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366A9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Буквенные выражения и числовые подстановки.</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A330E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976A1A"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E4806"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E138E" w14:textId="77777777" w:rsidR="00244939" w:rsidRPr="00E30CCA" w:rsidRDefault="00244939" w:rsidP="00416C06">
            <w:pPr>
              <w:rPr>
                <w:rFonts w:ascii="Times New Roman" w:hAnsi="Times New Roman" w:cs="Times New Roman"/>
                <w:sz w:val="24"/>
                <w:szCs w:val="24"/>
              </w:rPr>
            </w:pPr>
          </w:p>
        </w:tc>
      </w:tr>
      <w:tr w:rsidR="00244939" w:rsidRPr="00E30CCA" w14:paraId="4EC0701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34BC4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327B18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Буквенные равенства, нахождение неизвестного компонента.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1872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3B464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3DA79"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3525" w14:textId="77777777" w:rsidR="00244939" w:rsidRPr="00E30CCA" w:rsidRDefault="00244939" w:rsidP="00416C06">
            <w:pPr>
              <w:rPr>
                <w:rFonts w:ascii="Times New Roman" w:hAnsi="Times New Roman" w:cs="Times New Roman"/>
                <w:sz w:val="24"/>
                <w:szCs w:val="24"/>
              </w:rPr>
            </w:pPr>
          </w:p>
        </w:tc>
      </w:tr>
      <w:tr w:rsidR="00244939" w:rsidRPr="00E30CCA" w14:paraId="635B6400"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99A75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B5347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Формулы</w:t>
            </w:r>
            <w:proofErr w:type="spellEnd"/>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A386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42C7C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F6B041"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45F5D" w14:textId="77777777" w:rsidR="00244939" w:rsidRPr="00E30CCA" w:rsidRDefault="00244939" w:rsidP="00416C06">
            <w:pPr>
              <w:rPr>
                <w:rFonts w:ascii="Times New Roman" w:hAnsi="Times New Roman" w:cs="Times New Roman"/>
                <w:sz w:val="24"/>
                <w:szCs w:val="24"/>
              </w:rPr>
            </w:pPr>
          </w:p>
        </w:tc>
      </w:tr>
      <w:tr w:rsidR="00244939" w:rsidRPr="00E30CCA" w14:paraId="151660DC"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4183F8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9C44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FAE3E1"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508B9"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D2CA72D" w14:textId="77777777" w:rsidR="00244939" w:rsidRPr="00E30CCA" w:rsidRDefault="00244939" w:rsidP="00416C06">
            <w:pPr>
              <w:rPr>
                <w:rFonts w:ascii="Times New Roman" w:hAnsi="Times New Roman" w:cs="Times New Roman"/>
                <w:sz w:val="24"/>
                <w:szCs w:val="24"/>
              </w:rPr>
            </w:pPr>
          </w:p>
        </w:tc>
      </w:tr>
      <w:tr w:rsidR="00244939" w:rsidRPr="009318F0" w14:paraId="79A58A43"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168EA6E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6. </w:t>
            </w:r>
            <w:proofErr w:type="spellStart"/>
            <w:r w:rsidRPr="00E30CCA">
              <w:rPr>
                <w:rFonts w:ascii="Times New Roman" w:eastAsia="Times New Roman" w:hAnsi="Times New Roman" w:cs="Times New Roman"/>
                <w:b/>
                <w:color w:val="221F1F"/>
                <w:w w:val="97"/>
                <w:sz w:val="24"/>
                <w:szCs w:val="24"/>
                <w:lang w:val="ru-RU"/>
              </w:rPr>
              <w:t>Нагляднаягеометрия</w:t>
            </w:r>
            <w:proofErr w:type="spellEnd"/>
            <w:r w:rsidRPr="00E30CCA">
              <w:rPr>
                <w:rFonts w:ascii="Times New Roman" w:eastAsia="Times New Roman" w:hAnsi="Times New Roman" w:cs="Times New Roman"/>
                <w:b/>
                <w:color w:val="221F1F"/>
                <w:w w:val="97"/>
                <w:sz w:val="24"/>
                <w:szCs w:val="24"/>
                <w:lang w:val="ru-RU"/>
              </w:rPr>
              <w:t>. Фигуры на плоскости</w:t>
            </w:r>
          </w:p>
        </w:tc>
      </w:tr>
      <w:tr w:rsidR="00244939" w:rsidRPr="00E30CCA" w14:paraId="20F1EF61"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B61BD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569F0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Четырёхугольник</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примеры</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четырёхугольников</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EE76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9FD519"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BEFDE4"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EFD8D" w14:textId="77777777" w:rsidR="00244939" w:rsidRPr="00E30CCA" w:rsidRDefault="00244939" w:rsidP="00416C06">
            <w:pPr>
              <w:rPr>
                <w:rFonts w:ascii="Times New Roman" w:hAnsi="Times New Roman" w:cs="Times New Roman"/>
                <w:sz w:val="24"/>
                <w:szCs w:val="24"/>
              </w:rPr>
            </w:pPr>
          </w:p>
        </w:tc>
      </w:tr>
      <w:tr w:rsidR="00244939" w:rsidRPr="00E30CCA" w14:paraId="1167D21C"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917F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8E2E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Прямоугольник, квадрат: свойства сторон, углов, диагоналей.</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67E8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0F87A"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F94EB1"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4CA522" w14:textId="77777777" w:rsidR="00244939" w:rsidRPr="00E30CCA" w:rsidRDefault="00244939" w:rsidP="00416C06">
            <w:pPr>
              <w:rPr>
                <w:rFonts w:ascii="Times New Roman" w:hAnsi="Times New Roman" w:cs="Times New Roman"/>
                <w:sz w:val="24"/>
                <w:szCs w:val="24"/>
              </w:rPr>
            </w:pPr>
          </w:p>
        </w:tc>
      </w:tr>
      <w:tr w:rsidR="00244939" w:rsidRPr="00E30CCA" w14:paraId="5C6256D9"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F43DF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9CC4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Измерение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углов</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1E855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DB092"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9BAEC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8CC4B0" w14:textId="77777777" w:rsidR="00244939" w:rsidRPr="00E30CCA" w:rsidRDefault="00244939" w:rsidP="00416C06">
            <w:pPr>
              <w:rPr>
                <w:rFonts w:ascii="Times New Roman" w:hAnsi="Times New Roman" w:cs="Times New Roman"/>
                <w:sz w:val="24"/>
                <w:szCs w:val="24"/>
              </w:rPr>
            </w:pPr>
          </w:p>
        </w:tc>
      </w:tr>
      <w:tr w:rsidR="00244939" w:rsidRPr="00E30CCA" w14:paraId="57A6E542" w14:textId="77777777" w:rsidTr="00416C06">
        <w:trPr>
          <w:trHeight w:hRule="exact" w:val="35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AA48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7169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Виды</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треугольников</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A9FA7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9903F"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FC0DD"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6C16B" w14:textId="77777777" w:rsidR="00244939" w:rsidRPr="00E30CCA" w:rsidRDefault="00244939" w:rsidP="00416C06">
            <w:pPr>
              <w:rPr>
                <w:rFonts w:ascii="Times New Roman" w:hAnsi="Times New Roman" w:cs="Times New Roman"/>
                <w:sz w:val="24"/>
                <w:szCs w:val="24"/>
              </w:rPr>
            </w:pPr>
          </w:p>
        </w:tc>
      </w:tr>
      <w:tr w:rsidR="00244939" w:rsidRPr="00E30CCA" w14:paraId="13EEDF7C"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6087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6EAD5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Периметр</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многоугольника</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DD29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84530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721686"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D6EA80" w14:textId="77777777" w:rsidR="00244939" w:rsidRPr="00E30CCA" w:rsidRDefault="00244939" w:rsidP="00416C06">
            <w:pPr>
              <w:rPr>
                <w:rFonts w:ascii="Times New Roman" w:hAnsi="Times New Roman" w:cs="Times New Roman"/>
                <w:sz w:val="24"/>
                <w:szCs w:val="24"/>
              </w:rPr>
            </w:pPr>
          </w:p>
        </w:tc>
      </w:tr>
      <w:tr w:rsidR="00244939" w:rsidRPr="00E30CCA" w14:paraId="24367F88"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0474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6.6.</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A4CB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Площадь</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фигуры</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E335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A389A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E4ED10"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676265" w14:textId="77777777" w:rsidR="00244939" w:rsidRPr="00E30CCA" w:rsidRDefault="00244939" w:rsidP="00416C06">
            <w:pPr>
              <w:rPr>
                <w:rFonts w:ascii="Times New Roman" w:hAnsi="Times New Roman" w:cs="Times New Roman"/>
                <w:sz w:val="24"/>
                <w:szCs w:val="24"/>
              </w:rPr>
            </w:pPr>
          </w:p>
        </w:tc>
      </w:tr>
      <w:tr w:rsidR="00244939" w:rsidRPr="00E30CCA" w14:paraId="33121F2C"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738C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6.7.</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A2939"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Формулы периметра и площади прямоугольника.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6C3E0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93A57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3EF4A3"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3BCC1D" w14:textId="77777777" w:rsidR="00244939" w:rsidRPr="00E30CCA" w:rsidRDefault="00244939" w:rsidP="00416C06">
            <w:pPr>
              <w:rPr>
                <w:rFonts w:ascii="Times New Roman" w:hAnsi="Times New Roman" w:cs="Times New Roman"/>
                <w:sz w:val="24"/>
                <w:szCs w:val="24"/>
              </w:rPr>
            </w:pPr>
          </w:p>
        </w:tc>
      </w:tr>
      <w:tr w:rsidR="00244939" w:rsidRPr="00E30CCA" w14:paraId="2DF6900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42AA6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lastRenderedPageBreak/>
              <w:t>6.8.</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8FEA5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Приближённое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измерение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площади</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фигур</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1D5D7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6E2D1"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881DD4"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D26CF" w14:textId="77777777" w:rsidR="00244939" w:rsidRPr="00E30CCA" w:rsidRDefault="00244939" w:rsidP="00416C06">
            <w:pPr>
              <w:rPr>
                <w:rFonts w:ascii="Times New Roman" w:hAnsi="Times New Roman" w:cs="Times New Roman"/>
                <w:sz w:val="24"/>
                <w:szCs w:val="24"/>
              </w:rPr>
            </w:pPr>
          </w:p>
        </w:tc>
      </w:tr>
      <w:tr w:rsidR="00244939" w:rsidRPr="00E30CCA" w14:paraId="64E2EBD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00BC5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6.9.</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6B80A"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Практическая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работа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Площадь</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круга</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F2E5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1060F"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25A7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59285" w14:textId="77777777" w:rsidR="00244939" w:rsidRPr="00E30CCA" w:rsidRDefault="00244939" w:rsidP="00416C06">
            <w:pPr>
              <w:rPr>
                <w:rFonts w:ascii="Times New Roman" w:hAnsi="Times New Roman" w:cs="Times New Roman"/>
                <w:sz w:val="24"/>
                <w:szCs w:val="24"/>
              </w:rPr>
            </w:pPr>
          </w:p>
        </w:tc>
      </w:tr>
      <w:tr w:rsidR="00244939" w:rsidRPr="00E30CCA" w14:paraId="484F8321"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07F0DD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2F6C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20BEF"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9088EC"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188F2" w14:textId="77777777" w:rsidR="00244939" w:rsidRPr="00E30CCA" w:rsidRDefault="00244939" w:rsidP="00416C06">
            <w:pPr>
              <w:rPr>
                <w:rFonts w:ascii="Times New Roman" w:hAnsi="Times New Roman" w:cs="Times New Roman"/>
                <w:sz w:val="24"/>
                <w:szCs w:val="24"/>
              </w:rPr>
            </w:pPr>
          </w:p>
        </w:tc>
      </w:tr>
      <w:tr w:rsidR="00244939" w:rsidRPr="009318F0" w14:paraId="4E62943C"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D66735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7. </w:t>
            </w:r>
            <w:r w:rsidRPr="00E30CCA">
              <w:rPr>
                <w:rFonts w:ascii="Times New Roman" w:eastAsia="Times New Roman" w:hAnsi="Times New Roman" w:cs="Times New Roman"/>
                <w:b/>
                <w:color w:val="221F1F"/>
                <w:w w:val="97"/>
                <w:sz w:val="24"/>
                <w:szCs w:val="24"/>
                <w:lang w:val="ru-RU"/>
              </w:rPr>
              <w:t>Положительные и отрицательные числа</w:t>
            </w:r>
          </w:p>
        </w:tc>
      </w:tr>
      <w:tr w:rsidR="00244939" w:rsidRPr="00E30CCA" w14:paraId="59A7977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DA946"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3B65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Целые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числа</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675EF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2A2C3"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AF0CC"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4B9C4" w14:textId="77777777" w:rsidR="00244939" w:rsidRPr="00E30CCA" w:rsidRDefault="00244939" w:rsidP="00416C06">
            <w:pPr>
              <w:rPr>
                <w:rFonts w:ascii="Times New Roman" w:hAnsi="Times New Roman" w:cs="Times New Roman"/>
                <w:sz w:val="24"/>
                <w:szCs w:val="24"/>
              </w:rPr>
            </w:pPr>
          </w:p>
        </w:tc>
      </w:tr>
      <w:tr w:rsidR="00244939" w:rsidRPr="00E30CCA" w14:paraId="4CFE23C9" w14:textId="77777777" w:rsidTr="00416C06">
        <w:trPr>
          <w:trHeight w:hRule="exact" w:val="350"/>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6B062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D7D00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Модуль числа, геометрическая интерпретация модуля.</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539F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9CCDBB"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D7073"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1FCCBC" w14:textId="77777777" w:rsidR="00244939" w:rsidRPr="00E30CCA" w:rsidRDefault="00244939" w:rsidP="00416C06">
            <w:pPr>
              <w:rPr>
                <w:rFonts w:ascii="Times New Roman" w:hAnsi="Times New Roman" w:cs="Times New Roman"/>
                <w:sz w:val="24"/>
                <w:szCs w:val="24"/>
              </w:rPr>
            </w:pPr>
          </w:p>
        </w:tc>
      </w:tr>
      <w:tr w:rsidR="00244939" w:rsidRPr="00E30CCA" w14:paraId="2573ED59" w14:textId="77777777" w:rsidTr="00416C06">
        <w:trPr>
          <w:trHeight w:hRule="exact" w:val="516"/>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FA78B"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B4AF4"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Числовые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промежутки</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3722BE"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CC463"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7036D"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5B3101" w14:textId="77777777" w:rsidR="00244939" w:rsidRPr="00E30CCA" w:rsidRDefault="00244939" w:rsidP="00416C06">
            <w:pPr>
              <w:rPr>
                <w:rFonts w:ascii="Times New Roman" w:hAnsi="Times New Roman" w:cs="Times New Roman"/>
                <w:sz w:val="24"/>
                <w:szCs w:val="24"/>
              </w:rPr>
            </w:pPr>
          </w:p>
        </w:tc>
      </w:tr>
      <w:tr w:rsidR="00244939" w:rsidRPr="00E30CCA" w14:paraId="6D49856B"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53E14"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0B81CC"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Положительные</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отрицательные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числа</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F44C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D6B32"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8610C9"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EF4FE" w14:textId="77777777" w:rsidR="00244939" w:rsidRPr="00E30CCA" w:rsidRDefault="00244939" w:rsidP="00416C06">
            <w:pPr>
              <w:rPr>
                <w:rFonts w:ascii="Times New Roman" w:hAnsi="Times New Roman" w:cs="Times New Roman"/>
                <w:sz w:val="24"/>
                <w:szCs w:val="24"/>
              </w:rPr>
            </w:pPr>
          </w:p>
        </w:tc>
      </w:tr>
      <w:tr w:rsidR="00244939" w:rsidRPr="00E30CCA" w14:paraId="334C5D69"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04F3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B8F7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Сравнение положительных и отрицательных чисел.</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C126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3</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A3C5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CA2130"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67F5C5" w14:textId="77777777" w:rsidR="00244939" w:rsidRPr="00E30CCA" w:rsidRDefault="00244939" w:rsidP="00416C06">
            <w:pPr>
              <w:rPr>
                <w:rFonts w:ascii="Times New Roman" w:hAnsi="Times New Roman" w:cs="Times New Roman"/>
                <w:sz w:val="24"/>
                <w:szCs w:val="24"/>
              </w:rPr>
            </w:pPr>
          </w:p>
        </w:tc>
      </w:tr>
      <w:tr w:rsidR="00244939" w:rsidRPr="00E30CCA" w14:paraId="42812903"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84CA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7.6.</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907AE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Арифметические действия с положительными и отрицательными числами.</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C7D58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5734D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932108"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6EC38" w14:textId="77777777" w:rsidR="00244939" w:rsidRPr="00E30CCA" w:rsidRDefault="00244939" w:rsidP="00416C06">
            <w:pPr>
              <w:rPr>
                <w:rFonts w:ascii="Times New Roman" w:hAnsi="Times New Roman" w:cs="Times New Roman"/>
                <w:sz w:val="24"/>
                <w:szCs w:val="24"/>
              </w:rPr>
            </w:pPr>
          </w:p>
        </w:tc>
      </w:tr>
      <w:tr w:rsidR="00244939" w:rsidRPr="00E30CCA" w14:paraId="08C00FF1" w14:textId="77777777" w:rsidTr="00416C06">
        <w:trPr>
          <w:trHeight w:hRule="exact" w:val="32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F3DE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7.7.</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C7347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Решение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текстовых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задач</w:t>
            </w:r>
            <w:proofErr w:type="spellEnd"/>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33A56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D056F"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A642D3"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E67C6" w14:textId="77777777" w:rsidR="00244939" w:rsidRPr="00E30CCA" w:rsidRDefault="00244939" w:rsidP="00416C06">
            <w:pPr>
              <w:rPr>
                <w:rFonts w:ascii="Times New Roman" w:hAnsi="Times New Roman" w:cs="Times New Roman"/>
                <w:sz w:val="24"/>
                <w:szCs w:val="24"/>
              </w:rPr>
            </w:pPr>
          </w:p>
        </w:tc>
      </w:tr>
    </w:tbl>
    <w:p w14:paraId="4B305170"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480"/>
        <w:gridCol w:w="6976"/>
        <w:gridCol w:w="540"/>
        <w:gridCol w:w="1718"/>
        <w:gridCol w:w="1764"/>
        <w:gridCol w:w="4024"/>
      </w:tblGrid>
      <w:tr w:rsidR="00244939" w:rsidRPr="00E30CCA" w14:paraId="381C9FBF"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7B11B1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682BC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40</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51C0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1407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2EA21" w14:textId="77777777" w:rsidR="00244939" w:rsidRPr="00E30CCA" w:rsidRDefault="00244939" w:rsidP="00416C06">
            <w:pPr>
              <w:rPr>
                <w:rFonts w:ascii="Times New Roman" w:hAnsi="Times New Roman" w:cs="Times New Roman"/>
                <w:sz w:val="24"/>
                <w:szCs w:val="24"/>
              </w:rPr>
            </w:pPr>
          </w:p>
        </w:tc>
      </w:tr>
      <w:tr w:rsidR="00244939" w:rsidRPr="00E30CCA" w14:paraId="726B4991"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3D293F3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221F1F"/>
                <w:w w:val="97"/>
                <w:sz w:val="24"/>
                <w:szCs w:val="24"/>
              </w:rPr>
              <w:t>Раздел</w:t>
            </w:r>
            <w:proofErr w:type="spellEnd"/>
            <w:r w:rsidRPr="00E30CCA">
              <w:rPr>
                <w:rFonts w:ascii="Times New Roman" w:eastAsia="Times New Roman" w:hAnsi="Times New Roman" w:cs="Times New Roman"/>
                <w:b/>
                <w:color w:val="221F1F"/>
                <w:w w:val="97"/>
                <w:sz w:val="24"/>
                <w:szCs w:val="24"/>
              </w:rPr>
              <w:t xml:space="preserve"> 8. </w:t>
            </w:r>
            <w:proofErr w:type="spellStart"/>
            <w:r w:rsidRPr="00E30CCA">
              <w:rPr>
                <w:rFonts w:ascii="Times New Roman" w:eastAsia="Times New Roman" w:hAnsi="Times New Roman" w:cs="Times New Roman"/>
                <w:b/>
                <w:color w:val="221F1F"/>
                <w:w w:val="97"/>
                <w:sz w:val="24"/>
                <w:szCs w:val="24"/>
              </w:rPr>
              <w:t>Представление</w:t>
            </w:r>
            <w:proofErr w:type="spellEnd"/>
            <w:r w:rsidRPr="00E30CCA">
              <w:rPr>
                <w:rFonts w:ascii="Times New Roman" w:eastAsia="Times New Roman" w:hAnsi="Times New Roman" w:cs="Times New Roman"/>
                <w:b/>
                <w:color w:val="221F1F"/>
                <w:w w:val="97"/>
                <w:sz w:val="24"/>
                <w:szCs w:val="24"/>
              </w:rPr>
              <w:t xml:space="preserve"> </w:t>
            </w:r>
            <w:proofErr w:type="spellStart"/>
            <w:r w:rsidRPr="00E30CCA">
              <w:rPr>
                <w:rFonts w:ascii="Times New Roman" w:eastAsia="Times New Roman" w:hAnsi="Times New Roman" w:cs="Times New Roman"/>
                <w:b/>
                <w:color w:val="221F1F"/>
                <w:w w:val="97"/>
                <w:sz w:val="24"/>
                <w:szCs w:val="24"/>
              </w:rPr>
              <w:t>данных</w:t>
            </w:r>
            <w:proofErr w:type="spellEnd"/>
          </w:p>
        </w:tc>
      </w:tr>
      <w:tr w:rsidR="00244939" w:rsidRPr="00E30CCA" w14:paraId="3CDEBFB9"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F2340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8.1.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340E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Прямоугольная система координат на плоскости.</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E56A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02CDA"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75604A"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BE075" w14:textId="77777777" w:rsidR="00244939" w:rsidRPr="00E30CCA" w:rsidRDefault="00244939" w:rsidP="00416C06">
            <w:pPr>
              <w:rPr>
                <w:rFonts w:ascii="Times New Roman" w:hAnsi="Times New Roman" w:cs="Times New Roman"/>
                <w:sz w:val="24"/>
                <w:szCs w:val="24"/>
              </w:rPr>
            </w:pPr>
          </w:p>
        </w:tc>
      </w:tr>
      <w:tr w:rsidR="00244939" w:rsidRPr="00E30CCA" w14:paraId="170AA252"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6DE02B"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8.2.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DA1C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Координаты точки на плоскости, абсцисса и ордината.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74D03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4EEA1"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235ABF"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D3D6F" w14:textId="77777777" w:rsidR="00244939" w:rsidRPr="00E30CCA" w:rsidRDefault="00244939" w:rsidP="00416C06">
            <w:pPr>
              <w:rPr>
                <w:rFonts w:ascii="Times New Roman" w:hAnsi="Times New Roman" w:cs="Times New Roman"/>
                <w:sz w:val="24"/>
                <w:szCs w:val="24"/>
              </w:rPr>
            </w:pPr>
          </w:p>
        </w:tc>
      </w:tr>
      <w:tr w:rsidR="00244939" w:rsidRPr="00E30CCA" w14:paraId="380CA52E" w14:textId="77777777" w:rsidTr="00416C06">
        <w:trPr>
          <w:trHeight w:hRule="exact" w:val="348"/>
        </w:trPr>
        <w:tc>
          <w:tcPr>
            <w:tcW w:w="480" w:type="dxa"/>
            <w:tcBorders>
              <w:top w:val="single" w:sz="4" w:space="0" w:color="000000"/>
              <w:left w:val="single" w:sz="4" w:space="0" w:color="000000"/>
              <w:bottom w:val="single" w:sz="5" w:space="0" w:color="000000"/>
              <w:right w:val="single" w:sz="4" w:space="0" w:color="000000"/>
            </w:tcBorders>
            <w:tcMar>
              <w:left w:w="0" w:type="dxa"/>
              <w:right w:w="0" w:type="dxa"/>
            </w:tcMar>
          </w:tcPr>
          <w:p w14:paraId="0E01D2D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8.3.</w:t>
            </w:r>
          </w:p>
        </w:tc>
        <w:tc>
          <w:tcPr>
            <w:tcW w:w="6976" w:type="dxa"/>
            <w:tcBorders>
              <w:top w:val="single" w:sz="4" w:space="0" w:color="000000"/>
              <w:left w:val="single" w:sz="4" w:space="0" w:color="000000"/>
              <w:bottom w:val="single" w:sz="5" w:space="0" w:color="000000"/>
              <w:right w:val="single" w:sz="4" w:space="0" w:color="000000"/>
            </w:tcBorders>
            <w:tcMar>
              <w:left w:w="0" w:type="dxa"/>
              <w:right w:w="0" w:type="dxa"/>
            </w:tcMar>
          </w:tcPr>
          <w:p w14:paraId="7702850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Столбчатые</w:t>
            </w:r>
            <w:proofErr w:type="spellEnd"/>
            <w:r w:rsidRPr="00E30CCA">
              <w:rPr>
                <w:rFonts w:ascii="Times New Roman" w:eastAsia="Times New Roman" w:hAnsi="Times New Roman" w:cs="Times New Roman"/>
                <w:color w:val="221F1F"/>
                <w:w w:val="97"/>
                <w:sz w:val="24"/>
                <w:szCs w:val="24"/>
              </w:rPr>
              <w:t xml:space="preserve"> и </w:t>
            </w:r>
            <w:proofErr w:type="spellStart"/>
            <w:r w:rsidRPr="00E30CCA">
              <w:rPr>
                <w:rFonts w:ascii="Times New Roman" w:eastAsia="Times New Roman" w:hAnsi="Times New Roman" w:cs="Times New Roman"/>
                <w:color w:val="221F1F"/>
                <w:w w:val="97"/>
                <w:sz w:val="24"/>
                <w:szCs w:val="24"/>
              </w:rPr>
              <w:t>круговые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диаграммы</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5" w:space="0" w:color="000000"/>
              <w:right w:val="single" w:sz="4" w:space="0" w:color="000000"/>
            </w:tcBorders>
            <w:tcMar>
              <w:left w:w="0" w:type="dxa"/>
              <w:right w:w="0" w:type="dxa"/>
            </w:tcMar>
          </w:tcPr>
          <w:p w14:paraId="36B55DB7"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5" w:space="0" w:color="000000"/>
              <w:right w:val="single" w:sz="4" w:space="0" w:color="000000"/>
            </w:tcBorders>
            <w:tcMar>
              <w:left w:w="0" w:type="dxa"/>
              <w:right w:w="0" w:type="dxa"/>
            </w:tcMar>
          </w:tcPr>
          <w:p w14:paraId="66D9141D"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5" w:space="0" w:color="000000"/>
              <w:right w:val="single" w:sz="4" w:space="0" w:color="000000"/>
            </w:tcBorders>
            <w:tcMar>
              <w:left w:w="0" w:type="dxa"/>
              <w:right w:w="0" w:type="dxa"/>
            </w:tcMar>
          </w:tcPr>
          <w:p w14:paraId="30E5862F"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5" w:space="0" w:color="000000"/>
              <w:right w:val="single" w:sz="4" w:space="0" w:color="000000"/>
            </w:tcBorders>
            <w:tcMar>
              <w:left w:w="0" w:type="dxa"/>
              <w:right w:w="0" w:type="dxa"/>
            </w:tcMar>
          </w:tcPr>
          <w:p w14:paraId="70599742" w14:textId="77777777" w:rsidR="00244939" w:rsidRPr="00E30CCA" w:rsidRDefault="00244939" w:rsidP="00416C06">
            <w:pPr>
              <w:rPr>
                <w:rFonts w:ascii="Times New Roman" w:hAnsi="Times New Roman" w:cs="Times New Roman"/>
                <w:sz w:val="24"/>
                <w:szCs w:val="24"/>
              </w:rPr>
            </w:pPr>
          </w:p>
        </w:tc>
      </w:tr>
      <w:tr w:rsidR="00244939" w:rsidRPr="00E30CCA" w14:paraId="18BBA9DD" w14:textId="77777777" w:rsidTr="00416C06">
        <w:trPr>
          <w:trHeight w:hRule="exact" w:val="350"/>
        </w:trPr>
        <w:tc>
          <w:tcPr>
            <w:tcW w:w="480" w:type="dxa"/>
            <w:tcBorders>
              <w:top w:val="single" w:sz="5" w:space="0" w:color="000000"/>
              <w:left w:val="single" w:sz="4" w:space="0" w:color="000000"/>
              <w:bottom w:val="single" w:sz="4" w:space="0" w:color="000000"/>
              <w:right w:val="single" w:sz="4" w:space="0" w:color="000000"/>
            </w:tcBorders>
            <w:tcMar>
              <w:left w:w="0" w:type="dxa"/>
              <w:right w:w="0" w:type="dxa"/>
            </w:tcMar>
          </w:tcPr>
          <w:p w14:paraId="5829A642"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8.4.</w:t>
            </w:r>
          </w:p>
        </w:tc>
        <w:tc>
          <w:tcPr>
            <w:tcW w:w="6976" w:type="dxa"/>
            <w:tcBorders>
              <w:top w:val="single" w:sz="5" w:space="0" w:color="000000"/>
              <w:left w:val="single" w:sz="4" w:space="0" w:color="000000"/>
              <w:bottom w:val="single" w:sz="4" w:space="0" w:color="000000"/>
              <w:right w:val="single" w:sz="4" w:space="0" w:color="000000"/>
            </w:tcBorders>
            <w:tcMar>
              <w:left w:w="0" w:type="dxa"/>
              <w:right w:w="0" w:type="dxa"/>
            </w:tcMar>
          </w:tcPr>
          <w:p w14:paraId="50DC15EE"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Практическая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работа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Построение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диаграмм</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5" w:space="0" w:color="000000"/>
              <w:left w:val="single" w:sz="4" w:space="0" w:color="000000"/>
              <w:bottom w:val="single" w:sz="4" w:space="0" w:color="000000"/>
              <w:right w:val="single" w:sz="4" w:space="0" w:color="000000"/>
            </w:tcBorders>
            <w:tcMar>
              <w:left w:w="0" w:type="dxa"/>
              <w:right w:w="0" w:type="dxa"/>
            </w:tcMar>
          </w:tcPr>
          <w:p w14:paraId="26423124"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5" w:space="0" w:color="000000"/>
              <w:left w:val="single" w:sz="4" w:space="0" w:color="000000"/>
              <w:bottom w:val="single" w:sz="4" w:space="0" w:color="000000"/>
              <w:right w:val="single" w:sz="4" w:space="0" w:color="000000"/>
            </w:tcBorders>
            <w:tcMar>
              <w:left w:w="0" w:type="dxa"/>
              <w:right w:w="0" w:type="dxa"/>
            </w:tcMar>
          </w:tcPr>
          <w:p w14:paraId="5463F836" w14:textId="77777777" w:rsidR="00244939" w:rsidRPr="00E30CCA" w:rsidRDefault="00244939" w:rsidP="00416C06">
            <w:pPr>
              <w:rPr>
                <w:rFonts w:ascii="Times New Roman" w:hAnsi="Times New Roman" w:cs="Times New Roman"/>
                <w:sz w:val="24"/>
                <w:szCs w:val="24"/>
              </w:rPr>
            </w:pPr>
          </w:p>
        </w:tc>
        <w:tc>
          <w:tcPr>
            <w:tcW w:w="1764" w:type="dxa"/>
            <w:tcBorders>
              <w:top w:val="single" w:sz="5" w:space="0" w:color="000000"/>
              <w:left w:val="single" w:sz="4" w:space="0" w:color="000000"/>
              <w:bottom w:val="single" w:sz="4" w:space="0" w:color="000000"/>
              <w:right w:val="single" w:sz="4" w:space="0" w:color="000000"/>
            </w:tcBorders>
            <w:tcMar>
              <w:left w:w="0" w:type="dxa"/>
              <w:right w:w="0" w:type="dxa"/>
            </w:tcMar>
          </w:tcPr>
          <w:p w14:paraId="1A360A0F" w14:textId="77777777" w:rsidR="00244939" w:rsidRPr="00E30CCA" w:rsidRDefault="00244939" w:rsidP="00416C06">
            <w:pPr>
              <w:autoSpaceDE w:val="0"/>
              <w:autoSpaceDN w:val="0"/>
              <w:spacing w:before="76"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4024" w:type="dxa"/>
            <w:tcBorders>
              <w:top w:val="single" w:sz="5" w:space="0" w:color="000000"/>
              <w:left w:val="single" w:sz="4" w:space="0" w:color="000000"/>
              <w:bottom w:val="single" w:sz="4" w:space="0" w:color="000000"/>
              <w:right w:val="single" w:sz="4" w:space="0" w:color="000000"/>
            </w:tcBorders>
            <w:tcMar>
              <w:left w:w="0" w:type="dxa"/>
              <w:right w:w="0" w:type="dxa"/>
            </w:tcMar>
          </w:tcPr>
          <w:p w14:paraId="262C9E25" w14:textId="77777777" w:rsidR="00244939" w:rsidRPr="00E30CCA" w:rsidRDefault="00244939" w:rsidP="00416C06">
            <w:pPr>
              <w:rPr>
                <w:rFonts w:ascii="Times New Roman" w:hAnsi="Times New Roman" w:cs="Times New Roman"/>
                <w:sz w:val="24"/>
                <w:szCs w:val="24"/>
              </w:rPr>
            </w:pPr>
          </w:p>
        </w:tc>
      </w:tr>
      <w:tr w:rsidR="00244939" w:rsidRPr="00E30CCA" w14:paraId="4264A5F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05481"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8.5.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6D52B"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Решение текстовых задач, со держащих данные, представ ленные в таблицах и на диаграммах</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CB9A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3AE5C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8DE047"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E1ED98" w14:textId="77777777" w:rsidR="00244939" w:rsidRPr="00E30CCA" w:rsidRDefault="00244939" w:rsidP="00416C06">
            <w:pPr>
              <w:rPr>
                <w:rFonts w:ascii="Times New Roman" w:hAnsi="Times New Roman" w:cs="Times New Roman"/>
                <w:sz w:val="24"/>
                <w:szCs w:val="24"/>
              </w:rPr>
            </w:pPr>
          </w:p>
        </w:tc>
      </w:tr>
      <w:tr w:rsidR="00244939" w:rsidRPr="00E30CCA" w14:paraId="42EA1A30"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A4045C8"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C1DAF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8</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99F8D"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AC70E"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632E0A" w14:textId="77777777" w:rsidR="00244939" w:rsidRPr="00E30CCA" w:rsidRDefault="00244939" w:rsidP="00416C06">
            <w:pPr>
              <w:rPr>
                <w:rFonts w:ascii="Times New Roman" w:hAnsi="Times New Roman" w:cs="Times New Roman"/>
                <w:sz w:val="24"/>
                <w:szCs w:val="24"/>
              </w:rPr>
            </w:pPr>
          </w:p>
        </w:tc>
      </w:tr>
      <w:tr w:rsidR="00244939" w:rsidRPr="009318F0" w14:paraId="2EA32E3E"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9FB742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b/>
                <w:color w:val="000000"/>
                <w:w w:val="97"/>
                <w:sz w:val="24"/>
                <w:szCs w:val="24"/>
                <w:lang w:val="ru-RU"/>
              </w:rPr>
              <w:t xml:space="preserve">Раздел 9. </w:t>
            </w:r>
            <w:proofErr w:type="spellStart"/>
            <w:r w:rsidRPr="00E30CCA">
              <w:rPr>
                <w:rFonts w:ascii="Times New Roman" w:eastAsia="Times New Roman" w:hAnsi="Times New Roman" w:cs="Times New Roman"/>
                <w:b/>
                <w:color w:val="221F1F"/>
                <w:w w:val="97"/>
                <w:sz w:val="24"/>
                <w:szCs w:val="24"/>
                <w:lang w:val="ru-RU"/>
              </w:rPr>
              <w:t>Нагляднаягеометрия</w:t>
            </w:r>
            <w:proofErr w:type="spellEnd"/>
            <w:r w:rsidRPr="00E30CCA">
              <w:rPr>
                <w:rFonts w:ascii="Times New Roman" w:eastAsia="Times New Roman" w:hAnsi="Times New Roman" w:cs="Times New Roman"/>
                <w:b/>
                <w:color w:val="221F1F"/>
                <w:w w:val="97"/>
                <w:sz w:val="24"/>
                <w:szCs w:val="24"/>
                <w:lang w:val="ru-RU"/>
              </w:rPr>
              <w:t>. Фигуры в пространстве</w:t>
            </w:r>
          </w:p>
        </w:tc>
      </w:tr>
      <w:tr w:rsidR="00244939" w:rsidRPr="00E30CCA" w14:paraId="1151F2BF"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1DDF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51CED4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Прямоугольный параллелепипед, куб, призма, пирамида, конус, цилиндр, шар и сфера.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683A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53127"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B6156"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1F49D" w14:textId="77777777" w:rsidR="00244939" w:rsidRPr="00E30CCA" w:rsidRDefault="00244939" w:rsidP="00416C06">
            <w:pPr>
              <w:rPr>
                <w:rFonts w:ascii="Times New Roman" w:hAnsi="Times New Roman" w:cs="Times New Roman"/>
                <w:sz w:val="24"/>
                <w:szCs w:val="24"/>
              </w:rPr>
            </w:pPr>
          </w:p>
        </w:tc>
      </w:tr>
      <w:tr w:rsidR="00244939" w:rsidRPr="00E30CCA" w14:paraId="705A3C63"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A365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9.2.</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3A73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Изображение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пространственных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фигур</w:t>
            </w:r>
            <w:proofErr w:type="spellEnd"/>
            <w:r w:rsidRPr="00E30CCA">
              <w:rPr>
                <w:rFonts w:ascii="Times New Roman" w:eastAsia="Times New Roman" w:hAnsi="Times New Roman" w:cs="Times New Roman"/>
                <w:color w:val="221F1F"/>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1282E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C34D248"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3B905"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8DDCBE" w14:textId="77777777" w:rsidR="00244939" w:rsidRPr="00E30CCA" w:rsidRDefault="00244939" w:rsidP="00416C06">
            <w:pPr>
              <w:rPr>
                <w:rFonts w:ascii="Times New Roman" w:hAnsi="Times New Roman" w:cs="Times New Roman"/>
                <w:sz w:val="24"/>
                <w:szCs w:val="24"/>
              </w:rPr>
            </w:pPr>
          </w:p>
        </w:tc>
      </w:tr>
      <w:tr w:rsidR="00244939" w:rsidRPr="00E30CCA" w14:paraId="599E80FA"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B9A3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9.3.</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E86B14"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Примеры развёрток многогранников, цилиндра и конуса.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60A719"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F732D6"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6623E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BCE19" w14:textId="77777777" w:rsidR="00244939" w:rsidRPr="00E30CCA" w:rsidRDefault="00244939" w:rsidP="00416C06">
            <w:pPr>
              <w:rPr>
                <w:rFonts w:ascii="Times New Roman" w:hAnsi="Times New Roman" w:cs="Times New Roman"/>
                <w:sz w:val="24"/>
                <w:szCs w:val="24"/>
              </w:rPr>
            </w:pPr>
          </w:p>
        </w:tc>
      </w:tr>
      <w:tr w:rsidR="00244939" w:rsidRPr="00E30CCA" w14:paraId="03EBE53D"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6E63D"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9.4.</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B8FD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Практическая работа «Создание моделей пространственных фигур».</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49471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8914C"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AF1F1"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08284" w14:textId="77777777" w:rsidR="00244939" w:rsidRPr="00E30CCA" w:rsidRDefault="00244939" w:rsidP="00416C06">
            <w:pPr>
              <w:rPr>
                <w:rFonts w:ascii="Times New Roman" w:hAnsi="Times New Roman" w:cs="Times New Roman"/>
                <w:sz w:val="24"/>
                <w:szCs w:val="24"/>
              </w:rPr>
            </w:pPr>
          </w:p>
        </w:tc>
      </w:tr>
      <w:tr w:rsidR="00244939" w:rsidRPr="00E30CCA" w14:paraId="3D9A6043"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5FC20"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9.5.</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661C7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Понятие объёма; единицы измерения объёма.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F981C"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B6CEB"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6E723A"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0E267" w14:textId="77777777" w:rsidR="00244939" w:rsidRPr="00E30CCA" w:rsidRDefault="00244939" w:rsidP="00416C06">
            <w:pPr>
              <w:rPr>
                <w:rFonts w:ascii="Times New Roman" w:hAnsi="Times New Roman" w:cs="Times New Roman"/>
                <w:sz w:val="24"/>
                <w:szCs w:val="24"/>
              </w:rPr>
            </w:pPr>
          </w:p>
        </w:tc>
      </w:tr>
      <w:tr w:rsidR="00244939" w:rsidRPr="00E30CCA" w14:paraId="04C8AAE6"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6BB1D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9.6.</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1AA1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Объём прямоугольного параллелепипеда, куба, формулы объёма</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3633C8"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2</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6D3ED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0FDCDA"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85384" w14:textId="77777777" w:rsidR="00244939" w:rsidRPr="00E30CCA" w:rsidRDefault="00244939" w:rsidP="00416C06">
            <w:pPr>
              <w:rPr>
                <w:rFonts w:ascii="Times New Roman" w:hAnsi="Times New Roman" w:cs="Times New Roman"/>
                <w:sz w:val="24"/>
                <w:szCs w:val="24"/>
              </w:rPr>
            </w:pPr>
          </w:p>
        </w:tc>
      </w:tr>
      <w:tr w:rsidR="00244939" w:rsidRPr="00E30CCA" w14:paraId="06B31673" w14:textId="77777777" w:rsidTr="00416C06">
        <w:trPr>
          <w:trHeight w:hRule="exact" w:val="350"/>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50F905"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6E08E3"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11</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7BEAA"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A3D34"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4AA544" w14:textId="77777777" w:rsidR="00244939" w:rsidRPr="00E30CCA" w:rsidRDefault="00244939" w:rsidP="00416C06">
            <w:pPr>
              <w:rPr>
                <w:rFonts w:ascii="Times New Roman" w:hAnsi="Times New Roman" w:cs="Times New Roman"/>
                <w:sz w:val="24"/>
                <w:szCs w:val="24"/>
              </w:rPr>
            </w:pPr>
          </w:p>
        </w:tc>
      </w:tr>
      <w:tr w:rsidR="00244939" w:rsidRPr="00E30CCA" w14:paraId="47FA82ED" w14:textId="77777777" w:rsidTr="00416C0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1F70DDD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w w:val="97"/>
                <w:sz w:val="24"/>
                <w:szCs w:val="24"/>
              </w:rPr>
              <w:t>Раздел</w:t>
            </w:r>
            <w:proofErr w:type="spellEnd"/>
            <w:r w:rsidRPr="00E30CCA">
              <w:rPr>
                <w:rFonts w:ascii="Times New Roman" w:eastAsia="Times New Roman" w:hAnsi="Times New Roman" w:cs="Times New Roman"/>
                <w:b/>
                <w:color w:val="000000"/>
                <w:w w:val="97"/>
                <w:sz w:val="24"/>
                <w:szCs w:val="24"/>
              </w:rPr>
              <w:t xml:space="preserve"> 10. </w:t>
            </w:r>
            <w:proofErr w:type="spellStart"/>
            <w:r w:rsidRPr="00E30CCA">
              <w:rPr>
                <w:rFonts w:ascii="Times New Roman" w:eastAsia="Times New Roman" w:hAnsi="Times New Roman" w:cs="Times New Roman"/>
                <w:b/>
                <w:color w:val="000000"/>
                <w:w w:val="97"/>
                <w:sz w:val="24"/>
                <w:szCs w:val="24"/>
              </w:rPr>
              <w:t>Повторение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обобщение</w:t>
            </w:r>
            <w:proofErr w:type="spellEnd"/>
            <w:r w:rsidRPr="00E30CCA">
              <w:rPr>
                <w:rFonts w:ascii="Times New Roman" w:eastAsia="Times New Roman" w:hAnsi="Times New Roman" w:cs="Times New Roman"/>
                <w:b/>
                <w:color w:val="000000"/>
                <w:w w:val="97"/>
                <w:sz w:val="24"/>
                <w:szCs w:val="24"/>
              </w:rPr>
              <w:t xml:space="preserve">, </w:t>
            </w:r>
            <w:proofErr w:type="spellStart"/>
            <w:r w:rsidRPr="00E30CCA">
              <w:rPr>
                <w:rFonts w:ascii="Times New Roman" w:eastAsia="Times New Roman" w:hAnsi="Times New Roman" w:cs="Times New Roman"/>
                <w:b/>
                <w:color w:val="000000"/>
                <w:w w:val="97"/>
                <w:sz w:val="24"/>
                <w:szCs w:val="24"/>
              </w:rPr>
              <w:t>систематизация</w:t>
            </w:r>
            <w:proofErr w:type="spellEnd"/>
          </w:p>
        </w:tc>
      </w:tr>
      <w:tr w:rsidR="00244939" w:rsidRPr="00E30CCA" w14:paraId="495896B0" w14:textId="77777777" w:rsidTr="00416C06">
        <w:trPr>
          <w:trHeight w:hRule="exact" w:val="348"/>
        </w:trPr>
        <w:tc>
          <w:tcPr>
            <w:tcW w:w="48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7D9C6E" w14:textId="77777777" w:rsidR="00244939" w:rsidRPr="00E30CCA" w:rsidRDefault="00244939" w:rsidP="00416C06">
            <w:pPr>
              <w:autoSpaceDE w:val="0"/>
              <w:autoSpaceDN w:val="0"/>
              <w:spacing w:before="76" w:after="0" w:line="233" w:lineRule="auto"/>
              <w:jc w:val="center"/>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lastRenderedPageBreak/>
              <w:t>10.1.</w:t>
            </w:r>
          </w:p>
        </w:tc>
        <w:tc>
          <w:tcPr>
            <w:tcW w:w="69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71C1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Повторение основных понятий и методов курсов 5 и 6 классов обобщение, систематизация знаний</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2DD9E7"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16</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0D3F31"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E378E"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62CFB" w14:textId="77777777" w:rsidR="00244939" w:rsidRPr="00E30CCA" w:rsidRDefault="00244939" w:rsidP="00416C06">
            <w:pPr>
              <w:rPr>
                <w:rFonts w:ascii="Times New Roman" w:hAnsi="Times New Roman" w:cs="Times New Roman"/>
                <w:sz w:val="24"/>
                <w:szCs w:val="24"/>
              </w:rPr>
            </w:pPr>
          </w:p>
        </w:tc>
      </w:tr>
      <w:tr w:rsidR="00244939" w:rsidRPr="00E30CCA" w14:paraId="6004B042" w14:textId="77777777" w:rsidTr="00416C06">
        <w:trPr>
          <w:trHeight w:hRule="exact" w:val="34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699C15E"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w w:val="97"/>
                <w:sz w:val="24"/>
                <w:szCs w:val="24"/>
              </w:rPr>
              <w:t>Итого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по</w:t>
            </w:r>
            <w:proofErr w:type="spellEnd"/>
            <w:r w:rsidRPr="00E30CCA">
              <w:rPr>
                <w:rFonts w:ascii="Times New Roman" w:eastAsia="Times New Roman" w:hAnsi="Times New Roman" w:cs="Times New Roman"/>
                <w:color w:val="000000"/>
                <w:w w:val="97"/>
                <w:sz w:val="24"/>
                <w:szCs w:val="24"/>
              </w:rPr>
              <w:t xml:space="preserve"> </w:t>
            </w:r>
            <w:proofErr w:type="spellStart"/>
            <w:r w:rsidRPr="00E30CCA">
              <w:rPr>
                <w:rFonts w:ascii="Times New Roman" w:eastAsia="Times New Roman" w:hAnsi="Times New Roman" w:cs="Times New Roman"/>
                <w:color w:val="000000"/>
                <w:w w:val="97"/>
                <w:sz w:val="24"/>
                <w:szCs w:val="24"/>
              </w:rPr>
              <w:t>разделу</w:t>
            </w:r>
            <w:proofErr w:type="spellEnd"/>
            <w:r w:rsidRPr="00E30CCA">
              <w:rPr>
                <w:rFonts w:ascii="Times New Roman" w:eastAsia="Times New Roman" w:hAnsi="Times New Roman" w:cs="Times New Roman"/>
                <w:color w:val="000000"/>
                <w:w w:val="97"/>
                <w:sz w:val="24"/>
                <w:szCs w:val="24"/>
              </w:rPr>
              <w:t>:</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9C0E6A"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16</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B521" w14:textId="77777777" w:rsidR="00244939" w:rsidRPr="00E30CCA" w:rsidRDefault="00244939" w:rsidP="00416C06">
            <w:pPr>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E6470" w14:textId="77777777" w:rsidR="00244939" w:rsidRPr="00E30CCA" w:rsidRDefault="00244939" w:rsidP="00416C06">
            <w:pPr>
              <w:rPr>
                <w:rFonts w:ascii="Times New Roman" w:hAnsi="Times New Roman" w:cs="Times New Roman"/>
                <w:sz w:val="24"/>
                <w:szCs w:val="24"/>
              </w:rPr>
            </w:pP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901866" w14:textId="77777777" w:rsidR="00244939" w:rsidRPr="00E30CCA" w:rsidRDefault="00244939" w:rsidP="00416C06">
            <w:pPr>
              <w:rPr>
                <w:rFonts w:ascii="Times New Roman" w:hAnsi="Times New Roman" w:cs="Times New Roman"/>
                <w:sz w:val="24"/>
                <w:szCs w:val="24"/>
              </w:rPr>
            </w:pPr>
          </w:p>
        </w:tc>
      </w:tr>
      <w:tr w:rsidR="00244939" w:rsidRPr="00E30CCA" w14:paraId="1046CA9E" w14:textId="77777777" w:rsidTr="00416C06">
        <w:trPr>
          <w:trHeight w:hRule="exact" w:val="328"/>
        </w:trPr>
        <w:tc>
          <w:tcPr>
            <w:tcW w:w="74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EEABE7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w w:val="97"/>
                <w:sz w:val="24"/>
                <w:szCs w:val="24"/>
                <w:lang w:val="ru-RU"/>
              </w:rPr>
              <w:t>ОБЩЕЕ КОЛИЧЕСТВО ЧАСОВ ПО ПРОГРАММЕ</w:t>
            </w:r>
          </w:p>
        </w:tc>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91FE2"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170</w:t>
            </w:r>
          </w:p>
        </w:tc>
        <w:tc>
          <w:tcPr>
            <w:tcW w:w="17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6926B3"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hAnsi="Times New Roman" w:cs="Times New Roman"/>
                <w:sz w:val="24"/>
                <w:szCs w:val="24"/>
                <w:lang w:val="ru-RU"/>
              </w:rPr>
              <w:t>11</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E75C6"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rPr>
            </w:pPr>
            <w:r w:rsidRPr="00E30CCA">
              <w:rPr>
                <w:rFonts w:ascii="Times New Roman" w:eastAsia="Times New Roman" w:hAnsi="Times New Roman" w:cs="Times New Roman"/>
                <w:color w:val="000000"/>
                <w:w w:val="97"/>
                <w:sz w:val="24"/>
                <w:szCs w:val="24"/>
              </w:rPr>
              <w:t>5</w:t>
            </w:r>
          </w:p>
        </w:tc>
        <w:tc>
          <w:tcPr>
            <w:tcW w:w="402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8F11D" w14:textId="77777777" w:rsidR="00244939" w:rsidRPr="00E30CCA" w:rsidRDefault="00244939" w:rsidP="00416C06">
            <w:pPr>
              <w:rPr>
                <w:rFonts w:ascii="Times New Roman" w:hAnsi="Times New Roman" w:cs="Times New Roman"/>
                <w:sz w:val="24"/>
                <w:szCs w:val="24"/>
              </w:rPr>
            </w:pPr>
          </w:p>
        </w:tc>
      </w:tr>
    </w:tbl>
    <w:p w14:paraId="06D7C427" w14:textId="77777777" w:rsidR="00244939" w:rsidRPr="00E30CCA" w:rsidRDefault="00244939" w:rsidP="00244939">
      <w:pPr>
        <w:rPr>
          <w:rFonts w:ascii="Times New Roman" w:hAnsi="Times New Roman" w:cs="Times New Roman"/>
          <w:sz w:val="24"/>
          <w:szCs w:val="24"/>
        </w:rPr>
        <w:sectPr w:rsidR="00244939" w:rsidRPr="00E30CCA">
          <w:pgSz w:w="16840" w:h="11900"/>
          <w:pgMar w:top="284" w:right="640" w:bottom="1440" w:left="666" w:header="720" w:footer="720" w:gutter="0"/>
          <w:cols w:space="720" w:equalWidth="0">
            <w:col w:w="15534" w:space="0"/>
          </w:cols>
          <w:docGrid w:linePitch="360"/>
        </w:sectPr>
      </w:pPr>
    </w:p>
    <w:p w14:paraId="1E8CBADA" w14:textId="77777777" w:rsidR="00244939" w:rsidRPr="00E30CCA" w:rsidRDefault="00244939" w:rsidP="00244939">
      <w:pPr>
        <w:rPr>
          <w:rFonts w:ascii="Times New Roman" w:hAnsi="Times New Roman" w:cs="Times New Roman"/>
          <w:b/>
          <w:sz w:val="24"/>
          <w:szCs w:val="24"/>
        </w:rPr>
      </w:pPr>
      <w:r w:rsidRPr="00E30CCA">
        <w:rPr>
          <w:rFonts w:ascii="Times New Roman" w:hAnsi="Times New Roman" w:cs="Times New Roman"/>
          <w:b/>
          <w:sz w:val="24"/>
          <w:szCs w:val="24"/>
        </w:rPr>
        <w:lastRenderedPageBreak/>
        <w:t xml:space="preserve">ПОУРОЧНОЕ ПЛАНИРОВАНИЕ 5 </w:t>
      </w:r>
      <w:proofErr w:type="spellStart"/>
      <w:r w:rsidRPr="00E30CCA">
        <w:rPr>
          <w:rFonts w:ascii="Times New Roman" w:hAnsi="Times New Roman" w:cs="Times New Roman"/>
          <w:b/>
          <w:sz w:val="24"/>
          <w:szCs w:val="24"/>
        </w:rPr>
        <w:t>класс</w:t>
      </w:r>
      <w:proofErr w:type="spellEnd"/>
    </w:p>
    <w:tbl>
      <w:tblPr>
        <w:tblStyle w:val="aff0"/>
        <w:tblW w:w="0" w:type="auto"/>
        <w:tblLayout w:type="fixed"/>
        <w:tblLook w:val="04A0" w:firstRow="1" w:lastRow="0" w:firstColumn="1" w:lastColumn="0" w:noHBand="0" w:noVBand="1"/>
      </w:tblPr>
      <w:tblGrid>
        <w:gridCol w:w="651"/>
        <w:gridCol w:w="3852"/>
        <w:gridCol w:w="768"/>
        <w:gridCol w:w="1076"/>
        <w:gridCol w:w="1132"/>
        <w:gridCol w:w="1418"/>
        <w:gridCol w:w="1785"/>
      </w:tblGrid>
      <w:tr w:rsidR="00244939" w:rsidRPr="00E30CCA" w14:paraId="4AD0C579" w14:textId="77777777" w:rsidTr="00416C06">
        <w:tc>
          <w:tcPr>
            <w:tcW w:w="6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8F6E5" w14:textId="77777777" w:rsidR="00244939" w:rsidRPr="00E30CCA" w:rsidRDefault="00244939" w:rsidP="00416C06">
            <w:pPr>
              <w:jc w:val="center"/>
              <w:rPr>
                <w:rFonts w:ascii="Times New Roman" w:hAnsi="Times New Roman" w:cs="Times New Roman"/>
                <w:b/>
                <w:sz w:val="24"/>
                <w:szCs w:val="24"/>
              </w:rPr>
            </w:pPr>
            <w:r w:rsidRPr="00E30CCA">
              <w:rPr>
                <w:rFonts w:ascii="Times New Roman" w:hAnsi="Times New Roman" w:cs="Times New Roman"/>
                <w:b/>
                <w:sz w:val="24"/>
                <w:szCs w:val="24"/>
              </w:rPr>
              <w:t>№ п/п</w:t>
            </w:r>
          </w:p>
        </w:tc>
        <w:tc>
          <w:tcPr>
            <w:tcW w:w="3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45D6C"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Тема</w:t>
            </w:r>
            <w:proofErr w:type="spellEnd"/>
            <w:r w:rsidRPr="00E30CCA">
              <w:rPr>
                <w:rFonts w:ascii="Times New Roman" w:hAnsi="Times New Roman" w:cs="Times New Roman"/>
                <w:b/>
                <w:sz w:val="24"/>
                <w:szCs w:val="24"/>
              </w:rPr>
              <w:t xml:space="preserve"> </w:t>
            </w:r>
            <w:proofErr w:type="spellStart"/>
            <w:r w:rsidRPr="00E30CCA">
              <w:rPr>
                <w:rFonts w:ascii="Times New Roman" w:hAnsi="Times New Roman" w:cs="Times New Roman"/>
                <w:b/>
                <w:sz w:val="24"/>
                <w:szCs w:val="24"/>
              </w:rPr>
              <w:t>урока</w:t>
            </w:r>
            <w:proofErr w:type="spellEnd"/>
          </w:p>
        </w:tc>
        <w:tc>
          <w:tcPr>
            <w:tcW w:w="29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0D4D9"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Количество</w:t>
            </w:r>
            <w:proofErr w:type="spellEnd"/>
            <w:r w:rsidRPr="00E30CCA">
              <w:rPr>
                <w:rFonts w:ascii="Times New Roman" w:hAnsi="Times New Roman" w:cs="Times New Roman"/>
                <w:b/>
                <w:sz w:val="24"/>
                <w:szCs w:val="24"/>
              </w:rPr>
              <w:t xml:space="preserve"> </w:t>
            </w:r>
            <w:proofErr w:type="spellStart"/>
            <w:r w:rsidRPr="00E30CCA">
              <w:rPr>
                <w:rFonts w:ascii="Times New Roman" w:hAnsi="Times New Roman" w:cs="Times New Roman"/>
                <w:b/>
                <w:sz w:val="24"/>
                <w:szCs w:val="24"/>
              </w:rPr>
              <w:t>часов</w:t>
            </w:r>
            <w:proofErr w:type="spellEnd"/>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24FCA"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Дата</w:t>
            </w:r>
            <w:proofErr w:type="spellEnd"/>
            <w:r w:rsidRPr="00E30CCA">
              <w:rPr>
                <w:rFonts w:ascii="Times New Roman" w:hAnsi="Times New Roman" w:cs="Times New Roman"/>
                <w:b/>
                <w:sz w:val="24"/>
                <w:szCs w:val="24"/>
              </w:rPr>
              <w:t xml:space="preserve"> </w:t>
            </w:r>
            <w:proofErr w:type="spellStart"/>
            <w:r w:rsidRPr="00E30CCA">
              <w:rPr>
                <w:rFonts w:ascii="Times New Roman" w:hAnsi="Times New Roman" w:cs="Times New Roman"/>
                <w:b/>
                <w:sz w:val="24"/>
                <w:szCs w:val="24"/>
              </w:rPr>
              <w:t>проведения</w:t>
            </w:r>
            <w:proofErr w:type="spellEnd"/>
          </w:p>
        </w:tc>
        <w:tc>
          <w:tcPr>
            <w:tcW w:w="1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BD2C0"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Формы</w:t>
            </w:r>
            <w:proofErr w:type="spellEnd"/>
            <w:r w:rsidRPr="00E30CCA">
              <w:rPr>
                <w:rFonts w:ascii="Times New Roman" w:hAnsi="Times New Roman" w:cs="Times New Roman"/>
                <w:b/>
                <w:sz w:val="24"/>
                <w:szCs w:val="24"/>
              </w:rPr>
              <w:t xml:space="preserve"> </w:t>
            </w:r>
            <w:proofErr w:type="spellStart"/>
            <w:r w:rsidRPr="00E30CCA">
              <w:rPr>
                <w:rFonts w:ascii="Times New Roman" w:hAnsi="Times New Roman" w:cs="Times New Roman"/>
                <w:b/>
                <w:sz w:val="24"/>
                <w:szCs w:val="24"/>
              </w:rPr>
              <w:t>контроля</w:t>
            </w:r>
            <w:proofErr w:type="spellEnd"/>
          </w:p>
        </w:tc>
      </w:tr>
      <w:tr w:rsidR="00244939" w:rsidRPr="00E30CCA" w14:paraId="601B69D6" w14:textId="77777777" w:rsidTr="00416C06">
        <w:tc>
          <w:tcPr>
            <w:tcW w:w="6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495DD" w14:textId="77777777" w:rsidR="00244939" w:rsidRPr="00E30CCA" w:rsidRDefault="00244939" w:rsidP="00416C06">
            <w:pPr>
              <w:rPr>
                <w:rFonts w:ascii="Times New Roman" w:hAnsi="Times New Roman" w:cs="Times New Roman"/>
                <w:b/>
                <w:sz w:val="24"/>
                <w:szCs w:val="24"/>
              </w:rPr>
            </w:pPr>
          </w:p>
        </w:tc>
        <w:tc>
          <w:tcPr>
            <w:tcW w:w="3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61021" w14:textId="77777777" w:rsidR="00244939" w:rsidRPr="00E30CCA" w:rsidRDefault="00244939" w:rsidP="00416C06">
            <w:pPr>
              <w:rPr>
                <w:rFonts w:ascii="Times New Roman" w:hAnsi="Times New Roman" w:cs="Times New Roman"/>
                <w:b/>
                <w:sz w:val="24"/>
                <w:szCs w:val="24"/>
              </w:rPr>
            </w:pP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5C1D0"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Всего</w:t>
            </w:r>
            <w:proofErr w:type="spellEnd"/>
            <w:r w:rsidRPr="00E30CCA">
              <w:rPr>
                <w:rFonts w:ascii="Times New Roman" w:hAnsi="Times New Roman" w:cs="Times New Roman"/>
                <w:b/>
                <w:sz w:val="24"/>
                <w:szCs w:val="24"/>
              </w:rPr>
              <w:t xml:space="preserve"> </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9441E"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Контр.р</w:t>
            </w:r>
            <w:proofErr w:type="spellEnd"/>
            <w:r w:rsidRPr="00E30CCA">
              <w:rPr>
                <w:rFonts w:ascii="Times New Roman" w:hAnsi="Times New Roman" w:cs="Times New Roman"/>
                <w:b/>
                <w:sz w:val="24"/>
                <w:szCs w:val="24"/>
              </w:rPr>
              <w:t>.</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720E4" w14:textId="77777777" w:rsidR="00244939" w:rsidRPr="00E30CCA" w:rsidRDefault="00244939" w:rsidP="00416C06">
            <w:pPr>
              <w:jc w:val="center"/>
              <w:rPr>
                <w:rFonts w:ascii="Times New Roman" w:hAnsi="Times New Roman" w:cs="Times New Roman"/>
                <w:b/>
                <w:sz w:val="24"/>
                <w:szCs w:val="24"/>
              </w:rPr>
            </w:pPr>
            <w:proofErr w:type="spellStart"/>
            <w:r w:rsidRPr="00E30CCA">
              <w:rPr>
                <w:rFonts w:ascii="Times New Roman" w:hAnsi="Times New Roman" w:cs="Times New Roman"/>
                <w:b/>
                <w:sz w:val="24"/>
                <w:szCs w:val="24"/>
              </w:rPr>
              <w:t>Практ.р</w:t>
            </w:r>
            <w:proofErr w:type="spellEnd"/>
            <w:r w:rsidRPr="00E30CCA">
              <w:rPr>
                <w:rFonts w:ascii="Times New Roman" w:hAnsi="Times New Roman" w:cs="Times New Roman"/>
                <w:b/>
                <w:sz w:val="24"/>
                <w:szCs w:val="24"/>
              </w:rPr>
              <w:t>.</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65BD8C" w14:textId="77777777" w:rsidR="00244939" w:rsidRPr="00E30CCA" w:rsidRDefault="00244939" w:rsidP="00416C06">
            <w:pPr>
              <w:rPr>
                <w:rFonts w:ascii="Times New Roman" w:hAnsi="Times New Roman" w:cs="Times New Roman"/>
                <w:b/>
                <w:sz w:val="24"/>
                <w:szCs w:val="24"/>
              </w:rPr>
            </w:pPr>
          </w:p>
        </w:tc>
        <w:tc>
          <w:tcPr>
            <w:tcW w:w="17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55ADC" w14:textId="77777777" w:rsidR="00244939" w:rsidRPr="00E30CCA" w:rsidRDefault="00244939" w:rsidP="00416C06">
            <w:pPr>
              <w:rPr>
                <w:rFonts w:ascii="Times New Roman" w:hAnsi="Times New Roman" w:cs="Times New Roman"/>
                <w:b/>
                <w:sz w:val="24"/>
                <w:szCs w:val="24"/>
              </w:rPr>
            </w:pPr>
          </w:p>
        </w:tc>
      </w:tr>
      <w:tr w:rsidR="00244939" w:rsidRPr="00E30CCA" w14:paraId="180DE43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80E4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7D9D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Десятичная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система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счисления</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BC04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B403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BB6F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780B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1DBE6" w14:textId="77777777" w:rsidR="00244939" w:rsidRPr="00E30CCA" w:rsidRDefault="00244939" w:rsidP="00416C06">
            <w:pPr>
              <w:rPr>
                <w:rFonts w:ascii="Times New Roman" w:hAnsi="Times New Roman" w:cs="Times New Roman"/>
                <w:sz w:val="24"/>
                <w:szCs w:val="24"/>
              </w:rPr>
            </w:pPr>
          </w:p>
        </w:tc>
      </w:tr>
      <w:tr w:rsidR="00244939" w:rsidRPr="00E30CCA" w14:paraId="6351840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8EDC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6659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Десятичная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система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счисления</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47FE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C0BF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432E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109B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F078D" w14:textId="77777777" w:rsidR="00244939" w:rsidRPr="00E30CCA" w:rsidRDefault="00244939" w:rsidP="00416C06">
            <w:pPr>
              <w:rPr>
                <w:rFonts w:ascii="Times New Roman" w:hAnsi="Times New Roman" w:cs="Times New Roman"/>
                <w:sz w:val="24"/>
                <w:szCs w:val="24"/>
              </w:rPr>
            </w:pPr>
          </w:p>
        </w:tc>
      </w:tr>
      <w:tr w:rsidR="00244939" w:rsidRPr="00E30CCA" w14:paraId="273157F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348F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3746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Ряд</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натуральных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чисел</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4E47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C7AC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FC35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5DBA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7DFC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Устный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опрос</w:t>
            </w:r>
            <w:proofErr w:type="spellEnd"/>
          </w:p>
        </w:tc>
      </w:tr>
      <w:tr w:rsidR="00244939" w:rsidRPr="00E30CCA" w14:paraId="11D1FF5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7B9A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A143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Ряд</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натуральных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чисел</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7101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161C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1E3B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8DE8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EE4F3" w14:textId="77777777" w:rsidR="00244939" w:rsidRPr="00E30CCA" w:rsidRDefault="00244939" w:rsidP="00416C06">
            <w:pPr>
              <w:rPr>
                <w:rFonts w:ascii="Times New Roman" w:hAnsi="Times New Roman" w:cs="Times New Roman"/>
                <w:sz w:val="24"/>
                <w:szCs w:val="24"/>
              </w:rPr>
            </w:pPr>
          </w:p>
        </w:tc>
      </w:tr>
      <w:tr w:rsidR="00244939" w:rsidRPr="00E30CCA" w14:paraId="7276F79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C936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EB89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Натуральный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ряд</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D711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79A2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AE9F"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7B9F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5248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316CD09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4CCF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7343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Число</w:t>
            </w:r>
            <w:proofErr w:type="spellEnd"/>
            <w:r w:rsidRPr="00E30CCA">
              <w:rPr>
                <w:rFonts w:ascii="Times New Roman" w:hAnsi="Times New Roman" w:cs="Times New Roman"/>
                <w:sz w:val="24"/>
                <w:szCs w:val="24"/>
              </w:rPr>
              <w:t xml:space="preserve"> 0</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ABC5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8C68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3F55D"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8DAF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4D1AD" w14:textId="77777777" w:rsidR="00244939" w:rsidRPr="00E30CCA" w:rsidRDefault="00244939" w:rsidP="00416C06">
            <w:pPr>
              <w:rPr>
                <w:rFonts w:ascii="Times New Roman" w:hAnsi="Times New Roman" w:cs="Times New Roman"/>
                <w:sz w:val="24"/>
                <w:szCs w:val="24"/>
              </w:rPr>
            </w:pPr>
          </w:p>
        </w:tc>
      </w:tr>
      <w:tr w:rsidR="00244939" w:rsidRPr="00E30CCA" w14:paraId="10F4D12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BC6C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51BB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Натуральные числа на координатной прямой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5963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FDE0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5485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552B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28B40" w14:textId="77777777" w:rsidR="00244939" w:rsidRPr="00E30CCA" w:rsidRDefault="00244939" w:rsidP="00416C06">
            <w:pPr>
              <w:rPr>
                <w:rFonts w:ascii="Times New Roman" w:hAnsi="Times New Roman" w:cs="Times New Roman"/>
                <w:sz w:val="24"/>
                <w:szCs w:val="24"/>
              </w:rPr>
            </w:pPr>
          </w:p>
        </w:tc>
      </w:tr>
      <w:tr w:rsidR="00244939" w:rsidRPr="00E30CCA" w14:paraId="02B9382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8497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6409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Натуральные числа на координатной прямой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8BC7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29D4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9450F"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B4DD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61D2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6B7D880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C525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EA39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округление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натуральных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чисел</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721F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DC9A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EFBB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B7DB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28DFA" w14:textId="77777777" w:rsidR="00244939" w:rsidRPr="00E30CCA" w:rsidRDefault="00244939" w:rsidP="00416C06">
            <w:pPr>
              <w:rPr>
                <w:rFonts w:ascii="Times New Roman" w:hAnsi="Times New Roman" w:cs="Times New Roman"/>
                <w:sz w:val="24"/>
                <w:szCs w:val="24"/>
              </w:rPr>
            </w:pPr>
          </w:p>
        </w:tc>
      </w:tr>
      <w:tr w:rsidR="00244939" w:rsidRPr="00E30CCA" w14:paraId="3C2BDEE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7ACE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14DF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округление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натуральных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чисел</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90F7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22EB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6824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01A2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7635D" w14:textId="77777777" w:rsidR="00244939" w:rsidRPr="00E30CCA" w:rsidRDefault="00244939" w:rsidP="00416C06">
            <w:pPr>
              <w:rPr>
                <w:rFonts w:ascii="Times New Roman" w:hAnsi="Times New Roman" w:cs="Times New Roman"/>
                <w:sz w:val="24"/>
                <w:szCs w:val="24"/>
              </w:rPr>
            </w:pPr>
          </w:p>
        </w:tc>
      </w:tr>
      <w:tr w:rsidR="00244939" w:rsidRPr="00E30CCA" w14:paraId="42BC921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2D78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4065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округление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натуральных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чисел</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390B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3B24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AC93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6667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616F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3F2FB6C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D86A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45A2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Арифметические действия с натуральными числами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3C36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BADC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61B4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091C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B710" w14:textId="77777777" w:rsidR="00244939" w:rsidRPr="00E30CCA" w:rsidRDefault="00244939" w:rsidP="00416C06">
            <w:pPr>
              <w:rPr>
                <w:rFonts w:ascii="Times New Roman" w:hAnsi="Times New Roman" w:cs="Times New Roman"/>
                <w:sz w:val="24"/>
                <w:szCs w:val="24"/>
              </w:rPr>
            </w:pPr>
          </w:p>
        </w:tc>
      </w:tr>
      <w:tr w:rsidR="00244939" w:rsidRPr="00E30CCA" w14:paraId="1ABF41D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2F11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6E2A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Арифметические действия с натуральными числами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30E5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922D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ACE7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FEA8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4E62E" w14:textId="77777777" w:rsidR="00244939" w:rsidRPr="00E30CCA" w:rsidRDefault="00244939" w:rsidP="00416C06">
            <w:pPr>
              <w:rPr>
                <w:rFonts w:ascii="Times New Roman" w:hAnsi="Times New Roman" w:cs="Times New Roman"/>
                <w:sz w:val="24"/>
                <w:szCs w:val="24"/>
              </w:rPr>
            </w:pPr>
          </w:p>
        </w:tc>
      </w:tr>
      <w:tr w:rsidR="00244939" w:rsidRPr="00E30CCA" w14:paraId="3D11926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D816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99A3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Арифметические действия с натуральными числами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E155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63B0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3FFE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DBBE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F5FF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7F63560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964B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AB75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Арифметические действия с натуральными числами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8A18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8B95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B129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5692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0A4EA" w14:textId="77777777" w:rsidR="00244939" w:rsidRPr="00E30CCA" w:rsidRDefault="00244939" w:rsidP="00416C06">
            <w:pPr>
              <w:rPr>
                <w:rFonts w:ascii="Times New Roman" w:hAnsi="Times New Roman" w:cs="Times New Roman"/>
                <w:sz w:val="24"/>
                <w:szCs w:val="24"/>
              </w:rPr>
            </w:pPr>
          </w:p>
        </w:tc>
      </w:tr>
      <w:tr w:rsidR="00244939" w:rsidRPr="00E30CCA" w14:paraId="4BF548E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782F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8FA4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1</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C7465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381A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1C70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D057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7DA0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1074F9A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A2BC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DEF5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Свойства нуля при сложении и умножении, свойства единицы при умножении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3E77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2F08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17AE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3C07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A6A18" w14:textId="77777777" w:rsidR="00244939" w:rsidRPr="00E30CCA" w:rsidRDefault="00244939" w:rsidP="00416C06">
            <w:pPr>
              <w:rPr>
                <w:rFonts w:ascii="Times New Roman" w:hAnsi="Times New Roman" w:cs="Times New Roman"/>
                <w:sz w:val="24"/>
                <w:szCs w:val="24"/>
              </w:rPr>
            </w:pPr>
          </w:p>
        </w:tc>
      </w:tr>
      <w:tr w:rsidR="00244939" w:rsidRPr="00E30CCA" w14:paraId="0DBB878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A5AD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B44B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Свойства нуля при сложении и умножении, свойства единицы при умножении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8084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1956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D90E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D74E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B2446" w14:textId="77777777" w:rsidR="00244939" w:rsidRPr="00E30CCA" w:rsidRDefault="00244939" w:rsidP="00416C06">
            <w:pPr>
              <w:rPr>
                <w:rFonts w:ascii="Times New Roman" w:hAnsi="Times New Roman" w:cs="Times New Roman"/>
                <w:sz w:val="24"/>
                <w:szCs w:val="24"/>
              </w:rPr>
            </w:pPr>
          </w:p>
        </w:tc>
      </w:tr>
      <w:tr w:rsidR="00244939" w:rsidRPr="00E30CCA" w14:paraId="4B03626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AB6F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AA7D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Переместительное и сочетательное свойства сложения и умножения</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5588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28EE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04B6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92C9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9BD1" w14:textId="77777777" w:rsidR="00244939" w:rsidRPr="00E30CCA" w:rsidRDefault="00244939" w:rsidP="00416C06">
            <w:pPr>
              <w:rPr>
                <w:rFonts w:ascii="Times New Roman" w:hAnsi="Times New Roman" w:cs="Times New Roman"/>
                <w:sz w:val="24"/>
                <w:szCs w:val="24"/>
              </w:rPr>
            </w:pPr>
          </w:p>
        </w:tc>
      </w:tr>
      <w:tr w:rsidR="00244939" w:rsidRPr="00E30CCA" w14:paraId="754B074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34CE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A364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Распределительное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умножения</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1EF8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EF9C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9BD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5534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81359" w14:textId="77777777" w:rsidR="00244939" w:rsidRPr="00E30CCA" w:rsidRDefault="00244939" w:rsidP="00416C06">
            <w:pPr>
              <w:rPr>
                <w:rFonts w:ascii="Times New Roman" w:hAnsi="Times New Roman" w:cs="Times New Roman"/>
                <w:sz w:val="24"/>
                <w:szCs w:val="24"/>
              </w:rPr>
            </w:pPr>
          </w:p>
        </w:tc>
      </w:tr>
      <w:tr w:rsidR="00244939" w:rsidRPr="00E30CCA" w14:paraId="3958AA4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3601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989C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2</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6643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F672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5F0F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A998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0FA2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1AE1E93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88CA3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2A62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Делители и кратные, разложение числа на множители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DF26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91C0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524B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F4B9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3AD07" w14:textId="77777777" w:rsidR="00244939" w:rsidRPr="00E30CCA" w:rsidRDefault="00244939" w:rsidP="00416C06">
            <w:pPr>
              <w:rPr>
                <w:rFonts w:ascii="Times New Roman" w:hAnsi="Times New Roman" w:cs="Times New Roman"/>
                <w:sz w:val="24"/>
                <w:szCs w:val="24"/>
              </w:rPr>
            </w:pPr>
          </w:p>
        </w:tc>
      </w:tr>
      <w:tr w:rsidR="00244939" w:rsidRPr="00E30CCA" w14:paraId="1C1D612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BDC2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AD9A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Делители и кратные, разложение числа на множители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DC38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BBC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8C7E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971E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3C9B1" w14:textId="77777777" w:rsidR="00244939" w:rsidRPr="00E30CCA" w:rsidRDefault="00244939" w:rsidP="00416C06">
            <w:pPr>
              <w:rPr>
                <w:rFonts w:ascii="Times New Roman" w:hAnsi="Times New Roman" w:cs="Times New Roman"/>
                <w:sz w:val="24"/>
                <w:szCs w:val="24"/>
              </w:rPr>
            </w:pPr>
          </w:p>
        </w:tc>
      </w:tr>
      <w:tr w:rsidR="00244939" w:rsidRPr="00E30CCA" w14:paraId="6AC7042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58E9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C9DE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Делители и кратные, разложение числа на множители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3BA8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8C69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80D2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DCA7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D18A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182380F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704F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6459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с </w:t>
            </w:r>
            <w:proofErr w:type="spellStart"/>
            <w:r w:rsidRPr="00E30CCA">
              <w:rPr>
                <w:rFonts w:ascii="Times New Roman" w:hAnsi="Times New Roman" w:cs="Times New Roman"/>
                <w:sz w:val="24"/>
                <w:szCs w:val="24"/>
              </w:rPr>
              <w:t>остатком</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8347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213F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40CC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AC3F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C07C9" w14:textId="77777777" w:rsidR="00244939" w:rsidRPr="00E30CCA" w:rsidRDefault="00244939" w:rsidP="00416C06">
            <w:pPr>
              <w:rPr>
                <w:rFonts w:ascii="Times New Roman" w:hAnsi="Times New Roman" w:cs="Times New Roman"/>
                <w:sz w:val="24"/>
                <w:szCs w:val="24"/>
              </w:rPr>
            </w:pPr>
          </w:p>
        </w:tc>
      </w:tr>
      <w:tr w:rsidR="00244939" w:rsidRPr="00E30CCA" w14:paraId="58F74FB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645A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A5ED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с </w:t>
            </w:r>
            <w:proofErr w:type="spellStart"/>
            <w:r w:rsidRPr="00E30CCA">
              <w:rPr>
                <w:rFonts w:ascii="Times New Roman" w:hAnsi="Times New Roman" w:cs="Times New Roman"/>
                <w:sz w:val="24"/>
                <w:szCs w:val="24"/>
              </w:rPr>
              <w:t>остатком</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676F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FA9E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6665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062B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78A75" w14:textId="77777777" w:rsidR="00244939" w:rsidRPr="00E30CCA" w:rsidRDefault="00244939" w:rsidP="00416C06">
            <w:pPr>
              <w:rPr>
                <w:rFonts w:ascii="Times New Roman" w:hAnsi="Times New Roman" w:cs="Times New Roman"/>
                <w:sz w:val="24"/>
                <w:szCs w:val="24"/>
              </w:rPr>
            </w:pPr>
          </w:p>
        </w:tc>
      </w:tr>
      <w:tr w:rsidR="00244939" w:rsidRPr="00E30CCA" w14:paraId="227AC86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B106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20EB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Простые</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составные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числа</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BA2F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82DA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C61E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45C3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1A102" w14:textId="77777777" w:rsidR="00244939" w:rsidRPr="00E30CCA" w:rsidRDefault="00244939" w:rsidP="00416C06">
            <w:pPr>
              <w:rPr>
                <w:rFonts w:ascii="Times New Roman" w:hAnsi="Times New Roman" w:cs="Times New Roman"/>
                <w:sz w:val="24"/>
                <w:szCs w:val="24"/>
              </w:rPr>
            </w:pPr>
          </w:p>
        </w:tc>
      </w:tr>
      <w:tr w:rsidR="00244939" w:rsidRPr="00E30CCA" w14:paraId="2130631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803C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668C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Простые</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составные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числа</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F431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D68D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B4B9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F604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E6DA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5536B8E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5467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29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CFB0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Признаки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делимости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2, 5 и 10</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807E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4DFA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A0E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D56D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A6F24" w14:textId="77777777" w:rsidR="00244939" w:rsidRPr="00E30CCA" w:rsidRDefault="00244939" w:rsidP="00416C06">
            <w:pPr>
              <w:rPr>
                <w:rFonts w:ascii="Times New Roman" w:hAnsi="Times New Roman" w:cs="Times New Roman"/>
                <w:sz w:val="24"/>
                <w:szCs w:val="24"/>
              </w:rPr>
            </w:pPr>
          </w:p>
        </w:tc>
      </w:tr>
      <w:tr w:rsidR="00244939" w:rsidRPr="00E30CCA" w14:paraId="0E911C6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F72D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6946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Признаки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делимости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2, 5 и 10</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8008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8C4B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F3E2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0355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9FB0E" w14:textId="77777777" w:rsidR="00244939" w:rsidRPr="00E30CCA" w:rsidRDefault="00244939" w:rsidP="00416C06">
            <w:pPr>
              <w:rPr>
                <w:rFonts w:ascii="Times New Roman" w:hAnsi="Times New Roman" w:cs="Times New Roman"/>
                <w:sz w:val="24"/>
                <w:szCs w:val="24"/>
              </w:rPr>
            </w:pPr>
          </w:p>
        </w:tc>
      </w:tr>
      <w:tr w:rsidR="00244939" w:rsidRPr="00E30CCA" w14:paraId="2B0F937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A9C5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C8D0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Признаки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делимости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3 и 9</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BDE4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BFAD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25C1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4173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B03DA" w14:textId="77777777" w:rsidR="00244939" w:rsidRPr="00E30CCA" w:rsidRDefault="00244939" w:rsidP="00416C06">
            <w:pPr>
              <w:rPr>
                <w:rFonts w:ascii="Times New Roman" w:hAnsi="Times New Roman" w:cs="Times New Roman"/>
                <w:sz w:val="24"/>
                <w:szCs w:val="24"/>
              </w:rPr>
            </w:pPr>
          </w:p>
        </w:tc>
      </w:tr>
      <w:tr w:rsidR="00244939" w:rsidRPr="00E30CCA" w14:paraId="1CD8E33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A25B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48D6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Признаки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делимости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3 и 9</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198A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A68F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A3A1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2E37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D09AC" w14:textId="77777777" w:rsidR="00244939" w:rsidRPr="00E30CCA" w:rsidRDefault="00244939" w:rsidP="00416C06">
            <w:pPr>
              <w:rPr>
                <w:rFonts w:ascii="Times New Roman" w:hAnsi="Times New Roman" w:cs="Times New Roman"/>
                <w:sz w:val="24"/>
                <w:szCs w:val="24"/>
              </w:rPr>
            </w:pPr>
          </w:p>
        </w:tc>
      </w:tr>
      <w:tr w:rsidR="00244939" w:rsidRPr="00E30CCA" w14:paraId="30A2E34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1F67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84D1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3</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2C88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45E2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BE57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ED90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8B05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6BC9DC8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638E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166B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Степень</w:t>
            </w:r>
            <w:proofErr w:type="spellEnd"/>
            <w:r w:rsidRPr="00E30CCA">
              <w:rPr>
                <w:rFonts w:ascii="Times New Roman" w:hAnsi="Times New Roman" w:cs="Times New Roman"/>
                <w:sz w:val="24"/>
                <w:szCs w:val="24"/>
              </w:rPr>
              <w:t xml:space="preserve"> с </w:t>
            </w:r>
            <w:proofErr w:type="spellStart"/>
            <w:r w:rsidRPr="00E30CCA">
              <w:rPr>
                <w:rFonts w:ascii="Times New Roman" w:hAnsi="Times New Roman" w:cs="Times New Roman"/>
                <w:sz w:val="24"/>
                <w:szCs w:val="24"/>
              </w:rPr>
              <w:t>натуральным</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показателем</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E0C8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3DB5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3080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6CEF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E3026" w14:textId="77777777" w:rsidR="00244939" w:rsidRPr="00E30CCA" w:rsidRDefault="00244939" w:rsidP="00416C06">
            <w:pPr>
              <w:rPr>
                <w:rFonts w:ascii="Times New Roman" w:hAnsi="Times New Roman" w:cs="Times New Roman"/>
                <w:sz w:val="24"/>
                <w:szCs w:val="24"/>
              </w:rPr>
            </w:pPr>
          </w:p>
        </w:tc>
      </w:tr>
      <w:tr w:rsidR="00244939" w:rsidRPr="00E30CCA" w14:paraId="183E794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ED04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949E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Степень</w:t>
            </w:r>
            <w:proofErr w:type="spellEnd"/>
            <w:r w:rsidRPr="00E30CCA">
              <w:rPr>
                <w:rFonts w:ascii="Times New Roman" w:hAnsi="Times New Roman" w:cs="Times New Roman"/>
                <w:sz w:val="24"/>
                <w:szCs w:val="24"/>
              </w:rPr>
              <w:t xml:space="preserve"> с </w:t>
            </w:r>
            <w:proofErr w:type="spellStart"/>
            <w:r w:rsidRPr="00E30CCA">
              <w:rPr>
                <w:rFonts w:ascii="Times New Roman" w:hAnsi="Times New Roman" w:cs="Times New Roman"/>
                <w:sz w:val="24"/>
                <w:szCs w:val="24"/>
              </w:rPr>
              <w:t>натуральным</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показателем</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3E98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36B2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2F2C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902A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6ACC2" w14:textId="77777777" w:rsidR="00244939" w:rsidRPr="00E30CCA" w:rsidRDefault="00244939" w:rsidP="00416C06">
            <w:pPr>
              <w:rPr>
                <w:rFonts w:ascii="Times New Roman" w:hAnsi="Times New Roman" w:cs="Times New Roman"/>
                <w:sz w:val="24"/>
                <w:szCs w:val="24"/>
              </w:rPr>
            </w:pPr>
          </w:p>
        </w:tc>
      </w:tr>
      <w:tr w:rsidR="00244939" w:rsidRPr="00E30CCA" w14:paraId="6A7A95A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E5FD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0BCC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Числовые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выражения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порядок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действий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65B0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E313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314D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3AB1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663AB" w14:textId="77777777" w:rsidR="00244939" w:rsidRPr="00E30CCA" w:rsidRDefault="00244939" w:rsidP="00416C06">
            <w:pPr>
              <w:rPr>
                <w:rFonts w:ascii="Times New Roman" w:hAnsi="Times New Roman" w:cs="Times New Roman"/>
                <w:sz w:val="24"/>
                <w:szCs w:val="24"/>
              </w:rPr>
            </w:pPr>
          </w:p>
        </w:tc>
      </w:tr>
      <w:tr w:rsidR="00244939" w:rsidRPr="00E30CCA" w14:paraId="3AAE0C9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CDFB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06A5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Числовые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выражения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порядок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действий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B8DA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60C9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EF83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548A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FD227" w14:textId="77777777" w:rsidR="00244939" w:rsidRPr="00E30CCA" w:rsidRDefault="00244939" w:rsidP="00416C06">
            <w:pPr>
              <w:rPr>
                <w:rFonts w:ascii="Times New Roman" w:hAnsi="Times New Roman" w:cs="Times New Roman"/>
                <w:sz w:val="24"/>
                <w:szCs w:val="24"/>
              </w:rPr>
            </w:pPr>
          </w:p>
        </w:tc>
      </w:tr>
      <w:tr w:rsidR="00244939" w:rsidRPr="00E30CCA" w14:paraId="7342BCE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4EDD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44E4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Числовые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выражения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порядок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действий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BF47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DC6E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37D2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626A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59F7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51DD2B1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566F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39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D1B5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на все арифметические действия, на движение и покупки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E456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2D4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7071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77CC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9E6EF" w14:textId="77777777" w:rsidR="00244939" w:rsidRPr="00E30CCA" w:rsidRDefault="00244939" w:rsidP="00416C06">
            <w:pPr>
              <w:rPr>
                <w:rFonts w:ascii="Times New Roman" w:hAnsi="Times New Roman" w:cs="Times New Roman"/>
                <w:sz w:val="24"/>
                <w:szCs w:val="24"/>
              </w:rPr>
            </w:pPr>
          </w:p>
        </w:tc>
      </w:tr>
      <w:tr w:rsidR="00244939" w:rsidRPr="00E30CCA" w14:paraId="21665DE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B5AD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8AE2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 xml:space="preserve">Решение текстовых задач на все арифметические действия, на </w:t>
            </w:r>
            <w:r w:rsidRPr="00E30CCA">
              <w:rPr>
                <w:rFonts w:ascii="Times New Roman" w:hAnsi="Times New Roman" w:cs="Times New Roman"/>
                <w:sz w:val="24"/>
                <w:szCs w:val="24"/>
                <w:lang w:val="ru-RU"/>
              </w:rPr>
              <w:lastRenderedPageBreak/>
              <w:t>движение и покупки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D723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3B1B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4F45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DD4E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D064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lastRenderedPageBreak/>
              <w:t>контроль</w:t>
            </w:r>
            <w:proofErr w:type="spellEnd"/>
          </w:p>
        </w:tc>
      </w:tr>
      <w:tr w:rsidR="00244939" w:rsidRPr="00E30CCA" w14:paraId="297088F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E5DA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41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AF873"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на все арифметические действия, на движение и покупки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A437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C324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2CC0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90AE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3C66F" w14:textId="77777777" w:rsidR="00244939" w:rsidRPr="00E30CCA" w:rsidRDefault="00244939" w:rsidP="00416C06">
            <w:pPr>
              <w:rPr>
                <w:rFonts w:ascii="Times New Roman" w:hAnsi="Times New Roman" w:cs="Times New Roman"/>
                <w:sz w:val="24"/>
                <w:szCs w:val="24"/>
              </w:rPr>
            </w:pPr>
          </w:p>
        </w:tc>
      </w:tr>
      <w:tr w:rsidR="00244939" w:rsidRPr="00E30CCA" w14:paraId="0FD018F7"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309E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0AAA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на все арифметические действия, на движение и покупки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FB58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4462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30F0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4F58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C48C2" w14:textId="77777777" w:rsidR="00244939" w:rsidRPr="00E30CCA" w:rsidRDefault="00244939" w:rsidP="00416C06">
            <w:pPr>
              <w:rPr>
                <w:rFonts w:ascii="Times New Roman" w:hAnsi="Times New Roman" w:cs="Times New Roman"/>
                <w:sz w:val="24"/>
                <w:szCs w:val="24"/>
              </w:rPr>
            </w:pPr>
          </w:p>
        </w:tc>
      </w:tr>
      <w:tr w:rsidR="00244939" w:rsidRPr="00E30CCA" w14:paraId="36B48AD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A711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0F2B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4</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B55C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5A4B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C743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25DB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2B84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72ACA3E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EDDB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C117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Точка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прямая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отрезок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луч</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5E7B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7B5F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BC38F"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9F2B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1C919" w14:textId="77777777" w:rsidR="00244939" w:rsidRPr="00E30CCA" w:rsidRDefault="00244939" w:rsidP="00416C06">
            <w:pPr>
              <w:rPr>
                <w:rFonts w:ascii="Times New Roman" w:hAnsi="Times New Roman" w:cs="Times New Roman"/>
                <w:sz w:val="24"/>
                <w:szCs w:val="24"/>
              </w:rPr>
            </w:pPr>
          </w:p>
        </w:tc>
      </w:tr>
      <w:tr w:rsidR="00244939" w:rsidRPr="00E30CCA" w14:paraId="101172C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92E2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BBE5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Точка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прямая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отрезок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луч</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30B3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37F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D889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D5AE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602AE" w14:textId="77777777" w:rsidR="00244939" w:rsidRPr="00E30CCA" w:rsidRDefault="00244939" w:rsidP="00416C06">
            <w:pPr>
              <w:rPr>
                <w:rFonts w:ascii="Times New Roman" w:hAnsi="Times New Roman" w:cs="Times New Roman"/>
                <w:sz w:val="24"/>
                <w:szCs w:val="24"/>
              </w:rPr>
            </w:pPr>
          </w:p>
        </w:tc>
      </w:tr>
      <w:tr w:rsidR="00244939" w:rsidRPr="00E30CCA" w14:paraId="6240E93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C180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3001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Ломаная</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73EA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AA33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56BE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13E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95BBA" w14:textId="77777777" w:rsidR="00244939" w:rsidRPr="00E30CCA" w:rsidRDefault="00244939" w:rsidP="00416C06">
            <w:pPr>
              <w:rPr>
                <w:rFonts w:ascii="Times New Roman" w:hAnsi="Times New Roman" w:cs="Times New Roman"/>
                <w:sz w:val="24"/>
                <w:szCs w:val="24"/>
              </w:rPr>
            </w:pPr>
          </w:p>
        </w:tc>
      </w:tr>
      <w:tr w:rsidR="00244939" w:rsidRPr="00E30CCA" w14:paraId="3F633ED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03D3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A784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Измерение длины отрезка, метрические единицы измерения длины</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5D05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6F73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7EA9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FF11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FA17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1AE95863"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E45F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F3E1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Окружность</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круг</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CFF7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2858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85B9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E6C6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155E6" w14:textId="77777777" w:rsidR="00244939" w:rsidRPr="00E30CCA" w:rsidRDefault="00244939" w:rsidP="00416C06">
            <w:pPr>
              <w:rPr>
                <w:rFonts w:ascii="Times New Roman" w:hAnsi="Times New Roman" w:cs="Times New Roman"/>
                <w:sz w:val="24"/>
                <w:szCs w:val="24"/>
              </w:rPr>
            </w:pPr>
          </w:p>
        </w:tc>
      </w:tr>
      <w:tr w:rsidR="00244939" w:rsidRPr="00E30CCA" w14:paraId="3370234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07CF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49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6257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Окружность</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круг</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8CA2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03EA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FF8CF"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9183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37304" w14:textId="77777777" w:rsidR="00244939" w:rsidRPr="00E30CCA" w:rsidRDefault="00244939" w:rsidP="00416C06">
            <w:pPr>
              <w:rPr>
                <w:rFonts w:ascii="Times New Roman" w:hAnsi="Times New Roman" w:cs="Times New Roman"/>
                <w:sz w:val="24"/>
                <w:szCs w:val="24"/>
              </w:rPr>
            </w:pPr>
          </w:p>
        </w:tc>
      </w:tr>
      <w:tr w:rsidR="00244939" w:rsidRPr="00E30CCA" w14:paraId="7CC2D3F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6A89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FCB5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Практическая работа «Построение узора из окружностей»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8413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9A8F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35C4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8D0A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8CED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Практическая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1CAC8A6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B3CE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BE8A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Угол</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8D86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2FF2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327D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AD6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75960" w14:textId="77777777" w:rsidR="00244939" w:rsidRPr="00E30CCA" w:rsidRDefault="00244939" w:rsidP="00416C06">
            <w:pPr>
              <w:rPr>
                <w:rFonts w:ascii="Times New Roman" w:hAnsi="Times New Roman" w:cs="Times New Roman"/>
                <w:sz w:val="24"/>
                <w:szCs w:val="24"/>
              </w:rPr>
            </w:pPr>
          </w:p>
        </w:tc>
      </w:tr>
      <w:tr w:rsidR="00244939" w:rsidRPr="00E30CCA" w14:paraId="0F96B833"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537D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B8746"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Прямой, острый, тупой и развернутый углы</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1584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573F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DA29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363F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F6807" w14:textId="77777777" w:rsidR="00244939" w:rsidRPr="00E30CCA" w:rsidRDefault="00244939" w:rsidP="00416C06">
            <w:pPr>
              <w:rPr>
                <w:rFonts w:ascii="Times New Roman" w:hAnsi="Times New Roman" w:cs="Times New Roman"/>
                <w:sz w:val="24"/>
                <w:szCs w:val="24"/>
              </w:rPr>
            </w:pPr>
          </w:p>
        </w:tc>
      </w:tr>
      <w:tr w:rsidR="00244939" w:rsidRPr="00E30CCA" w14:paraId="548CB79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5465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8017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Измерение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углов</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E3E1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0500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B9A7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2040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2365E" w14:textId="77777777" w:rsidR="00244939" w:rsidRPr="00E30CCA" w:rsidRDefault="00244939" w:rsidP="00416C06">
            <w:pPr>
              <w:rPr>
                <w:rFonts w:ascii="Times New Roman" w:hAnsi="Times New Roman" w:cs="Times New Roman"/>
                <w:sz w:val="24"/>
                <w:szCs w:val="24"/>
              </w:rPr>
            </w:pPr>
          </w:p>
        </w:tc>
      </w:tr>
      <w:tr w:rsidR="00244939" w:rsidRPr="00E30CCA" w14:paraId="2058EB8D"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B4CF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4229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Измерение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углов</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F5DD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08F8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ECFE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AFB6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A9AFE" w14:textId="77777777" w:rsidR="00244939" w:rsidRPr="00E30CCA" w:rsidRDefault="00244939" w:rsidP="00416C06">
            <w:pPr>
              <w:rPr>
                <w:rFonts w:ascii="Times New Roman" w:hAnsi="Times New Roman" w:cs="Times New Roman"/>
                <w:sz w:val="24"/>
                <w:szCs w:val="24"/>
              </w:rPr>
            </w:pPr>
          </w:p>
        </w:tc>
      </w:tr>
      <w:tr w:rsidR="00244939" w:rsidRPr="00E30CCA" w14:paraId="637B9503"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13B9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6FE1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Практическая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Построение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углов</w:t>
            </w:r>
            <w:proofErr w:type="spellEnd"/>
            <w:r w:rsidRPr="00E30CCA">
              <w:rPr>
                <w:rFonts w:ascii="Times New Roman" w:hAnsi="Times New Roman" w:cs="Times New Roman"/>
                <w:sz w:val="24"/>
                <w:szCs w:val="24"/>
              </w:rPr>
              <w:t>»</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FB9F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CFB6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4DE9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BB6E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454F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Практическая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49F06BE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090C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EB8F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Обыкновенная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BE9E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8FFA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5C25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CDD9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ECCB8" w14:textId="77777777" w:rsidR="00244939" w:rsidRPr="00E30CCA" w:rsidRDefault="00244939" w:rsidP="00416C06">
            <w:pPr>
              <w:rPr>
                <w:rFonts w:ascii="Times New Roman" w:hAnsi="Times New Roman" w:cs="Times New Roman"/>
                <w:sz w:val="24"/>
                <w:szCs w:val="24"/>
              </w:rPr>
            </w:pPr>
          </w:p>
        </w:tc>
      </w:tr>
      <w:tr w:rsidR="00244939" w:rsidRPr="00E30CCA" w14:paraId="0C22B01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8A4E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B3B4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Обыкновенная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D512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F40E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8A6F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9560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6024A" w14:textId="77777777" w:rsidR="00244939" w:rsidRPr="00E30CCA" w:rsidRDefault="00244939" w:rsidP="00416C06">
            <w:pPr>
              <w:rPr>
                <w:rFonts w:ascii="Times New Roman" w:hAnsi="Times New Roman" w:cs="Times New Roman"/>
                <w:sz w:val="24"/>
                <w:szCs w:val="24"/>
              </w:rPr>
            </w:pPr>
          </w:p>
        </w:tc>
      </w:tr>
      <w:tr w:rsidR="00244939" w:rsidRPr="00E30CCA" w14:paraId="3D09407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B43A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ED52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Обыкновенная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311B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B019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866C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BC3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0F87B" w14:textId="77777777" w:rsidR="00244939" w:rsidRPr="00E30CCA" w:rsidRDefault="00244939" w:rsidP="00416C06">
            <w:pPr>
              <w:rPr>
                <w:rFonts w:ascii="Times New Roman" w:hAnsi="Times New Roman" w:cs="Times New Roman"/>
                <w:sz w:val="24"/>
                <w:szCs w:val="24"/>
              </w:rPr>
            </w:pPr>
          </w:p>
        </w:tc>
      </w:tr>
      <w:tr w:rsidR="00244939" w:rsidRPr="00E30CCA" w14:paraId="47A7573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A7DB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59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53AE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Обыкновенная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0B76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9F42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8DD1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7133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9574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536FF16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A2AB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5250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Правильные</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неправильные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ACEF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2CDD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0AC5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F842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CC49F" w14:textId="77777777" w:rsidR="00244939" w:rsidRPr="00E30CCA" w:rsidRDefault="00244939" w:rsidP="00416C06">
            <w:pPr>
              <w:rPr>
                <w:rFonts w:ascii="Times New Roman" w:hAnsi="Times New Roman" w:cs="Times New Roman"/>
                <w:sz w:val="24"/>
                <w:szCs w:val="24"/>
              </w:rPr>
            </w:pPr>
          </w:p>
        </w:tc>
      </w:tr>
      <w:tr w:rsidR="00244939" w:rsidRPr="00E30CCA" w14:paraId="0D02173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D277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0677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Правильные</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неправильные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DE22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A96B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3BC9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616B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13C47" w14:textId="77777777" w:rsidR="00244939" w:rsidRPr="00E30CCA" w:rsidRDefault="00244939" w:rsidP="00416C06">
            <w:pPr>
              <w:rPr>
                <w:rFonts w:ascii="Times New Roman" w:hAnsi="Times New Roman" w:cs="Times New Roman"/>
                <w:sz w:val="24"/>
                <w:szCs w:val="24"/>
              </w:rPr>
            </w:pPr>
          </w:p>
        </w:tc>
      </w:tr>
      <w:tr w:rsidR="00244939" w:rsidRPr="00E30CCA" w14:paraId="2DEC16B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1149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E96A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Правильные</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неправильные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lastRenderedPageBreak/>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6634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C6AB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613E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5FAF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9367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6F882D9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FD83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5B37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2594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9025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AB65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2FEE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AAE94" w14:textId="77777777" w:rsidR="00244939" w:rsidRPr="00E30CCA" w:rsidRDefault="00244939" w:rsidP="00416C06">
            <w:pPr>
              <w:rPr>
                <w:rFonts w:ascii="Times New Roman" w:hAnsi="Times New Roman" w:cs="Times New Roman"/>
                <w:sz w:val="24"/>
                <w:szCs w:val="24"/>
              </w:rPr>
            </w:pPr>
          </w:p>
        </w:tc>
      </w:tr>
      <w:tr w:rsidR="00244939" w:rsidRPr="00E30CCA" w14:paraId="58EF322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910A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0D5F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D7C3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3EE4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8E38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D5B5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58293" w14:textId="77777777" w:rsidR="00244939" w:rsidRPr="00E30CCA" w:rsidRDefault="00244939" w:rsidP="00416C06">
            <w:pPr>
              <w:rPr>
                <w:rFonts w:ascii="Times New Roman" w:hAnsi="Times New Roman" w:cs="Times New Roman"/>
                <w:sz w:val="24"/>
                <w:szCs w:val="24"/>
              </w:rPr>
            </w:pPr>
          </w:p>
        </w:tc>
      </w:tr>
      <w:tr w:rsidR="00244939" w:rsidRPr="00E30CCA" w14:paraId="000F917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483B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D28F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97BC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D3D6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A862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9037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6FE1E" w14:textId="77777777" w:rsidR="00244939" w:rsidRPr="00E30CCA" w:rsidRDefault="00244939" w:rsidP="00416C06">
            <w:pPr>
              <w:rPr>
                <w:rFonts w:ascii="Times New Roman" w:hAnsi="Times New Roman" w:cs="Times New Roman"/>
                <w:sz w:val="24"/>
                <w:szCs w:val="24"/>
              </w:rPr>
            </w:pPr>
          </w:p>
        </w:tc>
      </w:tr>
      <w:tr w:rsidR="00244939" w:rsidRPr="00E30CCA" w14:paraId="7065A60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CC13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D819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2973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EF1E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28F9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AA26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5965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5A49849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E4DC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9B36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4BC3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5EB4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06E2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E495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1A9BD" w14:textId="77777777" w:rsidR="00244939" w:rsidRPr="00E30CCA" w:rsidRDefault="00244939" w:rsidP="00416C06">
            <w:pPr>
              <w:rPr>
                <w:rFonts w:ascii="Times New Roman" w:hAnsi="Times New Roman" w:cs="Times New Roman"/>
                <w:sz w:val="24"/>
                <w:szCs w:val="24"/>
              </w:rPr>
            </w:pPr>
          </w:p>
        </w:tc>
      </w:tr>
      <w:tr w:rsidR="00244939" w:rsidRPr="00E30CCA" w14:paraId="670B399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1436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4252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Основное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свойство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3303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DE4B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CC01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0EF7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F9747" w14:textId="77777777" w:rsidR="00244939" w:rsidRPr="00E30CCA" w:rsidRDefault="00244939" w:rsidP="00416C06">
            <w:pPr>
              <w:rPr>
                <w:rFonts w:ascii="Times New Roman" w:hAnsi="Times New Roman" w:cs="Times New Roman"/>
                <w:sz w:val="24"/>
                <w:szCs w:val="24"/>
              </w:rPr>
            </w:pPr>
          </w:p>
        </w:tc>
      </w:tr>
      <w:tr w:rsidR="00244939" w:rsidRPr="00E30CCA" w14:paraId="570C920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E061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69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B7F5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0D2D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48E3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FC7B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D902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ECA8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6460DA1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A1EF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27AB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B876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6D6E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0581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D00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8D284" w14:textId="77777777" w:rsidR="00244939" w:rsidRPr="00E30CCA" w:rsidRDefault="00244939" w:rsidP="00416C06">
            <w:pPr>
              <w:rPr>
                <w:rFonts w:ascii="Times New Roman" w:hAnsi="Times New Roman" w:cs="Times New Roman"/>
                <w:sz w:val="24"/>
                <w:szCs w:val="24"/>
              </w:rPr>
            </w:pPr>
          </w:p>
        </w:tc>
      </w:tr>
      <w:tr w:rsidR="00244939" w:rsidRPr="00E30CCA" w14:paraId="3DEB7907"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C3AF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DF01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F7EC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D14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CEFC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794B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0E7DA" w14:textId="77777777" w:rsidR="00244939" w:rsidRPr="00E30CCA" w:rsidRDefault="00244939" w:rsidP="00416C06">
            <w:pPr>
              <w:rPr>
                <w:rFonts w:ascii="Times New Roman" w:hAnsi="Times New Roman" w:cs="Times New Roman"/>
                <w:sz w:val="24"/>
                <w:szCs w:val="24"/>
              </w:rPr>
            </w:pPr>
          </w:p>
        </w:tc>
      </w:tr>
      <w:tr w:rsidR="00244939" w:rsidRPr="00E30CCA" w14:paraId="7B5369B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ECB6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ECBD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5</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E0C1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3595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6A61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F5BA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C33F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4A3241D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AA40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2D28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обыкновенных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3F4F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972B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3695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C2C2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6CB4E" w14:textId="77777777" w:rsidR="00244939" w:rsidRPr="00E30CCA" w:rsidRDefault="00244939" w:rsidP="00416C06">
            <w:pPr>
              <w:rPr>
                <w:rFonts w:ascii="Times New Roman" w:hAnsi="Times New Roman" w:cs="Times New Roman"/>
                <w:sz w:val="24"/>
                <w:szCs w:val="24"/>
              </w:rPr>
            </w:pPr>
          </w:p>
        </w:tc>
      </w:tr>
      <w:tr w:rsidR="00244939" w:rsidRPr="00E30CCA" w14:paraId="22C2582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461B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4B0E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обыкновенных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41D9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0B56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CE29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024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D7F1E" w14:textId="77777777" w:rsidR="00244939" w:rsidRPr="00E30CCA" w:rsidRDefault="00244939" w:rsidP="00416C06">
            <w:pPr>
              <w:rPr>
                <w:rFonts w:ascii="Times New Roman" w:hAnsi="Times New Roman" w:cs="Times New Roman"/>
                <w:sz w:val="24"/>
                <w:szCs w:val="24"/>
              </w:rPr>
            </w:pPr>
          </w:p>
        </w:tc>
      </w:tr>
      <w:tr w:rsidR="00244939" w:rsidRPr="00E30CCA" w14:paraId="198B249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C70C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EC33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обыкновенных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37DF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4C2B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F2A6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245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DE371" w14:textId="77777777" w:rsidR="00244939" w:rsidRPr="00E30CCA" w:rsidRDefault="00244939" w:rsidP="00416C06">
            <w:pPr>
              <w:rPr>
                <w:rFonts w:ascii="Times New Roman" w:hAnsi="Times New Roman" w:cs="Times New Roman"/>
                <w:sz w:val="24"/>
                <w:szCs w:val="24"/>
              </w:rPr>
            </w:pPr>
          </w:p>
        </w:tc>
      </w:tr>
      <w:tr w:rsidR="00244939" w:rsidRPr="00E30CCA" w14:paraId="2AB3946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88E9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27AB1"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обыкновенных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9913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5F98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2692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84D4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9E71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7DAE2B2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129F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35D1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обыкновенных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81BD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00B8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E5E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BCC6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E2E98" w14:textId="77777777" w:rsidR="00244939" w:rsidRPr="00E30CCA" w:rsidRDefault="00244939" w:rsidP="00416C06">
            <w:pPr>
              <w:rPr>
                <w:rFonts w:ascii="Times New Roman" w:hAnsi="Times New Roman" w:cs="Times New Roman"/>
                <w:sz w:val="24"/>
                <w:szCs w:val="24"/>
              </w:rPr>
            </w:pPr>
          </w:p>
        </w:tc>
      </w:tr>
      <w:tr w:rsidR="00244939" w:rsidRPr="00E30CCA" w14:paraId="62B532D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A37E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F96B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обыкновенных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6101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36CB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E6AB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0DE3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91DB4" w14:textId="77777777" w:rsidR="00244939" w:rsidRPr="00E30CCA" w:rsidRDefault="00244939" w:rsidP="00416C06">
            <w:pPr>
              <w:rPr>
                <w:rFonts w:ascii="Times New Roman" w:hAnsi="Times New Roman" w:cs="Times New Roman"/>
                <w:sz w:val="24"/>
                <w:szCs w:val="24"/>
              </w:rPr>
            </w:pPr>
          </w:p>
        </w:tc>
      </w:tr>
      <w:tr w:rsidR="00244939" w:rsidRPr="00E30CCA" w14:paraId="6B663A3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BEC8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79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EFD9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Смешанная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98C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C538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E1DB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6D8F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F1DC8" w14:textId="77777777" w:rsidR="00244939" w:rsidRPr="00E30CCA" w:rsidRDefault="00244939" w:rsidP="00416C06">
            <w:pPr>
              <w:rPr>
                <w:rFonts w:ascii="Times New Roman" w:hAnsi="Times New Roman" w:cs="Times New Roman"/>
                <w:sz w:val="24"/>
                <w:szCs w:val="24"/>
              </w:rPr>
            </w:pPr>
          </w:p>
        </w:tc>
      </w:tr>
      <w:tr w:rsidR="00244939" w:rsidRPr="00E30CCA" w14:paraId="3BCF695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4A23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07F4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Смешанная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FE2C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665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E838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891C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E7BC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621C526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A207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BCBC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Смешанная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619C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83B9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1F3B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F2BE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47C95" w14:textId="77777777" w:rsidR="00244939" w:rsidRPr="00E30CCA" w:rsidRDefault="00244939" w:rsidP="00416C06">
            <w:pPr>
              <w:rPr>
                <w:rFonts w:ascii="Times New Roman" w:hAnsi="Times New Roman" w:cs="Times New Roman"/>
                <w:sz w:val="24"/>
                <w:szCs w:val="24"/>
              </w:rPr>
            </w:pPr>
          </w:p>
        </w:tc>
      </w:tr>
      <w:tr w:rsidR="00244939" w:rsidRPr="00E30CCA" w14:paraId="7348C87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1C6A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FE0D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Смешанная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0A96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0FCA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9CA7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926B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F6BD6" w14:textId="77777777" w:rsidR="00244939" w:rsidRPr="00E30CCA" w:rsidRDefault="00244939" w:rsidP="00416C06">
            <w:pPr>
              <w:rPr>
                <w:rFonts w:ascii="Times New Roman" w:hAnsi="Times New Roman" w:cs="Times New Roman"/>
                <w:sz w:val="24"/>
                <w:szCs w:val="24"/>
              </w:rPr>
            </w:pPr>
          </w:p>
        </w:tc>
      </w:tr>
      <w:tr w:rsidR="00244939" w:rsidRPr="00E30CCA" w14:paraId="1E8D421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00B6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3081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6</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9929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8EAC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43BF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D8B3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2629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2746A09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DB3F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DE05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Умножение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обыкновенных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58DF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3A3C8"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EF6D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05F0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9C5D0" w14:textId="77777777" w:rsidR="00244939" w:rsidRPr="00E30CCA" w:rsidRDefault="00244939" w:rsidP="00416C06">
            <w:pPr>
              <w:rPr>
                <w:rFonts w:ascii="Times New Roman" w:hAnsi="Times New Roman" w:cs="Times New Roman"/>
                <w:sz w:val="24"/>
                <w:szCs w:val="24"/>
              </w:rPr>
            </w:pPr>
          </w:p>
        </w:tc>
      </w:tr>
      <w:tr w:rsidR="00244939" w:rsidRPr="00E30CCA" w14:paraId="2F94C45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BAD9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ECFC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Умножение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обыкновенных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4A91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7442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F390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AC03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CEAB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4B6BAE0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E473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E75C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Взаимно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обратные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A002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3D6D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5E2A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5E84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BE48C" w14:textId="77777777" w:rsidR="00244939" w:rsidRPr="00E30CCA" w:rsidRDefault="00244939" w:rsidP="00416C06">
            <w:pPr>
              <w:rPr>
                <w:rFonts w:ascii="Times New Roman" w:hAnsi="Times New Roman" w:cs="Times New Roman"/>
                <w:sz w:val="24"/>
                <w:szCs w:val="24"/>
              </w:rPr>
            </w:pPr>
          </w:p>
        </w:tc>
      </w:tr>
      <w:tr w:rsidR="00244939" w:rsidRPr="00E30CCA" w14:paraId="4EB957E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FC38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87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C86A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обыкновенных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69D7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4C91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404F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EA69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986E9" w14:textId="77777777" w:rsidR="00244939" w:rsidRPr="00E30CCA" w:rsidRDefault="00244939" w:rsidP="00416C06">
            <w:pPr>
              <w:rPr>
                <w:rFonts w:ascii="Times New Roman" w:hAnsi="Times New Roman" w:cs="Times New Roman"/>
                <w:sz w:val="24"/>
                <w:szCs w:val="24"/>
              </w:rPr>
            </w:pPr>
          </w:p>
        </w:tc>
      </w:tr>
      <w:tr w:rsidR="00244939" w:rsidRPr="00E30CCA" w14:paraId="782E918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D5EA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50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обыкновенных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E200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0020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A19E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FE96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A5A1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2688E9C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2915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89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F46A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обыкновенных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6FC9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416A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4CAB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0EEF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BA36A" w14:textId="77777777" w:rsidR="00244939" w:rsidRPr="00E30CCA" w:rsidRDefault="00244939" w:rsidP="00416C06">
            <w:pPr>
              <w:rPr>
                <w:rFonts w:ascii="Times New Roman" w:hAnsi="Times New Roman" w:cs="Times New Roman"/>
                <w:sz w:val="24"/>
                <w:szCs w:val="24"/>
              </w:rPr>
            </w:pPr>
          </w:p>
        </w:tc>
      </w:tr>
      <w:tr w:rsidR="00244939" w:rsidRPr="00E30CCA" w14:paraId="3263442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C7F8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660B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7</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A6A7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2F9F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D904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4585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EFBE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4E92713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B827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7C17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6476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E0B6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8C8F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33F7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6A2DA" w14:textId="77777777" w:rsidR="00244939" w:rsidRPr="00E30CCA" w:rsidRDefault="00244939" w:rsidP="00416C06">
            <w:pPr>
              <w:rPr>
                <w:rFonts w:ascii="Times New Roman" w:hAnsi="Times New Roman" w:cs="Times New Roman"/>
                <w:sz w:val="24"/>
                <w:szCs w:val="24"/>
              </w:rPr>
            </w:pPr>
          </w:p>
        </w:tc>
      </w:tr>
      <w:tr w:rsidR="00244939" w:rsidRPr="00E30CCA" w14:paraId="199741F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F2E8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8535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3400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CF2B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80E9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505A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6E476" w14:textId="77777777" w:rsidR="00244939" w:rsidRPr="00E30CCA" w:rsidRDefault="00244939" w:rsidP="00416C06">
            <w:pPr>
              <w:rPr>
                <w:rFonts w:ascii="Times New Roman" w:hAnsi="Times New Roman" w:cs="Times New Roman"/>
                <w:sz w:val="24"/>
                <w:szCs w:val="24"/>
              </w:rPr>
            </w:pPr>
          </w:p>
        </w:tc>
      </w:tr>
      <w:tr w:rsidR="00244939" w:rsidRPr="00E30CCA" w14:paraId="68D5546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A2B9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74D06"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29AB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77AB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C66F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72EC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A7DB4" w14:textId="77777777" w:rsidR="00244939" w:rsidRPr="00E30CCA" w:rsidRDefault="00244939" w:rsidP="00416C06">
            <w:pPr>
              <w:rPr>
                <w:rFonts w:ascii="Times New Roman" w:hAnsi="Times New Roman" w:cs="Times New Roman"/>
                <w:sz w:val="24"/>
                <w:szCs w:val="24"/>
              </w:rPr>
            </w:pPr>
          </w:p>
        </w:tc>
      </w:tr>
      <w:tr w:rsidR="00244939" w:rsidRPr="00E30CCA" w14:paraId="19B05E3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4EB5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500E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FB24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5F40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0766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B4BE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B816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181F0EFD"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BC30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64D0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задачи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5925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8938"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9133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81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F4462" w14:textId="77777777" w:rsidR="00244939" w:rsidRPr="00E30CCA" w:rsidRDefault="00244939" w:rsidP="00416C06">
            <w:pPr>
              <w:rPr>
                <w:rFonts w:ascii="Times New Roman" w:hAnsi="Times New Roman" w:cs="Times New Roman"/>
                <w:sz w:val="24"/>
                <w:szCs w:val="24"/>
              </w:rPr>
            </w:pPr>
          </w:p>
        </w:tc>
      </w:tr>
      <w:tr w:rsidR="00244939" w:rsidRPr="00E30CCA" w14:paraId="483A78B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EB9E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EC36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задачи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A792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7360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1328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BC8B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021B9" w14:textId="77777777" w:rsidR="00244939" w:rsidRPr="00E30CCA" w:rsidRDefault="00244939" w:rsidP="00416C06">
            <w:pPr>
              <w:rPr>
                <w:rFonts w:ascii="Times New Roman" w:hAnsi="Times New Roman" w:cs="Times New Roman"/>
                <w:sz w:val="24"/>
                <w:szCs w:val="24"/>
              </w:rPr>
            </w:pPr>
          </w:p>
        </w:tc>
      </w:tr>
      <w:tr w:rsidR="00244939" w:rsidRPr="00E30CCA" w14:paraId="33BA50D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6F64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1DE4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задачи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9FCC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318B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8D83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B696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69F4F" w14:textId="77777777" w:rsidR="00244939" w:rsidRPr="00E30CCA" w:rsidRDefault="00244939" w:rsidP="00416C06">
            <w:pPr>
              <w:rPr>
                <w:rFonts w:ascii="Times New Roman" w:hAnsi="Times New Roman" w:cs="Times New Roman"/>
                <w:sz w:val="24"/>
                <w:szCs w:val="24"/>
              </w:rPr>
            </w:pPr>
          </w:p>
        </w:tc>
      </w:tr>
      <w:tr w:rsidR="00244939" w:rsidRPr="00E30CCA" w14:paraId="18C041D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C62B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2A2D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задачи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E3F6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3A48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B421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2E93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97E5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26F212B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9DEF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99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AB29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Применение букв для записи математических выражений и предложений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2526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0037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117F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01EC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9111B" w14:textId="77777777" w:rsidR="00244939" w:rsidRPr="00E30CCA" w:rsidRDefault="00244939" w:rsidP="00416C06">
            <w:pPr>
              <w:rPr>
                <w:rFonts w:ascii="Times New Roman" w:hAnsi="Times New Roman" w:cs="Times New Roman"/>
                <w:sz w:val="24"/>
                <w:szCs w:val="24"/>
              </w:rPr>
            </w:pPr>
          </w:p>
        </w:tc>
      </w:tr>
      <w:tr w:rsidR="00244939" w:rsidRPr="00E30CCA" w14:paraId="5A17749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51BD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A291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Применение букв для записи математических выражений и предложений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7990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72998"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3639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07A9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C9BF1" w14:textId="77777777" w:rsidR="00244939" w:rsidRPr="00E30CCA" w:rsidRDefault="00244939" w:rsidP="00416C06">
            <w:pPr>
              <w:rPr>
                <w:rFonts w:ascii="Times New Roman" w:hAnsi="Times New Roman" w:cs="Times New Roman"/>
                <w:sz w:val="24"/>
                <w:szCs w:val="24"/>
              </w:rPr>
            </w:pPr>
          </w:p>
        </w:tc>
      </w:tr>
      <w:tr w:rsidR="00244939" w:rsidRPr="00E30CCA" w14:paraId="02A481C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1CC3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3DBE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Применение букв для записи математических выражений и предложений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908A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E150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8DC6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BF36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5485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5F6BB5FD"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473A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5DA3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Применение букв для записи математических выражений и предложений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2176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96C1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490E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728E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94152" w14:textId="77777777" w:rsidR="00244939" w:rsidRPr="00E30CCA" w:rsidRDefault="00244939" w:rsidP="00416C06">
            <w:pPr>
              <w:rPr>
                <w:rFonts w:ascii="Times New Roman" w:hAnsi="Times New Roman" w:cs="Times New Roman"/>
                <w:sz w:val="24"/>
                <w:szCs w:val="24"/>
              </w:rPr>
            </w:pPr>
          </w:p>
        </w:tc>
      </w:tr>
      <w:tr w:rsidR="00244939" w:rsidRPr="00E30CCA" w14:paraId="4764396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1848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5EBD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8</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449F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5E2B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874CD"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5DE4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C07C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5DA151E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B473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8BDA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Многоугольники</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1CA3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6E86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DD9F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05EF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89323" w14:textId="77777777" w:rsidR="00244939" w:rsidRPr="00E30CCA" w:rsidRDefault="00244939" w:rsidP="00416C06">
            <w:pPr>
              <w:rPr>
                <w:rFonts w:ascii="Times New Roman" w:hAnsi="Times New Roman" w:cs="Times New Roman"/>
                <w:sz w:val="24"/>
                <w:szCs w:val="24"/>
              </w:rPr>
            </w:pPr>
          </w:p>
        </w:tc>
      </w:tr>
      <w:tr w:rsidR="00244939" w:rsidRPr="00E30CCA" w14:paraId="299B21D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0AB0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DA1F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Четырёхугольник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прямоугольник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квадрат</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ADDE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F3BE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A297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4BF0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217E2" w14:textId="77777777" w:rsidR="00244939" w:rsidRPr="00E30CCA" w:rsidRDefault="00244939" w:rsidP="00416C06">
            <w:pPr>
              <w:rPr>
                <w:rFonts w:ascii="Times New Roman" w:hAnsi="Times New Roman" w:cs="Times New Roman"/>
                <w:sz w:val="24"/>
                <w:szCs w:val="24"/>
              </w:rPr>
            </w:pPr>
          </w:p>
        </w:tc>
      </w:tr>
      <w:tr w:rsidR="00244939" w:rsidRPr="00E30CCA" w14:paraId="258CA7C3"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E7F7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DA95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Четырёхугольник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прямоугольник</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квадрат</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63AA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526E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17C8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2108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085E0" w14:textId="77777777" w:rsidR="00244939" w:rsidRPr="00E30CCA" w:rsidRDefault="00244939" w:rsidP="00416C06">
            <w:pPr>
              <w:rPr>
                <w:rFonts w:ascii="Times New Roman" w:hAnsi="Times New Roman" w:cs="Times New Roman"/>
                <w:sz w:val="24"/>
                <w:szCs w:val="24"/>
              </w:rPr>
            </w:pPr>
          </w:p>
        </w:tc>
      </w:tr>
      <w:tr w:rsidR="00244939" w:rsidRPr="00E30CCA" w14:paraId="67697C3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C9EF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107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B02E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Практическая работа «построение прямоугольника с заданными сторонами на нелинованной бумаге»</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B595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E6CD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33E7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02F7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92EE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Практическая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402E11D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ED5B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AC7B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Треугольник</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CB4A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C8B6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D6CA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01E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C06CF" w14:textId="77777777" w:rsidR="00244939" w:rsidRPr="00E30CCA" w:rsidRDefault="00244939" w:rsidP="00416C06">
            <w:pPr>
              <w:rPr>
                <w:rFonts w:ascii="Times New Roman" w:hAnsi="Times New Roman" w:cs="Times New Roman"/>
                <w:sz w:val="24"/>
                <w:szCs w:val="24"/>
              </w:rPr>
            </w:pPr>
          </w:p>
        </w:tc>
      </w:tr>
      <w:tr w:rsidR="00244939" w:rsidRPr="00E30CCA" w14:paraId="7BB4DAC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F020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109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DA4B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Треугольник</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559C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1D17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E194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C781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8904E" w14:textId="77777777" w:rsidR="00244939" w:rsidRPr="00E30CCA" w:rsidRDefault="00244939" w:rsidP="00416C06">
            <w:pPr>
              <w:rPr>
                <w:rFonts w:ascii="Times New Roman" w:hAnsi="Times New Roman" w:cs="Times New Roman"/>
                <w:sz w:val="24"/>
                <w:szCs w:val="24"/>
              </w:rPr>
            </w:pPr>
          </w:p>
        </w:tc>
      </w:tr>
      <w:tr w:rsidR="00244939" w:rsidRPr="00E30CCA" w14:paraId="5893A16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9C0F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D627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Площадь и периметр прямоугольника и многоугольников, составленных из прямоугольников; единицы измерения площади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7E7D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6172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3B45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9969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3E34D" w14:textId="77777777" w:rsidR="00244939" w:rsidRPr="00E30CCA" w:rsidRDefault="00244939" w:rsidP="00416C06">
            <w:pPr>
              <w:rPr>
                <w:rFonts w:ascii="Times New Roman" w:hAnsi="Times New Roman" w:cs="Times New Roman"/>
                <w:sz w:val="24"/>
                <w:szCs w:val="24"/>
              </w:rPr>
            </w:pPr>
          </w:p>
        </w:tc>
      </w:tr>
      <w:tr w:rsidR="00244939" w:rsidRPr="00E30CCA" w14:paraId="3FFF481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4524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611F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Площадь и периметр прямоугольника и многоугольников, составленных из прямоугольников; единицы измерения площади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B065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F35D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2153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5703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FE55F" w14:textId="77777777" w:rsidR="00244939" w:rsidRPr="00E30CCA" w:rsidRDefault="00244939" w:rsidP="00416C06">
            <w:pPr>
              <w:rPr>
                <w:rFonts w:ascii="Times New Roman" w:hAnsi="Times New Roman" w:cs="Times New Roman"/>
                <w:sz w:val="24"/>
                <w:szCs w:val="24"/>
              </w:rPr>
            </w:pPr>
          </w:p>
        </w:tc>
      </w:tr>
      <w:tr w:rsidR="00244939" w:rsidRPr="00E30CCA" w14:paraId="39B58E2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DD81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7277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Периметр</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многоугольника</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1126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B2ED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1B86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BA19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28F05" w14:textId="77777777" w:rsidR="00244939" w:rsidRPr="00E30CCA" w:rsidRDefault="00244939" w:rsidP="00416C06">
            <w:pPr>
              <w:rPr>
                <w:rFonts w:ascii="Times New Roman" w:hAnsi="Times New Roman" w:cs="Times New Roman"/>
                <w:sz w:val="24"/>
                <w:szCs w:val="24"/>
              </w:rPr>
            </w:pPr>
          </w:p>
        </w:tc>
      </w:tr>
      <w:tr w:rsidR="00244939" w:rsidRPr="00E30CCA" w14:paraId="6A1CC1D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B581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04A9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9</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A7EE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48F3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7C6A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D47E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BD16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0F9EE517"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45C9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2169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Десятичная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запись</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9FFD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9AD08"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FED6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2D4D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D23B0" w14:textId="77777777" w:rsidR="00244939" w:rsidRPr="00E30CCA" w:rsidRDefault="00244939" w:rsidP="00416C06">
            <w:pPr>
              <w:rPr>
                <w:rFonts w:ascii="Times New Roman" w:hAnsi="Times New Roman" w:cs="Times New Roman"/>
                <w:sz w:val="24"/>
                <w:szCs w:val="24"/>
              </w:rPr>
            </w:pPr>
          </w:p>
        </w:tc>
      </w:tr>
      <w:tr w:rsidR="00244939" w:rsidRPr="00E30CCA" w14:paraId="2E47E4E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7682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2FD2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Десятичная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запись</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787D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3B49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43BD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823B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FB678" w14:textId="77777777" w:rsidR="00244939" w:rsidRPr="00E30CCA" w:rsidRDefault="00244939" w:rsidP="00416C06">
            <w:pPr>
              <w:rPr>
                <w:rFonts w:ascii="Times New Roman" w:hAnsi="Times New Roman" w:cs="Times New Roman"/>
                <w:sz w:val="24"/>
                <w:szCs w:val="24"/>
              </w:rPr>
            </w:pPr>
          </w:p>
        </w:tc>
      </w:tr>
      <w:tr w:rsidR="00244939" w:rsidRPr="00E30CCA" w14:paraId="61BA087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51F9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99F6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Десятичная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запись</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46BA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296D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2462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ACE1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031F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4BCDD24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332A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B8C8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A2E8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76F5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66FD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C3BE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3EA3C" w14:textId="77777777" w:rsidR="00244939" w:rsidRPr="00E30CCA" w:rsidRDefault="00244939" w:rsidP="00416C06">
            <w:pPr>
              <w:rPr>
                <w:rFonts w:ascii="Times New Roman" w:hAnsi="Times New Roman" w:cs="Times New Roman"/>
                <w:sz w:val="24"/>
                <w:szCs w:val="24"/>
              </w:rPr>
            </w:pPr>
          </w:p>
        </w:tc>
      </w:tr>
      <w:tr w:rsidR="00244939" w:rsidRPr="00E30CCA" w14:paraId="5D3D33B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9609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A3B9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C1FE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11F9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6881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F2A0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C2250" w14:textId="77777777" w:rsidR="00244939" w:rsidRPr="00E30CCA" w:rsidRDefault="00244939" w:rsidP="00416C06">
            <w:pPr>
              <w:rPr>
                <w:rFonts w:ascii="Times New Roman" w:hAnsi="Times New Roman" w:cs="Times New Roman"/>
                <w:sz w:val="24"/>
                <w:szCs w:val="24"/>
              </w:rPr>
            </w:pPr>
          </w:p>
        </w:tc>
      </w:tr>
      <w:tr w:rsidR="00244939" w:rsidRPr="00E30CCA" w14:paraId="49E28A0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71AA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119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7351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Сравнение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C8FD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6245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BCD4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004A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0246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47AB90B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5B79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1B4B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десятичных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D95A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43AF0"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5AD1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DB25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F2717" w14:textId="77777777" w:rsidR="00244939" w:rsidRPr="00E30CCA" w:rsidRDefault="00244939" w:rsidP="00416C06">
            <w:pPr>
              <w:rPr>
                <w:rFonts w:ascii="Times New Roman" w:hAnsi="Times New Roman" w:cs="Times New Roman"/>
                <w:sz w:val="24"/>
                <w:szCs w:val="24"/>
              </w:rPr>
            </w:pPr>
          </w:p>
        </w:tc>
      </w:tr>
      <w:tr w:rsidR="00244939" w:rsidRPr="00E30CCA" w14:paraId="2633DB4D"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CBEB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E19D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десятичных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274B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49D6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8054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EAAB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7097D" w14:textId="77777777" w:rsidR="00244939" w:rsidRPr="00E30CCA" w:rsidRDefault="00244939" w:rsidP="00416C06">
            <w:pPr>
              <w:rPr>
                <w:rFonts w:ascii="Times New Roman" w:hAnsi="Times New Roman" w:cs="Times New Roman"/>
                <w:sz w:val="24"/>
                <w:szCs w:val="24"/>
              </w:rPr>
            </w:pPr>
          </w:p>
        </w:tc>
      </w:tr>
      <w:tr w:rsidR="00244939" w:rsidRPr="00E30CCA" w14:paraId="2A2197D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0D91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5F39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Сложение и вычитание десятичных дробей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EE1B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5041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BAAF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9DAA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64994" w14:textId="77777777" w:rsidR="00244939" w:rsidRPr="00E30CCA" w:rsidRDefault="00244939" w:rsidP="00416C06">
            <w:pPr>
              <w:rPr>
                <w:rFonts w:ascii="Times New Roman" w:hAnsi="Times New Roman" w:cs="Times New Roman"/>
                <w:sz w:val="24"/>
                <w:szCs w:val="24"/>
              </w:rPr>
            </w:pPr>
          </w:p>
        </w:tc>
      </w:tr>
      <w:tr w:rsidR="00244939" w:rsidRPr="00E30CCA" w14:paraId="74284C8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B14A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44D0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10</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C7AE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4F7C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2FFD6"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D8D7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89DB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3D2C5D4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BD07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9831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Умножение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771C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4F0B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3FF1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CED7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DDFB8" w14:textId="77777777" w:rsidR="00244939" w:rsidRPr="00E30CCA" w:rsidRDefault="00244939" w:rsidP="00416C06">
            <w:pPr>
              <w:rPr>
                <w:rFonts w:ascii="Times New Roman" w:hAnsi="Times New Roman" w:cs="Times New Roman"/>
                <w:sz w:val="24"/>
                <w:szCs w:val="24"/>
              </w:rPr>
            </w:pPr>
          </w:p>
        </w:tc>
      </w:tr>
      <w:tr w:rsidR="00244939" w:rsidRPr="00E30CCA" w14:paraId="0E0C85F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23E0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3AF2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Умножение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4102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BF0F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752C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F4E1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4CD15" w14:textId="77777777" w:rsidR="00244939" w:rsidRPr="00E30CCA" w:rsidRDefault="00244939" w:rsidP="00416C06">
            <w:pPr>
              <w:rPr>
                <w:rFonts w:ascii="Times New Roman" w:hAnsi="Times New Roman" w:cs="Times New Roman"/>
                <w:sz w:val="24"/>
                <w:szCs w:val="24"/>
              </w:rPr>
            </w:pPr>
          </w:p>
        </w:tc>
      </w:tr>
      <w:tr w:rsidR="00244939" w:rsidRPr="00E30CCA" w14:paraId="54915B8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BCDF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126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A2F6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Умножение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9BA7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25F1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6A74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B67C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8AD6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0AF5A14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02CD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5312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BD1C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C927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CD0A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C76D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82BD0" w14:textId="77777777" w:rsidR="00244939" w:rsidRPr="00E30CCA" w:rsidRDefault="00244939" w:rsidP="00416C06">
            <w:pPr>
              <w:rPr>
                <w:rFonts w:ascii="Times New Roman" w:hAnsi="Times New Roman" w:cs="Times New Roman"/>
                <w:sz w:val="24"/>
                <w:szCs w:val="24"/>
              </w:rPr>
            </w:pPr>
          </w:p>
        </w:tc>
      </w:tr>
      <w:tr w:rsidR="00244939" w:rsidRPr="00E30CCA" w14:paraId="36D23D9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81A8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E4D56"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9C11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1A24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BD24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F3FD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01428" w14:textId="77777777" w:rsidR="00244939" w:rsidRPr="00E30CCA" w:rsidRDefault="00244939" w:rsidP="00416C06">
            <w:pPr>
              <w:rPr>
                <w:rFonts w:ascii="Times New Roman" w:hAnsi="Times New Roman" w:cs="Times New Roman"/>
                <w:sz w:val="24"/>
                <w:szCs w:val="24"/>
              </w:rPr>
            </w:pPr>
          </w:p>
        </w:tc>
      </w:tr>
      <w:tr w:rsidR="00244939" w:rsidRPr="00E30CCA" w14:paraId="4D06C67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0A10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129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EF3C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A9F0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5022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33F"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507C3"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78F7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673DE04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8394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9B97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Деление десятичных дробей на натуральные числа</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D33A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30ED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E30E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6774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B3145" w14:textId="77777777" w:rsidR="00244939" w:rsidRPr="00E30CCA" w:rsidRDefault="00244939" w:rsidP="00416C06">
            <w:pPr>
              <w:rPr>
                <w:rFonts w:ascii="Times New Roman" w:hAnsi="Times New Roman" w:cs="Times New Roman"/>
                <w:sz w:val="24"/>
                <w:szCs w:val="24"/>
              </w:rPr>
            </w:pPr>
          </w:p>
        </w:tc>
      </w:tr>
      <w:tr w:rsidR="00244939" w:rsidRPr="00E30CCA" w14:paraId="773578B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3120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7CD3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11</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8B10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CA26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0089D"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740C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D190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28007C0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491D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AE5A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Умножение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912A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C97F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E914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94E7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482F4" w14:textId="77777777" w:rsidR="00244939" w:rsidRPr="00E30CCA" w:rsidRDefault="00244939" w:rsidP="00416C06">
            <w:pPr>
              <w:rPr>
                <w:rFonts w:ascii="Times New Roman" w:hAnsi="Times New Roman" w:cs="Times New Roman"/>
                <w:sz w:val="24"/>
                <w:szCs w:val="24"/>
              </w:rPr>
            </w:pPr>
          </w:p>
        </w:tc>
      </w:tr>
      <w:tr w:rsidR="00244939" w:rsidRPr="00E30CCA" w14:paraId="5454933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29A3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2237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Умножение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85C8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1C8D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36D7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B94B8"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547E9" w14:textId="77777777" w:rsidR="00244939" w:rsidRPr="00E30CCA" w:rsidRDefault="00244939" w:rsidP="00416C06">
            <w:pPr>
              <w:rPr>
                <w:rFonts w:ascii="Times New Roman" w:hAnsi="Times New Roman" w:cs="Times New Roman"/>
                <w:sz w:val="24"/>
                <w:szCs w:val="24"/>
              </w:rPr>
            </w:pPr>
          </w:p>
        </w:tc>
      </w:tr>
      <w:tr w:rsidR="00244939" w:rsidRPr="00E30CCA" w14:paraId="05CC320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1134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C6FC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Умножение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8932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2678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AABD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026D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F9D2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787BFE2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879C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5BB5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Умножение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FBFF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4EAC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0CCE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0D13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81AE1" w14:textId="77777777" w:rsidR="00244939" w:rsidRPr="00E30CCA" w:rsidRDefault="00244939" w:rsidP="00416C06">
            <w:pPr>
              <w:rPr>
                <w:rFonts w:ascii="Times New Roman" w:hAnsi="Times New Roman" w:cs="Times New Roman"/>
                <w:sz w:val="24"/>
                <w:szCs w:val="24"/>
              </w:rPr>
            </w:pPr>
          </w:p>
        </w:tc>
      </w:tr>
      <w:tr w:rsidR="00244939" w:rsidRPr="00E30CCA" w14:paraId="1D8AC385"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31FC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5D81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десятичную</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01EA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407B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9C42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74550"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B07E5" w14:textId="77777777" w:rsidR="00244939" w:rsidRPr="00E30CCA" w:rsidRDefault="00244939" w:rsidP="00416C06">
            <w:pPr>
              <w:rPr>
                <w:rFonts w:ascii="Times New Roman" w:hAnsi="Times New Roman" w:cs="Times New Roman"/>
                <w:sz w:val="24"/>
                <w:szCs w:val="24"/>
              </w:rPr>
            </w:pPr>
          </w:p>
        </w:tc>
      </w:tr>
      <w:tr w:rsidR="00244939" w:rsidRPr="00E30CCA" w14:paraId="53C0ED7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B8B5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EB55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десятичную</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FD84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9A1AB"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BF0A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C97E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C5335" w14:textId="77777777" w:rsidR="00244939" w:rsidRPr="00E30CCA" w:rsidRDefault="00244939" w:rsidP="00416C06">
            <w:pPr>
              <w:rPr>
                <w:rFonts w:ascii="Times New Roman" w:hAnsi="Times New Roman" w:cs="Times New Roman"/>
                <w:sz w:val="24"/>
                <w:szCs w:val="24"/>
              </w:rPr>
            </w:pPr>
          </w:p>
        </w:tc>
      </w:tr>
      <w:tr w:rsidR="00244939" w:rsidRPr="00E30CCA" w14:paraId="1FC14CC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21C6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8B47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десятичную</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1498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D739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740C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C76C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6308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Диктант</w:t>
            </w:r>
            <w:proofErr w:type="spellEnd"/>
            <w:r w:rsidRPr="00E30CCA">
              <w:rPr>
                <w:rFonts w:ascii="Times New Roman" w:hAnsi="Times New Roman" w:cs="Times New Roman"/>
                <w:sz w:val="24"/>
                <w:szCs w:val="24"/>
              </w:rPr>
              <w:t xml:space="preserve"> </w:t>
            </w:r>
          </w:p>
        </w:tc>
      </w:tr>
      <w:tr w:rsidR="00244939" w:rsidRPr="00E30CCA" w14:paraId="1E8A10D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BCAB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139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D5EF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Деление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десятичную</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дробь</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2282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BB0B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6638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5C54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D2ED3" w14:textId="77777777" w:rsidR="00244939" w:rsidRPr="00E30CCA" w:rsidRDefault="00244939" w:rsidP="00416C06">
            <w:pPr>
              <w:rPr>
                <w:rFonts w:ascii="Times New Roman" w:hAnsi="Times New Roman" w:cs="Times New Roman"/>
                <w:sz w:val="24"/>
                <w:szCs w:val="24"/>
              </w:rPr>
            </w:pPr>
          </w:p>
        </w:tc>
      </w:tr>
      <w:tr w:rsidR="00244939" w:rsidRPr="00E30CCA" w14:paraId="34B7D62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41CA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C471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Среднее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арифметическое</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083C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CF7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208B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4CC6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1DA7D" w14:textId="77777777" w:rsidR="00244939" w:rsidRPr="00E30CCA" w:rsidRDefault="00244939" w:rsidP="00416C06">
            <w:pPr>
              <w:rPr>
                <w:rFonts w:ascii="Times New Roman" w:hAnsi="Times New Roman" w:cs="Times New Roman"/>
                <w:sz w:val="24"/>
                <w:szCs w:val="24"/>
              </w:rPr>
            </w:pPr>
          </w:p>
        </w:tc>
      </w:tr>
      <w:tr w:rsidR="00244939" w:rsidRPr="00E30CCA" w14:paraId="1B33B572"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FBA3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68E5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Среднее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арифметическое</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0783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02461"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06DA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ADC3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FB15B" w14:textId="77777777" w:rsidR="00244939" w:rsidRPr="00E30CCA" w:rsidRDefault="00244939" w:rsidP="00416C06">
            <w:pPr>
              <w:rPr>
                <w:rFonts w:ascii="Times New Roman" w:hAnsi="Times New Roman" w:cs="Times New Roman"/>
                <w:sz w:val="24"/>
                <w:szCs w:val="24"/>
              </w:rPr>
            </w:pPr>
          </w:p>
        </w:tc>
      </w:tr>
      <w:tr w:rsidR="00244939" w:rsidRPr="00E30CCA" w14:paraId="074EE18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4918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FF44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12</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C55B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201C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C4D5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02DD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A86B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3110D28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E3FE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718B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Округление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B6E7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959C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5972F"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5BDE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2A92D" w14:textId="77777777" w:rsidR="00244939" w:rsidRPr="00E30CCA" w:rsidRDefault="00244939" w:rsidP="00416C06">
            <w:pPr>
              <w:rPr>
                <w:rFonts w:ascii="Times New Roman" w:hAnsi="Times New Roman" w:cs="Times New Roman"/>
                <w:sz w:val="24"/>
                <w:szCs w:val="24"/>
              </w:rPr>
            </w:pPr>
          </w:p>
        </w:tc>
      </w:tr>
      <w:tr w:rsidR="00244939" w:rsidRPr="00E30CCA" w14:paraId="4E8FBCB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A55B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66BC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Округление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16A2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A1EE"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AE4AE"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3AA0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F691A" w14:textId="77777777" w:rsidR="00244939" w:rsidRPr="00E30CCA" w:rsidRDefault="00244939" w:rsidP="00416C06">
            <w:pPr>
              <w:rPr>
                <w:rFonts w:ascii="Times New Roman" w:hAnsi="Times New Roman" w:cs="Times New Roman"/>
                <w:sz w:val="24"/>
                <w:szCs w:val="24"/>
              </w:rPr>
            </w:pPr>
          </w:p>
        </w:tc>
      </w:tr>
      <w:tr w:rsidR="00244939" w:rsidRPr="00E30CCA" w14:paraId="7FC6B44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7DA7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548E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Округление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десятичных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дробей</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B4E0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DBA5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253E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8A20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CB55E" w14:textId="77777777" w:rsidR="00244939" w:rsidRPr="00E30CCA" w:rsidRDefault="00244939" w:rsidP="00416C06">
            <w:pPr>
              <w:rPr>
                <w:rFonts w:ascii="Times New Roman" w:hAnsi="Times New Roman" w:cs="Times New Roman"/>
                <w:sz w:val="24"/>
                <w:szCs w:val="24"/>
              </w:rPr>
            </w:pPr>
          </w:p>
        </w:tc>
      </w:tr>
      <w:tr w:rsidR="00244939" w:rsidRPr="00E30CCA" w14:paraId="406B8AF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F25E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D7FD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десятичные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EE13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27044"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9BB8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B967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90397" w14:textId="77777777" w:rsidR="00244939" w:rsidRPr="00E30CCA" w:rsidRDefault="00244939" w:rsidP="00416C06">
            <w:pPr>
              <w:rPr>
                <w:rFonts w:ascii="Times New Roman" w:hAnsi="Times New Roman" w:cs="Times New Roman"/>
                <w:sz w:val="24"/>
                <w:szCs w:val="24"/>
              </w:rPr>
            </w:pPr>
          </w:p>
        </w:tc>
      </w:tr>
      <w:tr w:rsidR="00244939" w:rsidRPr="00E30CCA" w14:paraId="213F0E7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E76F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E7217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десятичные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BF1E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C07A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F731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FA4E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71B4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Письменный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w:t>
            </w:r>
            <w:proofErr w:type="spellEnd"/>
          </w:p>
        </w:tc>
      </w:tr>
      <w:tr w:rsidR="00244939" w:rsidRPr="00E30CCA" w14:paraId="5BF9DD4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B05F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0653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Решение текстовых задач, содержащих десятичные дроби</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7C75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6748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1FDF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7F3A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AECC4" w14:textId="77777777" w:rsidR="00244939" w:rsidRPr="00E30CCA" w:rsidRDefault="00244939" w:rsidP="00416C06">
            <w:pPr>
              <w:rPr>
                <w:rFonts w:ascii="Times New Roman" w:hAnsi="Times New Roman" w:cs="Times New Roman"/>
                <w:sz w:val="24"/>
                <w:szCs w:val="24"/>
              </w:rPr>
            </w:pPr>
          </w:p>
        </w:tc>
      </w:tr>
      <w:tr w:rsidR="00244939" w:rsidRPr="00E30CCA" w14:paraId="07C99A6F"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B41A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149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2F22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задачи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14C8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219B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10AD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9F55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68BAF" w14:textId="77777777" w:rsidR="00244939" w:rsidRPr="00E30CCA" w:rsidRDefault="00244939" w:rsidP="00416C06">
            <w:pPr>
              <w:rPr>
                <w:rFonts w:ascii="Times New Roman" w:hAnsi="Times New Roman" w:cs="Times New Roman"/>
                <w:sz w:val="24"/>
                <w:szCs w:val="24"/>
              </w:rPr>
            </w:pPr>
          </w:p>
        </w:tc>
      </w:tr>
      <w:tr w:rsidR="00244939" w:rsidRPr="00E30CCA" w14:paraId="599FF5D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6505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150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5066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Основные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задачи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на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дроби</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36D5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781B8"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8504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C84D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200A8" w14:textId="77777777" w:rsidR="00244939" w:rsidRPr="00E30CCA" w:rsidRDefault="00244939" w:rsidP="00416C06">
            <w:pPr>
              <w:rPr>
                <w:rFonts w:ascii="Times New Roman" w:hAnsi="Times New Roman" w:cs="Times New Roman"/>
                <w:sz w:val="24"/>
                <w:szCs w:val="24"/>
              </w:rPr>
            </w:pPr>
          </w:p>
        </w:tc>
      </w:tr>
      <w:tr w:rsidR="00244939" w:rsidRPr="00E30CCA" w14:paraId="1D5D26A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7E80A"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DAFC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13</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D77E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EAB0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2C1B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D80F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944B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4CB8872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07ACF"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41C2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Многогранники</w:t>
            </w:r>
            <w:proofErr w:type="spellEnd"/>
            <w:r w:rsidRPr="00E30CCA">
              <w:rPr>
                <w:rFonts w:ascii="Times New Roman" w:hAnsi="Times New Roman" w:cs="Times New Roman"/>
                <w:sz w:val="24"/>
                <w:szCs w:val="24"/>
              </w:rPr>
              <w:t xml:space="preserve"> </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8226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C083A"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4983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0A5EA"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9C85E" w14:textId="77777777" w:rsidR="00244939" w:rsidRPr="00E30CCA" w:rsidRDefault="00244939" w:rsidP="00416C06">
            <w:pPr>
              <w:rPr>
                <w:rFonts w:ascii="Times New Roman" w:hAnsi="Times New Roman" w:cs="Times New Roman"/>
                <w:sz w:val="24"/>
                <w:szCs w:val="24"/>
              </w:rPr>
            </w:pPr>
          </w:p>
        </w:tc>
      </w:tr>
      <w:tr w:rsidR="00244939" w:rsidRPr="00E30CCA" w14:paraId="6CF543E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4D3A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99A1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Изображения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многогранников</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A5DE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1E53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3A84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B8D47"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79C56" w14:textId="77777777" w:rsidR="00244939" w:rsidRPr="00E30CCA" w:rsidRDefault="00244939" w:rsidP="00416C06">
            <w:pPr>
              <w:rPr>
                <w:rFonts w:ascii="Times New Roman" w:hAnsi="Times New Roman" w:cs="Times New Roman"/>
                <w:sz w:val="24"/>
                <w:szCs w:val="24"/>
              </w:rPr>
            </w:pPr>
          </w:p>
        </w:tc>
      </w:tr>
      <w:tr w:rsidR="00244939" w:rsidRPr="00E30CCA" w14:paraId="5A87B71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B5C7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665B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Модели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пространственных</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тел</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A0C2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2189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6A84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1BD6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CC329" w14:textId="77777777" w:rsidR="00244939" w:rsidRPr="00E30CCA" w:rsidRDefault="00244939" w:rsidP="00416C06">
            <w:pPr>
              <w:rPr>
                <w:rFonts w:ascii="Times New Roman" w:hAnsi="Times New Roman" w:cs="Times New Roman"/>
                <w:sz w:val="24"/>
                <w:szCs w:val="24"/>
              </w:rPr>
            </w:pPr>
          </w:p>
        </w:tc>
      </w:tr>
      <w:tr w:rsidR="00244939" w:rsidRPr="00E30CCA" w14:paraId="26584CC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7B3D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BFC3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Прямоугольный</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параллелепипед</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куб</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7255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05B43"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9FF7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A682D"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B4810" w14:textId="77777777" w:rsidR="00244939" w:rsidRPr="00E30CCA" w:rsidRDefault="00244939" w:rsidP="00416C06">
            <w:pPr>
              <w:rPr>
                <w:rFonts w:ascii="Times New Roman" w:hAnsi="Times New Roman" w:cs="Times New Roman"/>
                <w:sz w:val="24"/>
                <w:szCs w:val="24"/>
              </w:rPr>
            </w:pPr>
          </w:p>
        </w:tc>
      </w:tr>
      <w:tr w:rsidR="00244939" w:rsidRPr="00E30CCA" w14:paraId="3AE19B08"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551C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EBB4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Развёртки</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куба</w:t>
            </w:r>
            <w:proofErr w:type="spellEnd"/>
            <w:r w:rsidRPr="00E30CCA">
              <w:rPr>
                <w:rFonts w:ascii="Times New Roman" w:hAnsi="Times New Roman" w:cs="Times New Roman"/>
                <w:sz w:val="24"/>
                <w:szCs w:val="24"/>
              </w:rPr>
              <w:t xml:space="preserve"> и </w:t>
            </w:r>
            <w:proofErr w:type="spellStart"/>
            <w:r w:rsidRPr="00E30CCA">
              <w:rPr>
                <w:rFonts w:ascii="Times New Roman" w:hAnsi="Times New Roman" w:cs="Times New Roman"/>
                <w:sz w:val="24"/>
                <w:szCs w:val="24"/>
              </w:rPr>
              <w:t>параллелепипеда</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24112"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71992"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CBB33"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6601B"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1B7B7" w14:textId="77777777" w:rsidR="00244939" w:rsidRPr="00E30CCA" w:rsidRDefault="00244939" w:rsidP="00416C06">
            <w:pPr>
              <w:rPr>
                <w:rFonts w:ascii="Times New Roman" w:hAnsi="Times New Roman" w:cs="Times New Roman"/>
                <w:sz w:val="24"/>
                <w:szCs w:val="24"/>
              </w:rPr>
            </w:pPr>
          </w:p>
        </w:tc>
      </w:tr>
      <w:tr w:rsidR="00244939" w:rsidRPr="00E30CCA" w14:paraId="0DEF83B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55A8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F822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Практическая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Развёртка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куба</w:t>
            </w:r>
            <w:proofErr w:type="spellEnd"/>
            <w:r w:rsidRPr="00E30CCA">
              <w:rPr>
                <w:rFonts w:ascii="Times New Roman" w:hAnsi="Times New Roman" w:cs="Times New Roman"/>
                <w:sz w:val="24"/>
                <w:szCs w:val="24"/>
              </w:rPr>
              <w:t>»</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FFAB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2FAE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04C7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1E47E"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7944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Практическая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18EF31D0"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BDD5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81E3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Объём</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куба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прямоугольного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параллелепипеда</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CE1C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D698D"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72828"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C498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D35A1" w14:textId="77777777" w:rsidR="00244939" w:rsidRPr="00E30CCA" w:rsidRDefault="00244939" w:rsidP="00416C06">
            <w:pPr>
              <w:rPr>
                <w:rFonts w:ascii="Times New Roman" w:hAnsi="Times New Roman" w:cs="Times New Roman"/>
                <w:sz w:val="24"/>
                <w:szCs w:val="24"/>
              </w:rPr>
            </w:pPr>
          </w:p>
        </w:tc>
      </w:tr>
      <w:tr w:rsidR="00244939" w:rsidRPr="00E30CCA" w14:paraId="2CABF3EE"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6C79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159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49DB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Объём</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куба</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прямоугольного</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параллелепипеда</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33A7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7B26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460A7"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CBFD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82E11" w14:textId="77777777" w:rsidR="00244939" w:rsidRPr="00E30CCA" w:rsidRDefault="00244939" w:rsidP="00416C06">
            <w:pPr>
              <w:rPr>
                <w:rFonts w:ascii="Times New Roman" w:hAnsi="Times New Roman" w:cs="Times New Roman"/>
                <w:sz w:val="24"/>
                <w:szCs w:val="24"/>
              </w:rPr>
            </w:pPr>
          </w:p>
        </w:tc>
      </w:tr>
      <w:tr w:rsidR="00244939" w:rsidRPr="00E30CCA" w14:paraId="13CC5C7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9BC5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A348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r w:rsidRPr="00E30CCA">
              <w:rPr>
                <w:rFonts w:ascii="Times New Roman" w:hAnsi="Times New Roman" w:cs="Times New Roman"/>
                <w:sz w:val="24"/>
                <w:szCs w:val="24"/>
              </w:rPr>
              <w:t xml:space="preserve"> № 14</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D4B34"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AB3A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9E1A2"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1DBE4"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DA41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3B8D904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45345"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161</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B323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2520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0CB08"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99D2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E407F"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D40D8" w14:textId="77777777" w:rsidR="00244939" w:rsidRPr="00E30CCA" w:rsidRDefault="00244939" w:rsidP="00416C06">
            <w:pPr>
              <w:rPr>
                <w:rFonts w:ascii="Times New Roman" w:hAnsi="Times New Roman" w:cs="Times New Roman"/>
                <w:sz w:val="24"/>
                <w:szCs w:val="24"/>
              </w:rPr>
            </w:pPr>
          </w:p>
        </w:tc>
      </w:tr>
      <w:tr w:rsidR="00244939" w:rsidRPr="00E30CCA" w14:paraId="48C370A9"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516FD"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162</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FB2E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F8E08"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8864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FC35"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F406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5B091" w14:textId="77777777" w:rsidR="00244939" w:rsidRPr="00E30CCA" w:rsidRDefault="00244939" w:rsidP="00416C06">
            <w:pPr>
              <w:rPr>
                <w:rFonts w:ascii="Times New Roman" w:hAnsi="Times New Roman" w:cs="Times New Roman"/>
                <w:sz w:val="24"/>
                <w:szCs w:val="24"/>
              </w:rPr>
            </w:pPr>
          </w:p>
        </w:tc>
      </w:tr>
      <w:tr w:rsidR="00244939" w:rsidRPr="00E30CCA" w14:paraId="2595E494"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5CFE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163</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56F7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2EC73"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5A9A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B5100"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F5E9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52EB" w14:textId="77777777" w:rsidR="00244939" w:rsidRPr="00E30CCA" w:rsidRDefault="00244939" w:rsidP="00416C06">
            <w:pPr>
              <w:rPr>
                <w:rFonts w:ascii="Times New Roman" w:hAnsi="Times New Roman" w:cs="Times New Roman"/>
                <w:sz w:val="24"/>
                <w:szCs w:val="24"/>
              </w:rPr>
            </w:pPr>
          </w:p>
        </w:tc>
      </w:tr>
      <w:tr w:rsidR="00244939" w:rsidRPr="00E30CCA" w14:paraId="1D8FFC9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EC82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164</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03C9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1DD00"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83FE9"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8B1AC"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002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2DA5C" w14:textId="77777777" w:rsidR="00244939" w:rsidRPr="00E30CCA" w:rsidRDefault="00244939" w:rsidP="00416C06">
            <w:pPr>
              <w:rPr>
                <w:rFonts w:ascii="Times New Roman" w:hAnsi="Times New Roman" w:cs="Times New Roman"/>
                <w:sz w:val="24"/>
                <w:szCs w:val="24"/>
              </w:rPr>
            </w:pPr>
          </w:p>
        </w:tc>
      </w:tr>
      <w:tr w:rsidR="00244939" w:rsidRPr="00E30CCA" w14:paraId="193EAF6C"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A591E"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165</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99E1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2385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90C1F"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2CDE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25CE2"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1F987" w14:textId="77777777" w:rsidR="00244939" w:rsidRPr="00E30CCA" w:rsidRDefault="00244939" w:rsidP="00416C06">
            <w:pPr>
              <w:rPr>
                <w:rFonts w:ascii="Times New Roman" w:hAnsi="Times New Roman" w:cs="Times New Roman"/>
                <w:sz w:val="24"/>
                <w:szCs w:val="24"/>
              </w:rPr>
            </w:pPr>
          </w:p>
        </w:tc>
      </w:tr>
      <w:tr w:rsidR="00244939" w:rsidRPr="00E30CCA" w14:paraId="14B99B96"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C93F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166</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5E48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D729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24A26"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3633A"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29696"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7F5B3" w14:textId="77777777" w:rsidR="00244939" w:rsidRPr="00E30CCA" w:rsidRDefault="00244939" w:rsidP="00416C06">
            <w:pPr>
              <w:rPr>
                <w:rFonts w:ascii="Times New Roman" w:hAnsi="Times New Roman" w:cs="Times New Roman"/>
                <w:sz w:val="24"/>
                <w:szCs w:val="24"/>
              </w:rPr>
            </w:pPr>
          </w:p>
        </w:tc>
      </w:tr>
      <w:tr w:rsidR="00244939" w:rsidRPr="00E30CCA" w14:paraId="3D2A4651"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28EE1"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167</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008D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09F7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24CE7"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D2E5B"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83D3C"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22174" w14:textId="77777777" w:rsidR="00244939" w:rsidRPr="00E30CCA" w:rsidRDefault="00244939" w:rsidP="00416C06">
            <w:pPr>
              <w:rPr>
                <w:rFonts w:ascii="Times New Roman" w:hAnsi="Times New Roman" w:cs="Times New Roman"/>
                <w:sz w:val="24"/>
                <w:szCs w:val="24"/>
              </w:rPr>
            </w:pPr>
          </w:p>
        </w:tc>
      </w:tr>
      <w:tr w:rsidR="00244939" w:rsidRPr="00E30CCA" w14:paraId="2A872A4B"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86FD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lastRenderedPageBreak/>
              <w:t>168</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7397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Повторение основных понятий и методов курса 5 класса, обобщение знаний</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5349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F904C"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F8EB9"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32441"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28B4F" w14:textId="77777777" w:rsidR="00244939" w:rsidRPr="00E30CCA" w:rsidRDefault="00244939" w:rsidP="00416C06">
            <w:pPr>
              <w:rPr>
                <w:rFonts w:ascii="Times New Roman" w:hAnsi="Times New Roman" w:cs="Times New Roman"/>
                <w:sz w:val="24"/>
                <w:szCs w:val="24"/>
              </w:rPr>
            </w:pPr>
          </w:p>
        </w:tc>
      </w:tr>
      <w:tr w:rsidR="00244939" w:rsidRPr="00E30CCA" w14:paraId="50BF445D"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E5BDC"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169</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6CDE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Итоговая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50B1B"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7C089"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20451"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C41E9"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9611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Контрольная</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работа</w:t>
            </w:r>
            <w:proofErr w:type="spellEnd"/>
          </w:p>
        </w:tc>
      </w:tr>
      <w:tr w:rsidR="00244939" w:rsidRPr="00E30CCA" w14:paraId="74806FCA" w14:textId="77777777" w:rsidTr="00416C06">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E91C7"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170</w:t>
            </w:r>
          </w:p>
        </w:tc>
        <w:tc>
          <w:tcPr>
            <w:tcW w:w="3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B720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sz w:val="24"/>
                <w:szCs w:val="24"/>
              </w:rPr>
              <w:t>Подведение</w:t>
            </w:r>
            <w:proofErr w:type="spellEnd"/>
            <w:r w:rsidRPr="00E30CCA">
              <w:rPr>
                <w:rFonts w:ascii="Times New Roman" w:hAnsi="Times New Roman" w:cs="Times New Roman"/>
                <w:sz w:val="24"/>
                <w:szCs w:val="24"/>
              </w:rPr>
              <w:t xml:space="preserve"> </w:t>
            </w:r>
            <w:proofErr w:type="spellStart"/>
            <w:r w:rsidRPr="00E30CCA">
              <w:rPr>
                <w:rFonts w:ascii="Times New Roman" w:hAnsi="Times New Roman" w:cs="Times New Roman"/>
                <w:sz w:val="24"/>
                <w:szCs w:val="24"/>
              </w:rPr>
              <w:t>итогов</w:t>
            </w:r>
            <w:proofErr w:type="spellEnd"/>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19416" w14:textId="77777777" w:rsidR="00244939" w:rsidRPr="00E30CCA" w:rsidRDefault="00244939" w:rsidP="00416C06">
            <w:pPr>
              <w:jc w:val="center"/>
              <w:rPr>
                <w:rFonts w:ascii="Times New Roman" w:hAnsi="Times New Roman" w:cs="Times New Roman"/>
                <w:sz w:val="24"/>
                <w:szCs w:val="24"/>
              </w:rPr>
            </w:pPr>
            <w:r w:rsidRPr="00E30CCA">
              <w:rPr>
                <w:rFonts w:ascii="Times New Roman" w:hAnsi="Times New Roman" w:cs="Times New Roman"/>
                <w:sz w:val="24"/>
                <w:szCs w:val="24"/>
              </w:rPr>
              <w:t>1</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AF645" w14:textId="77777777" w:rsidR="00244939" w:rsidRPr="00E30CCA" w:rsidRDefault="00244939" w:rsidP="00416C06">
            <w:pPr>
              <w:jc w:val="center"/>
              <w:rPr>
                <w:rFonts w:ascii="Times New Roman" w:hAnsi="Times New Roman" w:cs="Times New Roman"/>
                <w:sz w:val="24"/>
                <w:szCs w:val="24"/>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68C94" w14:textId="77777777" w:rsidR="00244939" w:rsidRPr="00E30CCA" w:rsidRDefault="00244939" w:rsidP="00416C06">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C0FF5" w14:textId="77777777" w:rsidR="00244939" w:rsidRPr="00E30CCA" w:rsidRDefault="00244939" w:rsidP="00416C06">
            <w:pPr>
              <w:rPr>
                <w:rFonts w:ascii="Times New Roman" w:hAnsi="Times New Roman" w:cs="Times New Roman"/>
                <w:sz w:val="24"/>
                <w:szCs w:val="24"/>
              </w:rPr>
            </w:pP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D367E" w14:textId="77777777" w:rsidR="00244939" w:rsidRPr="00E30CCA" w:rsidRDefault="00244939" w:rsidP="00416C06">
            <w:pPr>
              <w:rPr>
                <w:rFonts w:ascii="Times New Roman" w:hAnsi="Times New Roman" w:cs="Times New Roman"/>
                <w:sz w:val="24"/>
                <w:szCs w:val="24"/>
              </w:rPr>
            </w:pPr>
          </w:p>
        </w:tc>
      </w:tr>
    </w:tbl>
    <w:p w14:paraId="7E4D876C" w14:textId="77777777" w:rsidR="00244939" w:rsidRPr="00E30CCA" w:rsidRDefault="00244939" w:rsidP="00244939">
      <w:pPr>
        <w:rPr>
          <w:rFonts w:ascii="Times New Roman" w:hAnsi="Times New Roman" w:cs="Times New Roman"/>
          <w:sz w:val="24"/>
          <w:szCs w:val="24"/>
        </w:rPr>
      </w:pPr>
    </w:p>
    <w:p w14:paraId="7F5141ED" w14:textId="77777777" w:rsidR="00244939" w:rsidRPr="00E30CCA" w:rsidRDefault="00244939" w:rsidP="00244939">
      <w:pPr>
        <w:autoSpaceDE w:val="0"/>
        <w:autoSpaceDN w:val="0"/>
        <w:spacing w:after="76" w:line="220" w:lineRule="exact"/>
        <w:rPr>
          <w:rFonts w:ascii="Times New Roman" w:hAnsi="Times New Roman" w:cs="Times New Roman"/>
          <w:sz w:val="24"/>
          <w:szCs w:val="24"/>
        </w:rPr>
      </w:pPr>
    </w:p>
    <w:p w14:paraId="6B5B1F80" w14:textId="77777777" w:rsidR="00244939" w:rsidRPr="00E30CCA" w:rsidRDefault="00244939" w:rsidP="00244939">
      <w:pPr>
        <w:autoSpaceDE w:val="0"/>
        <w:autoSpaceDN w:val="0"/>
        <w:spacing w:before="220" w:after="140" w:line="230" w:lineRule="auto"/>
        <w:rPr>
          <w:rFonts w:ascii="Times New Roman" w:hAnsi="Times New Roman" w:cs="Times New Roman"/>
          <w:sz w:val="24"/>
          <w:szCs w:val="24"/>
        </w:rPr>
      </w:pPr>
      <w:r w:rsidRPr="00E30CCA">
        <w:rPr>
          <w:rFonts w:ascii="Times New Roman" w:eastAsia="Times New Roman" w:hAnsi="Times New Roman" w:cs="Times New Roman"/>
          <w:b/>
          <w:color w:val="000000"/>
          <w:sz w:val="24"/>
          <w:szCs w:val="24"/>
        </w:rPr>
        <w:t>6 КЛАСС</w:t>
      </w:r>
    </w:p>
    <w:tbl>
      <w:tblPr>
        <w:tblW w:w="0" w:type="auto"/>
        <w:tblInd w:w="6" w:type="dxa"/>
        <w:tblLayout w:type="fixed"/>
        <w:tblLook w:val="04A0" w:firstRow="1" w:lastRow="0" w:firstColumn="1" w:lastColumn="0" w:noHBand="0" w:noVBand="1"/>
      </w:tblPr>
      <w:tblGrid>
        <w:gridCol w:w="982"/>
        <w:gridCol w:w="4060"/>
        <w:gridCol w:w="732"/>
        <w:gridCol w:w="1019"/>
        <w:gridCol w:w="993"/>
        <w:gridCol w:w="2766"/>
      </w:tblGrid>
      <w:tr w:rsidR="00244939" w:rsidRPr="00E30CCA" w14:paraId="1CE0F6DA" w14:textId="77777777" w:rsidTr="00416C06">
        <w:trPr>
          <w:trHeight w:hRule="exact" w:val="494"/>
        </w:trPr>
        <w:tc>
          <w:tcPr>
            <w:tcW w:w="982" w:type="dxa"/>
            <w:vMerge w:val="restart"/>
            <w:tcBorders>
              <w:top w:val="single" w:sz="5" w:space="0" w:color="000000"/>
              <w:left w:val="single" w:sz="4" w:space="0" w:color="000000"/>
              <w:bottom w:val="single" w:sz="4" w:space="0" w:color="000000"/>
              <w:right w:val="single" w:sz="4" w:space="0" w:color="000000"/>
            </w:tcBorders>
            <w:tcMar>
              <w:left w:w="0" w:type="dxa"/>
              <w:right w:w="0" w:type="dxa"/>
            </w:tcMar>
          </w:tcPr>
          <w:p w14:paraId="21D45BD3" w14:textId="77777777" w:rsidR="00244939" w:rsidRPr="00E30CCA" w:rsidRDefault="00244939" w:rsidP="00416C06">
            <w:pPr>
              <w:autoSpaceDE w:val="0"/>
              <w:autoSpaceDN w:val="0"/>
              <w:spacing w:before="100" w:after="0" w:line="262" w:lineRule="auto"/>
              <w:ind w:left="72" w:right="144"/>
              <w:rPr>
                <w:rFonts w:ascii="Times New Roman" w:hAnsi="Times New Roman" w:cs="Times New Roman"/>
                <w:sz w:val="24"/>
                <w:szCs w:val="24"/>
              </w:rPr>
            </w:pPr>
            <w:r w:rsidRPr="00E30CCA">
              <w:rPr>
                <w:rFonts w:ascii="Times New Roman" w:eastAsia="Times New Roman" w:hAnsi="Times New Roman" w:cs="Times New Roman"/>
                <w:b/>
                <w:color w:val="000000"/>
                <w:sz w:val="24"/>
                <w:szCs w:val="24"/>
              </w:rPr>
              <w:t>№</w:t>
            </w:r>
            <w:r w:rsidRPr="00E30CCA">
              <w:rPr>
                <w:rFonts w:ascii="Times New Roman" w:hAnsi="Times New Roman" w:cs="Times New Roman"/>
                <w:sz w:val="24"/>
                <w:szCs w:val="24"/>
              </w:rPr>
              <w:br/>
            </w:r>
            <w:r w:rsidRPr="00E30CCA">
              <w:rPr>
                <w:rFonts w:ascii="Times New Roman" w:eastAsia="Times New Roman" w:hAnsi="Times New Roman" w:cs="Times New Roman"/>
                <w:b/>
                <w:color w:val="000000"/>
                <w:sz w:val="24"/>
                <w:szCs w:val="24"/>
              </w:rPr>
              <w:t>п/п</w:t>
            </w:r>
          </w:p>
        </w:tc>
        <w:tc>
          <w:tcPr>
            <w:tcW w:w="4060" w:type="dxa"/>
            <w:vMerge w:val="restart"/>
            <w:tcBorders>
              <w:top w:val="single" w:sz="5" w:space="0" w:color="000000"/>
              <w:left w:val="single" w:sz="4" w:space="0" w:color="000000"/>
              <w:bottom w:val="single" w:sz="4" w:space="0" w:color="000000"/>
              <w:right w:val="single" w:sz="4" w:space="0" w:color="000000"/>
            </w:tcBorders>
            <w:tcMar>
              <w:left w:w="0" w:type="dxa"/>
              <w:right w:w="0" w:type="dxa"/>
            </w:tcMar>
          </w:tcPr>
          <w:p w14:paraId="6AD37DE6"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sz w:val="24"/>
                <w:szCs w:val="24"/>
              </w:rPr>
              <w:t>Тема</w:t>
            </w:r>
            <w:proofErr w:type="spellEnd"/>
            <w:r w:rsidRPr="00E30CCA">
              <w:rPr>
                <w:rFonts w:ascii="Times New Roman" w:eastAsia="Times New Roman" w:hAnsi="Times New Roman" w:cs="Times New Roman"/>
                <w:b/>
                <w:color w:val="000000"/>
                <w:sz w:val="24"/>
                <w:szCs w:val="24"/>
              </w:rPr>
              <w:t xml:space="preserve"> </w:t>
            </w:r>
            <w:proofErr w:type="spellStart"/>
            <w:r w:rsidRPr="00E30CCA">
              <w:rPr>
                <w:rFonts w:ascii="Times New Roman" w:eastAsia="Times New Roman" w:hAnsi="Times New Roman" w:cs="Times New Roman"/>
                <w:b/>
                <w:color w:val="000000"/>
                <w:sz w:val="24"/>
                <w:szCs w:val="24"/>
              </w:rPr>
              <w:t>урока</w:t>
            </w:r>
            <w:proofErr w:type="spellEnd"/>
          </w:p>
        </w:tc>
        <w:tc>
          <w:tcPr>
            <w:tcW w:w="2744"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14:paraId="4E91CF00"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sz w:val="24"/>
                <w:szCs w:val="24"/>
              </w:rPr>
              <w:t>Количество</w:t>
            </w:r>
            <w:proofErr w:type="spellEnd"/>
            <w:r w:rsidRPr="00E30CCA">
              <w:rPr>
                <w:rFonts w:ascii="Times New Roman" w:eastAsia="Times New Roman" w:hAnsi="Times New Roman" w:cs="Times New Roman"/>
                <w:b/>
                <w:color w:val="000000"/>
                <w:sz w:val="24"/>
                <w:szCs w:val="24"/>
              </w:rPr>
              <w:t xml:space="preserve"> </w:t>
            </w:r>
            <w:proofErr w:type="spellStart"/>
            <w:r w:rsidRPr="00E30CCA">
              <w:rPr>
                <w:rFonts w:ascii="Times New Roman" w:eastAsia="Times New Roman" w:hAnsi="Times New Roman" w:cs="Times New Roman"/>
                <w:b/>
                <w:color w:val="000000"/>
                <w:sz w:val="24"/>
                <w:szCs w:val="24"/>
              </w:rPr>
              <w:t>часов</w:t>
            </w:r>
            <w:proofErr w:type="spellEnd"/>
          </w:p>
        </w:tc>
        <w:tc>
          <w:tcPr>
            <w:tcW w:w="2766" w:type="dxa"/>
            <w:vMerge w:val="restart"/>
            <w:tcBorders>
              <w:top w:val="single" w:sz="5" w:space="0" w:color="000000"/>
              <w:left w:val="single" w:sz="4" w:space="0" w:color="000000"/>
              <w:bottom w:val="single" w:sz="4" w:space="0" w:color="000000"/>
              <w:right w:val="single" w:sz="4" w:space="0" w:color="000000"/>
            </w:tcBorders>
            <w:tcMar>
              <w:left w:w="0" w:type="dxa"/>
              <w:right w:w="0" w:type="dxa"/>
            </w:tcMar>
          </w:tcPr>
          <w:p w14:paraId="4ABF02F3" w14:textId="77777777" w:rsidR="00244939" w:rsidRPr="00E30CCA" w:rsidRDefault="00244939" w:rsidP="00416C06">
            <w:pPr>
              <w:autoSpaceDE w:val="0"/>
              <w:autoSpaceDN w:val="0"/>
              <w:spacing w:before="100" w:after="0" w:line="271" w:lineRule="auto"/>
              <w:ind w:left="72" w:right="288"/>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sz w:val="24"/>
                <w:szCs w:val="24"/>
              </w:rPr>
              <w:t>Виды</w:t>
            </w:r>
            <w:proofErr w:type="spellEnd"/>
            <w:r w:rsidRPr="00E30CCA">
              <w:rPr>
                <w:rFonts w:ascii="Times New Roman" w:eastAsia="Times New Roman" w:hAnsi="Times New Roman" w:cs="Times New Roman"/>
                <w:b/>
                <w:color w:val="000000"/>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b/>
                <w:color w:val="000000"/>
                <w:sz w:val="24"/>
                <w:szCs w:val="24"/>
              </w:rPr>
              <w:t>формы</w:t>
            </w:r>
            <w:proofErr w:type="spellEnd"/>
            <w:r w:rsidRPr="00E30CCA">
              <w:rPr>
                <w:rFonts w:ascii="Times New Roman" w:eastAsia="Times New Roman" w:hAnsi="Times New Roman" w:cs="Times New Roman"/>
                <w:b/>
                <w:color w:val="000000"/>
                <w:sz w:val="24"/>
                <w:szCs w:val="24"/>
              </w:rPr>
              <w:t xml:space="preserve"> </w:t>
            </w:r>
            <w:r w:rsidRPr="00E30CCA">
              <w:rPr>
                <w:rFonts w:ascii="Times New Roman" w:hAnsi="Times New Roman" w:cs="Times New Roman"/>
                <w:sz w:val="24"/>
                <w:szCs w:val="24"/>
              </w:rPr>
              <w:br/>
            </w:r>
            <w:proofErr w:type="spellStart"/>
            <w:r w:rsidRPr="00E30CCA">
              <w:rPr>
                <w:rFonts w:ascii="Times New Roman" w:eastAsia="Times New Roman" w:hAnsi="Times New Roman" w:cs="Times New Roman"/>
                <w:b/>
                <w:color w:val="000000"/>
                <w:sz w:val="24"/>
                <w:szCs w:val="24"/>
              </w:rPr>
              <w:t>контроля</w:t>
            </w:r>
            <w:proofErr w:type="spellEnd"/>
          </w:p>
        </w:tc>
      </w:tr>
      <w:tr w:rsidR="00244939" w:rsidRPr="00E30CCA" w14:paraId="12DFC254" w14:textId="77777777" w:rsidTr="00416C06">
        <w:trPr>
          <w:trHeight w:hRule="exact" w:val="828"/>
        </w:trPr>
        <w:tc>
          <w:tcPr>
            <w:tcW w:w="982" w:type="dxa"/>
            <w:vMerge/>
            <w:tcBorders>
              <w:top w:val="single" w:sz="5" w:space="0" w:color="000000"/>
              <w:left w:val="single" w:sz="4" w:space="0" w:color="000000"/>
              <w:bottom w:val="single" w:sz="4" w:space="0" w:color="000000"/>
              <w:right w:val="single" w:sz="4" w:space="0" w:color="000000"/>
            </w:tcBorders>
          </w:tcPr>
          <w:p w14:paraId="7D6AC31D" w14:textId="77777777" w:rsidR="00244939" w:rsidRPr="00E30CCA" w:rsidRDefault="00244939" w:rsidP="00416C06">
            <w:pPr>
              <w:rPr>
                <w:rFonts w:ascii="Times New Roman" w:hAnsi="Times New Roman" w:cs="Times New Roman"/>
                <w:sz w:val="24"/>
                <w:szCs w:val="24"/>
              </w:rPr>
            </w:pPr>
          </w:p>
        </w:tc>
        <w:tc>
          <w:tcPr>
            <w:tcW w:w="4060" w:type="dxa"/>
            <w:vMerge/>
            <w:tcBorders>
              <w:top w:val="single" w:sz="5" w:space="0" w:color="000000"/>
              <w:left w:val="single" w:sz="4" w:space="0" w:color="000000"/>
              <w:bottom w:val="single" w:sz="4" w:space="0" w:color="000000"/>
              <w:right w:val="single" w:sz="4" w:space="0" w:color="000000"/>
            </w:tcBorders>
          </w:tcPr>
          <w:p w14:paraId="03CC190A" w14:textId="77777777" w:rsidR="00244939" w:rsidRPr="00E30CCA" w:rsidRDefault="00244939" w:rsidP="00416C06">
            <w:pPr>
              <w:rPr>
                <w:rFonts w:ascii="Times New Roman" w:hAnsi="Times New Roman" w:cs="Times New Roman"/>
                <w:sz w:val="24"/>
                <w:szCs w:val="24"/>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E93E8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sz w:val="24"/>
                <w:szCs w:val="24"/>
              </w:rPr>
              <w:t>всего</w:t>
            </w:r>
            <w:proofErr w:type="spellEnd"/>
            <w:r w:rsidRPr="00E30CCA">
              <w:rPr>
                <w:rFonts w:ascii="Times New Roman" w:eastAsia="Times New Roman" w:hAnsi="Times New Roman" w:cs="Times New Roman"/>
                <w:b/>
                <w:color w:val="000000"/>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03C65"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sz w:val="24"/>
                <w:szCs w:val="24"/>
              </w:rPr>
              <w:t>контрольные</w:t>
            </w:r>
            <w:proofErr w:type="spellEnd"/>
            <w:r w:rsidRPr="00E30CCA">
              <w:rPr>
                <w:rFonts w:ascii="Times New Roman" w:eastAsia="Times New Roman" w:hAnsi="Times New Roman" w:cs="Times New Roman"/>
                <w:b/>
                <w:color w:val="000000"/>
                <w:sz w:val="24"/>
                <w:szCs w:val="24"/>
              </w:rPr>
              <w:t xml:space="preserve"> </w:t>
            </w:r>
            <w:proofErr w:type="spellStart"/>
            <w:r w:rsidRPr="00E30CCA">
              <w:rPr>
                <w:rFonts w:ascii="Times New Roman" w:eastAsia="Times New Roman" w:hAnsi="Times New Roman" w:cs="Times New Roman"/>
                <w:b/>
                <w:color w:val="000000"/>
                <w:sz w:val="24"/>
                <w:szCs w:val="24"/>
              </w:rPr>
              <w:t>работы</w:t>
            </w:r>
            <w:proofErr w:type="spellEnd"/>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E9E4DB"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b/>
                <w:color w:val="000000"/>
                <w:sz w:val="24"/>
                <w:szCs w:val="24"/>
              </w:rPr>
              <w:t>практические</w:t>
            </w:r>
            <w:proofErr w:type="spellEnd"/>
            <w:r w:rsidRPr="00E30CCA">
              <w:rPr>
                <w:rFonts w:ascii="Times New Roman" w:eastAsia="Times New Roman" w:hAnsi="Times New Roman" w:cs="Times New Roman"/>
                <w:b/>
                <w:color w:val="000000"/>
                <w:sz w:val="24"/>
                <w:szCs w:val="24"/>
              </w:rPr>
              <w:t xml:space="preserve"> </w:t>
            </w:r>
            <w:proofErr w:type="spellStart"/>
            <w:r w:rsidRPr="00E30CCA">
              <w:rPr>
                <w:rFonts w:ascii="Times New Roman" w:eastAsia="Times New Roman" w:hAnsi="Times New Roman" w:cs="Times New Roman"/>
                <w:b/>
                <w:color w:val="000000"/>
                <w:sz w:val="24"/>
                <w:szCs w:val="24"/>
              </w:rPr>
              <w:t>работы</w:t>
            </w:r>
            <w:proofErr w:type="spellEnd"/>
          </w:p>
        </w:tc>
        <w:tc>
          <w:tcPr>
            <w:tcW w:w="2766" w:type="dxa"/>
            <w:vMerge/>
            <w:tcBorders>
              <w:top w:val="single" w:sz="5" w:space="0" w:color="000000"/>
              <w:left w:val="single" w:sz="4" w:space="0" w:color="000000"/>
              <w:bottom w:val="single" w:sz="4" w:space="0" w:color="000000"/>
              <w:right w:val="single" w:sz="4" w:space="0" w:color="000000"/>
            </w:tcBorders>
          </w:tcPr>
          <w:p w14:paraId="16FD6A32" w14:textId="77777777" w:rsidR="00244939" w:rsidRPr="00E30CCA" w:rsidRDefault="00244939" w:rsidP="00416C06">
            <w:pPr>
              <w:rPr>
                <w:rFonts w:ascii="Times New Roman" w:hAnsi="Times New Roman" w:cs="Times New Roman"/>
                <w:sz w:val="24"/>
                <w:szCs w:val="24"/>
              </w:rPr>
            </w:pPr>
          </w:p>
        </w:tc>
      </w:tr>
      <w:tr w:rsidR="00244939" w:rsidRPr="00E30CCA" w14:paraId="7CB9EAC9" w14:textId="77777777" w:rsidTr="00416C06">
        <w:trPr>
          <w:trHeight w:hRule="exact" w:val="82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2ED2E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5DBF35"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 xml:space="preserve">Арифметические действия с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sz w:val="24"/>
                <w:szCs w:val="24"/>
                <w:lang w:val="ru-RU"/>
              </w:rPr>
              <w:t>многозначными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D458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1D7E9"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24ED7F"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7F18A" w14:textId="77777777" w:rsidR="00244939" w:rsidRPr="00E30CCA" w:rsidRDefault="00244939" w:rsidP="00416C06">
            <w:pPr>
              <w:autoSpaceDE w:val="0"/>
              <w:autoSpaceDN w:val="0"/>
              <w:spacing w:before="98" w:after="0" w:line="262"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1419B409" w14:textId="77777777" w:rsidTr="00416C06">
        <w:trPr>
          <w:trHeight w:hRule="exact" w:val="82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710EF2"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56F903"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 xml:space="preserve">Арифметические действия с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sz w:val="24"/>
                <w:szCs w:val="24"/>
                <w:lang w:val="ru-RU"/>
              </w:rPr>
              <w:t>многозначными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BAA2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DC6222"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D6767"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4A4F9"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4EF86F4" w14:textId="77777777" w:rsidTr="00416C06">
        <w:trPr>
          <w:trHeight w:hRule="exact" w:val="82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C6D0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E6787"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 xml:space="preserve">Арифметические действия с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sz w:val="24"/>
                <w:szCs w:val="24"/>
                <w:lang w:val="ru-RU"/>
              </w:rPr>
              <w:t>многозначными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26674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5FD31"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F2355"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5B4840" w14:textId="77777777" w:rsidR="00244939" w:rsidRPr="00E30CCA" w:rsidRDefault="00244939" w:rsidP="00416C06">
            <w:pPr>
              <w:rPr>
                <w:rFonts w:ascii="Times New Roman" w:hAnsi="Times New Roman" w:cs="Times New Roman"/>
                <w:sz w:val="24"/>
                <w:szCs w:val="24"/>
              </w:rPr>
            </w:pPr>
          </w:p>
        </w:tc>
      </w:tr>
      <w:tr w:rsidR="00244939" w:rsidRPr="00E30CCA" w14:paraId="1C636833" w14:textId="77777777" w:rsidTr="00416C06">
        <w:trPr>
          <w:trHeight w:hRule="exact" w:val="80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193854"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92A164"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 xml:space="preserve">Арифметические действия с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sz w:val="24"/>
                <w:szCs w:val="24"/>
                <w:lang w:val="ru-RU"/>
              </w:rPr>
              <w:t>многозначными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465FF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DCF455"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9613C2"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80B9C4"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bl>
    <w:p w14:paraId="2CA137C2"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3FE4CF0A"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982"/>
        <w:gridCol w:w="4060"/>
        <w:gridCol w:w="732"/>
        <w:gridCol w:w="1019"/>
        <w:gridCol w:w="993"/>
        <w:gridCol w:w="2766"/>
      </w:tblGrid>
      <w:tr w:rsidR="00244939" w:rsidRPr="00E30CCA" w14:paraId="5CC24AF7" w14:textId="77777777" w:rsidTr="00416C06">
        <w:trPr>
          <w:trHeight w:hRule="exact" w:val="68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E78A0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A5F3E6"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Числовые выражения, порядок действий, использование скобок.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8A867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62B46"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6C6E94E"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7F13D1C" w14:textId="77777777" w:rsidR="00244939" w:rsidRPr="00E30CCA" w:rsidRDefault="00244939" w:rsidP="00416C06">
            <w:pPr>
              <w:autoSpaceDE w:val="0"/>
              <w:autoSpaceDN w:val="0"/>
              <w:spacing w:before="98" w:after="0" w:line="262"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49AE3DFE" w14:textId="77777777" w:rsidTr="00416C06">
        <w:trPr>
          <w:trHeight w:hRule="exact" w:val="82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C2BFDF"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79531"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Числовые выражения, порядок действий, использование скобок.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3681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2C4A42"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29D060"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32B92DE"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DCAEF98" w14:textId="77777777" w:rsidTr="00416C06">
        <w:trPr>
          <w:trHeight w:hRule="exact" w:val="82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8D0FF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A56A4" w14:textId="77777777" w:rsidR="00244939" w:rsidRPr="00E30CCA" w:rsidRDefault="00244939" w:rsidP="00416C06">
            <w:pPr>
              <w:autoSpaceDE w:val="0"/>
              <w:autoSpaceDN w:val="0"/>
              <w:spacing w:before="98" w:after="0" w:line="262"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Числовые выражения, порядок действий, использование скобок.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CA983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3F1AA6"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EE3EE0"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EF8C7" w14:textId="77777777" w:rsidR="00244939" w:rsidRPr="00E30CCA" w:rsidRDefault="00244939" w:rsidP="00416C06">
            <w:pPr>
              <w:autoSpaceDE w:val="0"/>
              <w:autoSpaceDN w:val="0"/>
              <w:spacing w:before="98" w:after="0" w:line="262"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1BB149C0" w14:textId="77777777" w:rsidTr="00416C06">
        <w:trPr>
          <w:trHeight w:hRule="exact" w:val="462"/>
        </w:trPr>
        <w:tc>
          <w:tcPr>
            <w:tcW w:w="982" w:type="dxa"/>
            <w:tcBorders>
              <w:top w:val="single" w:sz="4" w:space="0" w:color="000000"/>
              <w:left w:val="single" w:sz="4" w:space="0" w:color="000000"/>
              <w:bottom w:val="single" w:sz="5" w:space="0" w:color="000000"/>
              <w:right w:val="single" w:sz="4" w:space="0" w:color="000000"/>
            </w:tcBorders>
            <w:tcMar>
              <w:left w:w="0" w:type="dxa"/>
              <w:right w:w="0" w:type="dxa"/>
            </w:tcMar>
          </w:tcPr>
          <w:p w14:paraId="3D56531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5" w:space="0" w:color="000000"/>
              <w:right w:val="single" w:sz="4" w:space="0" w:color="000000"/>
            </w:tcBorders>
            <w:tcMar>
              <w:left w:w="0" w:type="dxa"/>
              <w:right w:w="0" w:type="dxa"/>
            </w:tcMar>
          </w:tcPr>
          <w:p w14:paraId="33BE6E0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Округление</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натуральных</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чисел</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14:paraId="2B8FBFC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5" w:space="0" w:color="000000"/>
              <w:right w:val="single" w:sz="4" w:space="0" w:color="000000"/>
            </w:tcBorders>
            <w:tcMar>
              <w:left w:w="0" w:type="dxa"/>
              <w:right w:w="0" w:type="dxa"/>
            </w:tcMar>
          </w:tcPr>
          <w:p w14:paraId="44BC5EAD"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5" w:space="0" w:color="000000"/>
              <w:right w:val="single" w:sz="4" w:space="0" w:color="000000"/>
            </w:tcBorders>
            <w:tcMar>
              <w:left w:w="0" w:type="dxa"/>
              <w:right w:w="0" w:type="dxa"/>
            </w:tcMar>
          </w:tcPr>
          <w:p w14:paraId="0988ED97"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5" w:space="0" w:color="000000"/>
              <w:right w:val="single" w:sz="4" w:space="0" w:color="000000"/>
            </w:tcBorders>
            <w:tcMar>
              <w:left w:w="0" w:type="dxa"/>
              <w:right w:w="0" w:type="dxa"/>
            </w:tcMar>
          </w:tcPr>
          <w:p w14:paraId="650F6C0E"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700D3B0" w14:textId="77777777" w:rsidTr="00416C06">
        <w:trPr>
          <w:trHeight w:hRule="exact" w:val="570"/>
        </w:trPr>
        <w:tc>
          <w:tcPr>
            <w:tcW w:w="982" w:type="dxa"/>
            <w:tcBorders>
              <w:top w:val="single" w:sz="5" w:space="0" w:color="000000"/>
              <w:left w:val="single" w:sz="4" w:space="0" w:color="000000"/>
              <w:bottom w:val="single" w:sz="4" w:space="0" w:color="000000"/>
              <w:right w:val="single" w:sz="4" w:space="0" w:color="000000"/>
            </w:tcBorders>
            <w:tcMar>
              <w:left w:w="0" w:type="dxa"/>
              <w:right w:w="0" w:type="dxa"/>
            </w:tcMar>
          </w:tcPr>
          <w:p w14:paraId="7B671D78"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060" w:type="dxa"/>
            <w:tcBorders>
              <w:top w:val="single" w:sz="5" w:space="0" w:color="000000"/>
              <w:left w:val="single" w:sz="4" w:space="0" w:color="000000"/>
              <w:bottom w:val="single" w:sz="4" w:space="0" w:color="000000"/>
              <w:right w:val="single" w:sz="4" w:space="0" w:color="000000"/>
            </w:tcBorders>
            <w:tcMar>
              <w:left w:w="0" w:type="dxa"/>
              <w:right w:w="0" w:type="dxa"/>
            </w:tcMar>
          </w:tcPr>
          <w:p w14:paraId="3DE272D0"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Округление</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натуральных</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чисел</w:t>
            </w:r>
            <w:proofErr w:type="spellEnd"/>
            <w:r w:rsidRPr="00E30CCA">
              <w:rPr>
                <w:rFonts w:ascii="Times New Roman" w:eastAsia="Times New Roman" w:hAnsi="Times New Roman" w:cs="Times New Roman"/>
                <w:color w:val="000000"/>
                <w:sz w:val="24"/>
                <w:szCs w:val="24"/>
              </w:rPr>
              <w:t>.</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14:paraId="335B76E5"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5" w:space="0" w:color="000000"/>
              <w:left w:val="single" w:sz="4" w:space="0" w:color="000000"/>
              <w:bottom w:val="single" w:sz="4" w:space="0" w:color="000000"/>
              <w:right w:val="single" w:sz="4" w:space="0" w:color="000000"/>
            </w:tcBorders>
            <w:tcMar>
              <w:left w:w="0" w:type="dxa"/>
              <w:right w:w="0" w:type="dxa"/>
            </w:tcMar>
          </w:tcPr>
          <w:p w14:paraId="56ED0728" w14:textId="77777777" w:rsidR="00244939" w:rsidRPr="00E30CCA" w:rsidRDefault="00244939" w:rsidP="00416C06">
            <w:pPr>
              <w:rPr>
                <w:rFonts w:ascii="Times New Roman" w:hAnsi="Times New Roman" w:cs="Times New Roman"/>
                <w:sz w:val="24"/>
                <w:szCs w:val="24"/>
              </w:rPr>
            </w:pPr>
          </w:p>
        </w:tc>
        <w:tc>
          <w:tcPr>
            <w:tcW w:w="993" w:type="dxa"/>
            <w:tcBorders>
              <w:top w:val="single" w:sz="5" w:space="0" w:color="000000"/>
              <w:left w:val="single" w:sz="4" w:space="0" w:color="000000"/>
              <w:bottom w:val="single" w:sz="4" w:space="0" w:color="000000"/>
              <w:right w:val="single" w:sz="4" w:space="0" w:color="000000"/>
            </w:tcBorders>
            <w:tcMar>
              <w:left w:w="0" w:type="dxa"/>
              <w:right w:w="0" w:type="dxa"/>
            </w:tcMar>
          </w:tcPr>
          <w:p w14:paraId="5E386CCF" w14:textId="77777777" w:rsidR="00244939" w:rsidRPr="00E30CCA" w:rsidRDefault="00244939" w:rsidP="00416C06">
            <w:pPr>
              <w:rPr>
                <w:rFonts w:ascii="Times New Roman" w:hAnsi="Times New Roman" w:cs="Times New Roman"/>
                <w:sz w:val="24"/>
                <w:szCs w:val="24"/>
              </w:rPr>
            </w:pPr>
          </w:p>
        </w:tc>
        <w:tc>
          <w:tcPr>
            <w:tcW w:w="2766" w:type="dxa"/>
            <w:tcBorders>
              <w:top w:val="single" w:sz="5" w:space="0" w:color="000000"/>
              <w:left w:val="single" w:sz="4" w:space="0" w:color="000000"/>
              <w:bottom w:val="single" w:sz="4" w:space="0" w:color="000000"/>
              <w:right w:val="single" w:sz="4" w:space="0" w:color="000000"/>
            </w:tcBorders>
            <w:tcMar>
              <w:left w:w="0" w:type="dxa"/>
              <w:right w:w="0" w:type="dxa"/>
            </w:tcMar>
          </w:tcPr>
          <w:p w14:paraId="35B334E4" w14:textId="77777777" w:rsidR="00244939" w:rsidRPr="00E30CCA" w:rsidRDefault="00244939" w:rsidP="00416C06">
            <w:pPr>
              <w:autoSpaceDE w:val="0"/>
              <w:autoSpaceDN w:val="0"/>
              <w:spacing w:before="100" w:after="0" w:line="262"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029BE267" w14:textId="77777777" w:rsidTr="00416C06">
        <w:trPr>
          <w:trHeight w:hRule="exact" w:val="453"/>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5DE01"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2A8C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Контрольная</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работа</w:t>
            </w:r>
            <w:proofErr w:type="spellEnd"/>
            <w:r w:rsidRPr="00E30CCA">
              <w:rPr>
                <w:rFonts w:ascii="Times New Roman" w:eastAsia="Times New Roman" w:hAnsi="Times New Roman" w:cs="Times New Roman"/>
                <w:color w:val="000000"/>
                <w:sz w:val="24"/>
                <w:szCs w:val="24"/>
              </w:rPr>
              <w:t xml:space="preserve"> №1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0A62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A37FF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371D883"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8BFDFE"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Контрольная</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работа</w:t>
            </w:r>
            <w:proofErr w:type="spellEnd"/>
            <w:r w:rsidRPr="00E30CCA">
              <w:rPr>
                <w:rFonts w:ascii="Times New Roman" w:eastAsia="Times New Roman" w:hAnsi="Times New Roman" w:cs="Times New Roman"/>
                <w:color w:val="000000"/>
                <w:sz w:val="24"/>
                <w:szCs w:val="24"/>
              </w:rPr>
              <w:t>;</w:t>
            </w:r>
          </w:p>
        </w:tc>
      </w:tr>
      <w:tr w:rsidR="00244939" w:rsidRPr="00E30CCA" w14:paraId="1DBE8462" w14:textId="77777777" w:rsidTr="00416C06">
        <w:trPr>
          <w:trHeight w:hRule="exact" w:val="116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936D3"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91957" w14:textId="77777777" w:rsidR="00244939" w:rsidRPr="00E30CCA" w:rsidRDefault="00244939" w:rsidP="00416C06">
            <w:pPr>
              <w:autoSpaceDE w:val="0"/>
              <w:autoSpaceDN w:val="0"/>
              <w:spacing w:before="98" w:after="0" w:line="271"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Делители и кратные числа; наибольший общий делитель и наименьшее общее кратное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E038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A6BF2"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14C0034"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BB083D6" w14:textId="77777777" w:rsidR="00244939" w:rsidRPr="00E30CCA" w:rsidRDefault="00244939" w:rsidP="00416C06">
            <w:pPr>
              <w:rPr>
                <w:rFonts w:ascii="Times New Roman" w:hAnsi="Times New Roman" w:cs="Times New Roman"/>
                <w:sz w:val="24"/>
                <w:szCs w:val="24"/>
              </w:rPr>
            </w:pPr>
          </w:p>
        </w:tc>
      </w:tr>
      <w:tr w:rsidR="00244939" w:rsidRPr="00E30CCA" w14:paraId="553BEC6A" w14:textId="77777777" w:rsidTr="00416C06">
        <w:trPr>
          <w:trHeight w:hRule="exact" w:val="116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9682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DCE74" w14:textId="77777777" w:rsidR="00244939" w:rsidRPr="00E30CCA" w:rsidRDefault="00244939" w:rsidP="00416C06">
            <w:pPr>
              <w:autoSpaceDE w:val="0"/>
              <w:autoSpaceDN w:val="0"/>
              <w:spacing w:before="98" w:after="0" w:line="271"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Делители и кратные числа; наибольший общий делитель и наименьшее общее кратное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5FEA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C36FD39"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D4229"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FD930"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E68116B" w14:textId="77777777" w:rsidTr="00416C06">
        <w:trPr>
          <w:trHeight w:hRule="exact" w:val="1166"/>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E98083"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F411E8" w14:textId="77777777" w:rsidR="00244939" w:rsidRPr="00E30CCA" w:rsidRDefault="00244939" w:rsidP="00416C06">
            <w:pPr>
              <w:autoSpaceDE w:val="0"/>
              <w:autoSpaceDN w:val="0"/>
              <w:spacing w:before="98" w:after="0" w:line="271"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Делители и кратные числа; наибольший общий делитель и наименьшее общее кратное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5FD5E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E2362"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05B56"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CF24C" w14:textId="77777777" w:rsidR="00244939" w:rsidRPr="00E30CCA" w:rsidRDefault="00244939" w:rsidP="00416C06">
            <w:pPr>
              <w:autoSpaceDE w:val="0"/>
              <w:autoSpaceDN w:val="0"/>
              <w:spacing w:before="98" w:after="0" w:line="262"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2D274F73" w14:textId="77777777" w:rsidTr="00416C06">
        <w:trPr>
          <w:trHeight w:hRule="exact" w:val="116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11E78"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AAD14F" w14:textId="77777777" w:rsidR="00244939" w:rsidRPr="00E30CCA" w:rsidRDefault="00244939" w:rsidP="00416C06">
            <w:pPr>
              <w:autoSpaceDE w:val="0"/>
              <w:autoSpaceDN w:val="0"/>
              <w:spacing w:before="98" w:after="0" w:line="271"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Делители и кратные числа; наибольший общий делитель и наименьшее общее кратное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2CBD3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647219"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7A17FA"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6A511"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AD8335F" w14:textId="77777777" w:rsidTr="00416C06">
        <w:trPr>
          <w:trHeight w:hRule="exact" w:val="116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1FB33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2A0C0E" w14:textId="77777777" w:rsidR="00244939" w:rsidRPr="00E30CCA" w:rsidRDefault="00244939" w:rsidP="00416C06">
            <w:pPr>
              <w:autoSpaceDE w:val="0"/>
              <w:autoSpaceDN w:val="0"/>
              <w:spacing w:before="98" w:after="0" w:line="271" w:lineRule="auto"/>
              <w:ind w:left="72" w:right="144"/>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Делители и кратные числа; наибольший общий делитель и наименьшее общее кратное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D6A3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FFCB1"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E0E29"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41F81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Зачет</w:t>
            </w:r>
            <w:proofErr w:type="spellEnd"/>
            <w:r w:rsidRPr="00E30CCA">
              <w:rPr>
                <w:rFonts w:ascii="Times New Roman" w:eastAsia="Times New Roman" w:hAnsi="Times New Roman" w:cs="Times New Roman"/>
                <w:color w:val="000000"/>
                <w:sz w:val="24"/>
                <w:szCs w:val="24"/>
              </w:rPr>
              <w:t>;</w:t>
            </w:r>
          </w:p>
        </w:tc>
      </w:tr>
      <w:tr w:rsidR="00244939" w:rsidRPr="00E30CCA" w14:paraId="78D587E3" w14:textId="77777777" w:rsidTr="00416C06">
        <w:trPr>
          <w:trHeight w:hRule="exact" w:val="715"/>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79E41"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BED5D0" w14:textId="77777777" w:rsidR="00244939" w:rsidRPr="00E30CCA" w:rsidRDefault="00244939" w:rsidP="00416C06">
            <w:pPr>
              <w:autoSpaceDE w:val="0"/>
              <w:autoSpaceDN w:val="0"/>
              <w:spacing w:before="98" w:after="0" w:line="262" w:lineRule="auto"/>
              <w:ind w:right="375"/>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Разложение числа на простые 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1D813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F360CB"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8D5139A"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5DDC34" w14:textId="77777777" w:rsidR="00244939" w:rsidRPr="00E30CCA" w:rsidRDefault="00244939" w:rsidP="00416C06">
            <w:pPr>
              <w:autoSpaceDE w:val="0"/>
              <w:autoSpaceDN w:val="0"/>
              <w:spacing w:before="98" w:after="0" w:line="262" w:lineRule="auto"/>
              <w:ind w:left="72" w:right="576"/>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62650CD1" w14:textId="77777777" w:rsidTr="00416C06">
        <w:trPr>
          <w:trHeight w:hRule="exact" w:val="710"/>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CAF6DE"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D6F9A" w14:textId="77777777" w:rsidR="00244939" w:rsidRPr="00E30CCA" w:rsidRDefault="00244939" w:rsidP="00416C06">
            <w:pPr>
              <w:autoSpaceDE w:val="0"/>
              <w:autoSpaceDN w:val="0"/>
              <w:spacing w:before="98" w:after="0" w:line="262" w:lineRule="auto"/>
              <w:ind w:right="375"/>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Разложение числа на простые 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F2F5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76ED4"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C536F2B"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C8847" w14:textId="77777777" w:rsidR="00244939" w:rsidRPr="00E30CCA" w:rsidRDefault="00244939" w:rsidP="00416C06">
            <w:pPr>
              <w:rPr>
                <w:rFonts w:ascii="Times New Roman" w:hAnsi="Times New Roman" w:cs="Times New Roman"/>
                <w:sz w:val="24"/>
                <w:szCs w:val="24"/>
              </w:rPr>
            </w:pPr>
          </w:p>
        </w:tc>
      </w:tr>
      <w:tr w:rsidR="00244939" w:rsidRPr="00E30CCA" w14:paraId="2143C8CA" w14:textId="77777777" w:rsidTr="00416C06">
        <w:trPr>
          <w:trHeight w:hRule="exact" w:val="80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A9A60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387A0" w14:textId="77777777" w:rsidR="00244939" w:rsidRPr="00E30CCA" w:rsidRDefault="00244939" w:rsidP="00416C06">
            <w:pPr>
              <w:autoSpaceDE w:val="0"/>
              <w:autoSpaceDN w:val="0"/>
              <w:spacing w:before="98" w:after="0" w:line="262" w:lineRule="auto"/>
              <w:ind w:right="2160"/>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Разложение числа на простые 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6F59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89458" w14:textId="77777777" w:rsidR="00244939" w:rsidRPr="00E30CCA" w:rsidRDefault="00244939" w:rsidP="00416C06">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AFE2CA" w14:textId="77777777" w:rsidR="00244939" w:rsidRPr="00E30CCA" w:rsidRDefault="00244939" w:rsidP="00416C06">
            <w:pPr>
              <w:rPr>
                <w:rFonts w:ascii="Times New Roman" w:hAnsi="Times New Roman" w:cs="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C2BA9"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bl>
    <w:p w14:paraId="407AB16B" w14:textId="77777777" w:rsidR="00244939" w:rsidRPr="00E30CCA" w:rsidRDefault="00244939" w:rsidP="00244939">
      <w:pPr>
        <w:rPr>
          <w:rFonts w:ascii="Times New Roman" w:hAnsi="Times New Roman" w:cs="Times New Roman"/>
          <w:sz w:val="24"/>
          <w:szCs w:val="24"/>
        </w:rPr>
        <w:sectPr w:rsidR="00244939" w:rsidRPr="00E30CCA">
          <w:pgSz w:w="11900" w:h="16840"/>
          <w:pgMar w:top="284" w:right="650" w:bottom="340" w:left="666" w:header="720" w:footer="720" w:gutter="0"/>
          <w:cols w:space="720" w:equalWidth="0">
            <w:col w:w="10584" w:space="0"/>
          </w:cols>
          <w:docGrid w:linePitch="360"/>
        </w:sectPr>
      </w:pPr>
    </w:p>
    <w:p w14:paraId="3DF52D03"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10958" w:type="dxa"/>
        <w:tblInd w:w="6" w:type="dxa"/>
        <w:tblLayout w:type="fixed"/>
        <w:tblLook w:val="04A0" w:firstRow="1" w:lastRow="0" w:firstColumn="1" w:lastColumn="0" w:noHBand="0" w:noVBand="1"/>
      </w:tblPr>
      <w:tblGrid>
        <w:gridCol w:w="982"/>
        <w:gridCol w:w="4466"/>
        <w:gridCol w:w="732"/>
        <w:gridCol w:w="897"/>
        <w:gridCol w:w="992"/>
        <w:gridCol w:w="2889"/>
      </w:tblGrid>
      <w:tr w:rsidR="00244939" w:rsidRPr="00E30CCA" w14:paraId="5CA2F222" w14:textId="77777777" w:rsidTr="00416C06">
        <w:trPr>
          <w:trHeight w:hRule="exact" w:val="960"/>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CCAF73"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737CB6" w14:textId="77777777" w:rsidR="00244939" w:rsidRPr="00E30CCA" w:rsidRDefault="00244939" w:rsidP="00416C06">
            <w:pPr>
              <w:autoSpaceDE w:val="0"/>
              <w:autoSpaceDN w:val="0"/>
              <w:spacing w:before="98" w:after="0" w:line="262" w:lineRule="auto"/>
              <w:ind w:right="2160"/>
              <w:jc w:val="center"/>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 xml:space="preserve">Разложение числа на </w:t>
            </w:r>
            <w:r w:rsidRPr="00E30CCA">
              <w:rPr>
                <w:rFonts w:ascii="Times New Roman" w:hAnsi="Times New Roman" w:cs="Times New Roman"/>
                <w:sz w:val="24"/>
                <w:szCs w:val="24"/>
                <w:lang w:val="ru-RU"/>
              </w:rPr>
              <w:br/>
            </w:r>
            <w:r w:rsidRPr="00E30CCA">
              <w:rPr>
                <w:rFonts w:ascii="Times New Roman" w:eastAsia="Times New Roman" w:hAnsi="Times New Roman" w:cs="Times New Roman"/>
                <w:color w:val="000000"/>
                <w:sz w:val="24"/>
                <w:szCs w:val="24"/>
                <w:lang w:val="ru-RU"/>
              </w:rPr>
              <w:t>простые 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8412DB"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44A01"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127D850"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A247A2" w14:textId="77777777" w:rsidR="00244939" w:rsidRPr="00E30CCA" w:rsidRDefault="00244939" w:rsidP="00416C06">
            <w:pPr>
              <w:rPr>
                <w:rFonts w:ascii="Times New Roman" w:hAnsi="Times New Roman" w:cs="Times New Roman"/>
                <w:sz w:val="24"/>
                <w:szCs w:val="24"/>
              </w:rPr>
            </w:pPr>
          </w:p>
        </w:tc>
      </w:tr>
      <w:tr w:rsidR="00244939" w:rsidRPr="00E30CCA" w14:paraId="2970F08E" w14:textId="77777777" w:rsidTr="00416C06">
        <w:trPr>
          <w:trHeight w:hRule="exact" w:val="82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2FEBD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77DA7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Контрольная</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работа</w:t>
            </w:r>
            <w:proofErr w:type="spellEnd"/>
            <w:r w:rsidRPr="00E30CCA">
              <w:rPr>
                <w:rFonts w:ascii="Times New Roman" w:eastAsia="Times New Roman" w:hAnsi="Times New Roman" w:cs="Times New Roman"/>
                <w:color w:val="000000"/>
                <w:sz w:val="24"/>
                <w:szCs w:val="24"/>
              </w:rPr>
              <w:t xml:space="preserve"> №2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40F9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62AC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93507B7"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5BA17" w14:textId="77777777" w:rsidR="00244939" w:rsidRPr="00E30CCA" w:rsidRDefault="00244939" w:rsidP="00416C06">
            <w:pPr>
              <w:autoSpaceDE w:val="0"/>
              <w:autoSpaceDN w:val="0"/>
              <w:spacing w:before="98" w:after="0" w:line="262"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Контрольная</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работа</w:t>
            </w:r>
            <w:proofErr w:type="spellEnd"/>
            <w:r w:rsidRPr="00E30CCA">
              <w:rPr>
                <w:rFonts w:ascii="Times New Roman" w:eastAsia="Times New Roman" w:hAnsi="Times New Roman" w:cs="Times New Roman"/>
                <w:color w:val="000000"/>
                <w:sz w:val="24"/>
                <w:szCs w:val="24"/>
              </w:rPr>
              <w:t>;</w:t>
            </w:r>
          </w:p>
        </w:tc>
      </w:tr>
      <w:tr w:rsidR="00244939" w:rsidRPr="00E30CCA" w14:paraId="0498BCA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93626"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2F435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Делимость</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суммы</w:t>
            </w:r>
            <w:proofErr w:type="spellEnd"/>
            <w:r w:rsidRPr="00E30CCA">
              <w:rPr>
                <w:rFonts w:ascii="Times New Roman" w:eastAsia="Times New Roman" w:hAnsi="Times New Roman" w:cs="Times New Roman"/>
                <w:color w:val="000000"/>
                <w:sz w:val="24"/>
                <w:szCs w:val="24"/>
              </w:rPr>
              <w:t xml:space="preserve"> и </w:t>
            </w:r>
            <w:proofErr w:type="spellStart"/>
            <w:r w:rsidRPr="00E30CCA">
              <w:rPr>
                <w:rFonts w:ascii="Times New Roman" w:eastAsia="Times New Roman" w:hAnsi="Times New Roman" w:cs="Times New Roman"/>
                <w:color w:val="000000"/>
                <w:sz w:val="24"/>
                <w:szCs w:val="24"/>
              </w:rPr>
              <w:t>произведения</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37646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13B0BD"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01D18"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192B2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35293F8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A0B8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981C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Делимость</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суммы</w:t>
            </w:r>
            <w:proofErr w:type="spellEnd"/>
            <w:r w:rsidRPr="00E30CCA">
              <w:rPr>
                <w:rFonts w:ascii="Times New Roman" w:eastAsia="Times New Roman" w:hAnsi="Times New Roman" w:cs="Times New Roman"/>
                <w:color w:val="000000"/>
                <w:sz w:val="24"/>
                <w:szCs w:val="24"/>
              </w:rPr>
              <w:t xml:space="preserve"> и </w:t>
            </w:r>
            <w:proofErr w:type="spellStart"/>
            <w:r w:rsidRPr="00E30CCA">
              <w:rPr>
                <w:rFonts w:ascii="Times New Roman" w:eastAsia="Times New Roman" w:hAnsi="Times New Roman" w:cs="Times New Roman"/>
                <w:color w:val="000000"/>
                <w:sz w:val="24"/>
                <w:szCs w:val="24"/>
              </w:rPr>
              <w:t>произведения</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25793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790AA"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59C68"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E02A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5C860BE"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5E22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70AA2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Делимость</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суммы</w:t>
            </w:r>
            <w:proofErr w:type="spellEnd"/>
            <w:r w:rsidRPr="00E30CCA">
              <w:rPr>
                <w:rFonts w:ascii="Times New Roman" w:eastAsia="Times New Roman" w:hAnsi="Times New Roman" w:cs="Times New Roman"/>
                <w:color w:val="000000"/>
                <w:sz w:val="24"/>
                <w:szCs w:val="24"/>
              </w:rPr>
              <w:t xml:space="preserve"> и </w:t>
            </w:r>
            <w:proofErr w:type="spellStart"/>
            <w:r w:rsidRPr="00E30CCA">
              <w:rPr>
                <w:rFonts w:ascii="Times New Roman" w:eastAsia="Times New Roman" w:hAnsi="Times New Roman" w:cs="Times New Roman"/>
                <w:color w:val="000000"/>
                <w:sz w:val="24"/>
                <w:szCs w:val="24"/>
              </w:rPr>
              <w:t>произведения</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3DAEA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61435C"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1F757"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A930E" w14:textId="77777777" w:rsidR="00244939" w:rsidRPr="00E30CCA" w:rsidRDefault="00244939" w:rsidP="00416C06">
            <w:pPr>
              <w:rPr>
                <w:rFonts w:ascii="Times New Roman" w:hAnsi="Times New Roman" w:cs="Times New Roman"/>
                <w:sz w:val="24"/>
                <w:szCs w:val="24"/>
              </w:rPr>
            </w:pPr>
          </w:p>
        </w:tc>
      </w:tr>
      <w:tr w:rsidR="00244939" w:rsidRPr="00E30CCA" w14:paraId="39986BC2" w14:textId="77777777" w:rsidTr="00416C06">
        <w:trPr>
          <w:trHeight w:hRule="exact" w:val="490"/>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343F01"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1C515"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Делимость</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суммы</w:t>
            </w:r>
            <w:proofErr w:type="spellEnd"/>
            <w:r w:rsidRPr="00E30CCA">
              <w:rPr>
                <w:rFonts w:ascii="Times New Roman" w:eastAsia="Times New Roman" w:hAnsi="Times New Roman" w:cs="Times New Roman"/>
                <w:color w:val="000000"/>
                <w:sz w:val="24"/>
                <w:szCs w:val="24"/>
              </w:rPr>
              <w:t xml:space="preserve"> и </w:t>
            </w:r>
            <w:proofErr w:type="spellStart"/>
            <w:r w:rsidRPr="00E30CCA">
              <w:rPr>
                <w:rFonts w:ascii="Times New Roman" w:eastAsia="Times New Roman" w:hAnsi="Times New Roman" w:cs="Times New Roman"/>
                <w:color w:val="000000"/>
                <w:sz w:val="24"/>
                <w:szCs w:val="24"/>
              </w:rPr>
              <w:t>произведения</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2878E"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A70CA8"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9D5A1B"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685D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90F6FCF"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ABA3C"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775195"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Деление</w:t>
            </w:r>
            <w:proofErr w:type="spellEnd"/>
            <w:r w:rsidRPr="00E30CCA">
              <w:rPr>
                <w:rFonts w:ascii="Times New Roman" w:eastAsia="Times New Roman" w:hAnsi="Times New Roman" w:cs="Times New Roman"/>
                <w:color w:val="000000"/>
                <w:sz w:val="24"/>
                <w:szCs w:val="24"/>
              </w:rPr>
              <w:t xml:space="preserve"> с </w:t>
            </w:r>
            <w:proofErr w:type="spellStart"/>
            <w:r w:rsidRPr="00E30CCA">
              <w:rPr>
                <w:rFonts w:ascii="Times New Roman" w:eastAsia="Times New Roman" w:hAnsi="Times New Roman" w:cs="Times New Roman"/>
                <w:color w:val="000000"/>
                <w:sz w:val="24"/>
                <w:szCs w:val="24"/>
              </w:rPr>
              <w:t>остатком</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81AD67"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E60DF3"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212B3"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0F841467" w14:textId="77777777" w:rsidR="00244939" w:rsidRPr="00E30CCA" w:rsidRDefault="00244939" w:rsidP="00416C06">
            <w:pPr>
              <w:rPr>
                <w:rFonts w:ascii="Times New Roman" w:hAnsi="Times New Roman" w:cs="Times New Roman"/>
                <w:sz w:val="24"/>
                <w:szCs w:val="24"/>
              </w:rPr>
            </w:pPr>
          </w:p>
        </w:tc>
      </w:tr>
      <w:tr w:rsidR="00244939" w:rsidRPr="00E30CCA" w14:paraId="6CBDAB0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41417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9A0A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Деление</w:t>
            </w:r>
            <w:proofErr w:type="spellEnd"/>
            <w:r w:rsidRPr="00E30CCA">
              <w:rPr>
                <w:rFonts w:ascii="Times New Roman" w:eastAsia="Times New Roman" w:hAnsi="Times New Roman" w:cs="Times New Roman"/>
                <w:color w:val="000000"/>
                <w:sz w:val="24"/>
                <w:szCs w:val="24"/>
              </w:rPr>
              <w:t xml:space="preserve"> с </w:t>
            </w:r>
            <w:proofErr w:type="spellStart"/>
            <w:r w:rsidRPr="00E30CCA">
              <w:rPr>
                <w:rFonts w:ascii="Times New Roman" w:eastAsia="Times New Roman" w:hAnsi="Times New Roman" w:cs="Times New Roman"/>
                <w:color w:val="000000"/>
                <w:sz w:val="24"/>
                <w:szCs w:val="24"/>
              </w:rPr>
              <w:t>остатком</w:t>
            </w:r>
            <w:proofErr w:type="spellEnd"/>
            <w:r w:rsidRPr="00E30CCA">
              <w:rPr>
                <w:rFonts w:ascii="Times New Roman" w:eastAsia="Times New Roman" w:hAnsi="Times New Roman" w:cs="Times New Roman"/>
                <w:color w:val="000000"/>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156E3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4318F90"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D7CE0"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C76F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56CCFA6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78463"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E973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Решение</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текстовых</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BFD3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EC1FC"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4BC90"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D295E4" w14:textId="77777777" w:rsidR="00244939" w:rsidRPr="00E30CCA" w:rsidRDefault="00244939" w:rsidP="00416C06">
            <w:pPr>
              <w:rPr>
                <w:rFonts w:ascii="Times New Roman" w:hAnsi="Times New Roman" w:cs="Times New Roman"/>
                <w:sz w:val="24"/>
                <w:szCs w:val="24"/>
              </w:rPr>
            </w:pPr>
          </w:p>
        </w:tc>
      </w:tr>
      <w:tr w:rsidR="00244939" w:rsidRPr="00E30CCA" w14:paraId="2E1C1C9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B04D6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96B43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Решение</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текстовых</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8CCAF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27065"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E9B73"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E4C9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0648EDB"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816C08"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A119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Решение</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текстовых</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221F83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C3D3E4F"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C4A1A"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5037322" w14:textId="77777777" w:rsidR="00244939" w:rsidRPr="00E30CCA" w:rsidRDefault="00244939" w:rsidP="00416C06">
            <w:pPr>
              <w:rPr>
                <w:rFonts w:ascii="Times New Roman" w:hAnsi="Times New Roman" w:cs="Times New Roman"/>
                <w:sz w:val="24"/>
                <w:szCs w:val="24"/>
              </w:rPr>
            </w:pPr>
          </w:p>
        </w:tc>
      </w:tr>
      <w:tr w:rsidR="00244939" w:rsidRPr="00E30CCA" w14:paraId="559F6AFB" w14:textId="77777777" w:rsidTr="00416C06">
        <w:trPr>
          <w:trHeight w:hRule="exact" w:val="86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9478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CA6D20"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Решение текстовых задач. Контрольная работа №3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C91EF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B6E33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37C4C4"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8482E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198E7A9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D7F18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9B9C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Перпендикулярные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прямые</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9238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47484"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6C591"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1962EC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45D2766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1BFF6"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DF05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Перпендикулярные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прямые</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95D3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A089B"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9913AD"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494A6DF" w14:textId="77777777" w:rsidR="00244939" w:rsidRPr="00E30CCA" w:rsidRDefault="00244939" w:rsidP="00416C06">
            <w:pPr>
              <w:rPr>
                <w:rFonts w:ascii="Times New Roman" w:hAnsi="Times New Roman" w:cs="Times New Roman"/>
                <w:sz w:val="24"/>
                <w:szCs w:val="24"/>
              </w:rPr>
            </w:pPr>
          </w:p>
        </w:tc>
      </w:tr>
      <w:tr w:rsidR="00244939" w:rsidRPr="00E30CCA" w14:paraId="7B42D08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43803"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59D9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Параллельные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прямые</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B5CC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43875"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6B060"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652944D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6C88995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45F45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BF48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Параллельные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прямые</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135C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1B995031"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3A6180E"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5AA06" w14:textId="77777777" w:rsidR="00244939" w:rsidRPr="00E30CCA" w:rsidRDefault="00244939" w:rsidP="00416C06">
            <w:pPr>
              <w:rPr>
                <w:rFonts w:ascii="Times New Roman" w:hAnsi="Times New Roman" w:cs="Times New Roman"/>
                <w:sz w:val="24"/>
                <w:szCs w:val="24"/>
              </w:rPr>
            </w:pPr>
          </w:p>
        </w:tc>
      </w:tr>
      <w:tr w:rsidR="00244939" w:rsidRPr="00E30CCA" w14:paraId="1F5D391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6EC36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BB79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Расстояние между двумя точками, от точки до прямой, длина пути на квадратной сетке.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CFD06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B25D5"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67467A"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0797F3" w14:textId="77777777" w:rsidR="00244939" w:rsidRPr="00E30CCA" w:rsidRDefault="00244939" w:rsidP="00416C06">
            <w:pPr>
              <w:rPr>
                <w:rFonts w:ascii="Times New Roman" w:hAnsi="Times New Roman" w:cs="Times New Roman"/>
                <w:sz w:val="24"/>
                <w:szCs w:val="24"/>
              </w:rPr>
            </w:pPr>
          </w:p>
        </w:tc>
      </w:tr>
      <w:tr w:rsidR="00244939" w:rsidRPr="00E30CCA" w14:paraId="47BF712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506B1"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BEA97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Расстояние между двумя точками, от точки до прямой, длина пути на квадратной сетке.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8FD8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71A3B54E"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6F5C2F"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B3051D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76ABD1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3CD4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7629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Примеры</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прямых</w:t>
            </w:r>
            <w:proofErr w:type="spellEnd"/>
            <w:r w:rsidRPr="00E30CCA">
              <w:rPr>
                <w:rFonts w:ascii="Times New Roman" w:hAnsi="Times New Roman" w:cs="Times New Roman"/>
                <w:color w:val="231F20"/>
                <w:sz w:val="24"/>
                <w:szCs w:val="24"/>
                <w:shd w:val="clear" w:color="auto" w:fill="FFFFFF"/>
              </w:rPr>
              <w:t xml:space="preserve"> в </w:t>
            </w:r>
            <w:proofErr w:type="spellStart"/>
            <w:r w:rsidRPr="00E30CCA">
              <w:rPr>
                <w:rFonts w:ascii="Times New Roman" w:hAnsi="Times New Roman" w:cs="Times New Roman"/>
                <w:color w:val="231F20"/>
                <w:sz w:val="24"/>
                <w:szCs w:val="24"/>
                <w:shd w:val="clear" w:color="auto" w:fill="FFFFFF"/>
              </w:rPr>
              <w:t>пространстве</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E9C2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9D883"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410F3"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19B21C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18CC93A3"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5A66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D7EF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Обыкновенная дробь, основное свойство дроби, сокращение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6D3A8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C051E"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0D3E33"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17D17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6BBE2A2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884E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007C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Обыкновенная дробь, основное свойство дроби, сокращение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675F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78726E"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A9670"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A348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2BB9A7C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6532C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8DC5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Обыкновенная дробь, основное свойство дроби, сокращение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09174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CE97F8"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A8E022"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AB466E" w14:textId="77777777" w:rsidR="00244939" w:rsidRPr="00E30CCA" w:rsidRDefault="00244939" w:rsidP="00416C06">
            <w:pPr>
              <w:rPr>
                <w:rFonts w:ascii="Times New Roman" w:hAnsi="Times New Roman" w:cs="Times New Roman"/>
                <w:sz w:val="24"/>
                <w:szCs w:val="24"/>
              </w:rPr>
            </w:pPr>
          </w:p>
        </w:tc>
      </w:tr>
      <w:tr w:rsidR="00244939" w:rsidRPr="00E30CCA" w14:paraId="447C28B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665184"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1EEB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Сравнение</w:t>
            </w:r>
            <w:proofErr w:type="spellEnd"/>
            <w:r w:rsidRPr="00E30CCA">
              <w:rPr>
                <w:rFonts w:ascii="Times New Roman" w:hAnsi="Times New Roman" w:cs="Times New Roman"/>
                <w:color w:val="231F20"/>
                <w:sz w:val="24"/>
                <w:szCs w:val="24"/>
                <w:shd w:val="clear" w:color="auto" w:fill="FFFFFF"/>
              </w:rPr>
              <w:t xml:space="preserve"> и </w:t>
            </w:r>
            <w:proofErr w:type="spellStart"/>
            <w:r w:rsidRPr="00E30CCA">
              <w:rPr>
                <w:rFonts w:ascii="Times New Roman" w:hAnsi="Times New Roman" w:cs="Times New Roman"/>
                <w:color w:val="231F20"/>
                <w:sz w:val="24"/>
                <w:szCs w:val="24"/>
                <w:shd w:val="clear" w:color="auto" w:fill="FFFFFF"/>
              </w:rPr>
              <w:t>упорядочивание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дробей</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400AC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EA000E"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1106DC"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40DD72" w14:textId="77777777" w:rsidR="00244939" w:rsidRPr="00E30CCA" w:rsidRDefault="00244939" w:rsidP="00416C06">
            <w:pPr>
              <w:rPr>
                <w:rFonts w:ascii="Times New Roman" w:hAnsi="Times New Roman" w:cs="Times New Roman"/>
                <w:sz w:val="24"/>
                <w:szCs w:val="24"/>
              </w:rPr>
            </w:pPr>
          </w:p>
        </w:tc>
      </w:tr>
      <w:tr w:rsidR="00244939" w:rsidRPr="00E30CCA" w14:paraId="255006A8"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3E20E"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74158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Сравнение</w:t>
            </w:r>
            <w:proofErr w:type="spellEnd"/>
            <w:r w:rsidRPr="00E30CCA">
              <w:rPr>
                <w:rFonts w:ascii="Times New Roman" w:hAnsi="Times New Roman" w:cs="Times New Roman"/>
                <w:color w:val="231F20"/>
                <w:sz w:val="24"/>
                <w:szCs w:val="24"/>
                <w:shd w:val="clear" w:color="auto" w:fill="FFFFFF"/>
              </w:rPr>
              <w:t xml:space="preserve"> и </w:t>
            </w:r>
            <w:proofErr w:type="spellStart"/>
            <w:r w:rsidRPr="00E30CCA">
              <w:rPr>
                <w:rFonts w:ascii="Times New Roman" w:hAnsi="Times New Roman" w:cs="Times New Roman"/>
                <w:color w:val="231F20"/>
                <w:sz w:val="24"/>
                <w:szCs w:val="24"/>
                <w:shd w:val="clear" w:color="auto" w:fill="FFFFFF"/>
              </w:rPr>
              <w:t>упорядочивание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дробей</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B42E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23D61"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9AB8C"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6F69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0A3B28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C2D28"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D0E0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pacing w:val="-1"/>
                <w:sz w:val="24"/>
                <w:szCs w:val="24"/>
                <w:shd w:val="clear" w:color="auto" w:fill="FFFFFF"/>
                <w:lang w:val="ru-RU"/>
              </w:rPr>
              <w:t>Десятичные</w:t>
            </w:r>
            <w:r w:rsidRPr="00E30CCA">
              <w:rPr>
                <w:rFonts w:ascii="Times New Roman" w:hAnsi="Times New Roman" w:cs="Times New Roman"/>
                <w:color w:val="231F20"/>
                <w:spacing w:val="-1"/>
                <w:sz w:val="24"/>
                <w:szCs w:val="24"/>
                <w:shd w:val="clear" w:color="auto" w:fill="FFFFFF"/>
              </w:rPr>
              <w:t> </w:t>
            </w:r>
            <w:r w:rsidRPr="00E30CCA">
              <w:rPr>
                <w:rFonts w:ascii="Times New Roman" w:hAnsi="Times New Roman" w:cs="Times New Roman"/>
                <w:color w:val="231F20"/>
                <w:sz w:val="24"/>
                <w:szCs w:val="24"/>
                <w:shd w:val="clear" w:color="auto" w:fill="FFFFFF"/>
                <w:lang w:val="ru-RU"/>
              </w:rPr>
              <w:t>дроби и метрическая система мер.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0F183B"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213738"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04A7F"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693DF" w14:textId="77777777" w:rsidR="00244939" w:rsidRPr="00E30CCA" w:rsidRDefault="00244939" w:rsidP="00416C06">
            <w:pPr>
              <w:rPr>
                <w:rFonts w:ascii="Times New Roman" w:hAnsi="Times New Roman" w:cs="Times New Roman"/>
                <w:sz w:val="24"/>
                <w:szCs w:val="24"/>
              </w:rPr>
            </w:pPr>
          </w:p>
        </w:tc>
      </w:tr>
      <w:tr w:rsidR="00244939" w:rsidRPr="00E30CCA" w14:paraId="32BB19D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304875C"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C9B59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pacing w:val="-1"/>
                <w:sz w:val="24"/>
                <w:szCs w:val="24"/>
                <w:shd w:val="clear" w:color="auto" w:fill="FFFFFF"/>
                <w:lang w:val="ru-RU"/>
              </w:rPr>
              <w:t>Десятичные</w:t>
            </w:r>
            <w:r w:rsidRPr="00E30CCA">
              <w:rPr>
                <w:rFonts w:ascii="Times New Roman" w:hAnsi="Times New Roman" w:cs="Times New Roman"/>
                <w:color w:val="231F20"/>
                <w:spacing w:val="-1"/>
                <w:sz w:val="24"/>
                <w:szCs w:val="24"/>
                <w:shd w:val="clear" w:color="auto" w:fill="FFFFFF"/>
              </w:rPr>
              <w:t> </w:t>
            </w:r>
            <w:r w:rsidRPr="00E30CCA">
              <w:rPr>
                <w:rFonts w:ascii="Times New Roman" w:hAnsi="Times New Roman" w:cs="Times New Roman"/>
                <w:color w:val="231F20"/>
                <w:sz w:val="24"/>
                <w:szCs w:val="24"/>
                <w:shd w:val="clear" w:color="auto" w:fill="FFFFFF"/>
                <w:lang w:val="ru-RU"/>
              </w:rPr>
              <w:t>дроби и метрическая система мер.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8C55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C75FC3"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B1AEC8"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48AFA90" w14:textId="77777777" w:rsidR="00244939" w:rsidRPr="00E30CCA" w:rsidRDefault="00244939" w:rsidP="00416C06">
            <w:pPr>
              <w:rPr>
                <w:rFonts w:ascii="Times New Roman" w:hAnsi="Times New Roman" w:cs="Times New Roman"/>
                <w:sz w:val="24"/>
                <w:szCs w:val="24"/>
              </w:rPr>
            </w:pPr>
          </w:p>
        </w:tc>
      </w:tr>
      <w:tr w:rsidR="00244939" w:rsidRPr="00E30CCA" w14:paraId="4A4E4DE6" w14:textId="77777777" w:rsidTr="00416C06">
        <w:trPr>
          <w:trHeight w:hRule="exact" w:val="648"/>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C0BED"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2585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Арифметические действия с обыкновенными и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4DCC0"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579FB"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356FEB"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136D2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3D3EC7B" w14:textId="77777777" w:rsidTr="00416C06">
        <w:trPr>
          <w:trHeight w:hRule="exact" w:val="686"/>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0F5256"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D688A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Арифметические действия с обыкновенными и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455F9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70CD11"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7DB46"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23B49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89513C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240C8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01EC83"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Арифметические действия с обыкновенными и десятичными дробями. Контрольная работа №4</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B4A6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187E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7EEA7"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71DB63E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6F354A25" w14:textId="77777777" w:rsidTr="00416C06">
        <w:trPr>
          <w:trHeight w:hRule="exact" w:val="47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37D72"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90704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Отношение</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13DC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B9BD0" w14:textId="77777777" w:rsidR="00244939" w:rsidRPr="00E30CCA" w:rsidRDefault="00244939" w:rsidP="00416C06">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54DF6" w14:textId="77777777" w:rsidR="00244939" w:rsidRPr="00E30CCA" w:rsidRDefault="00244939" w:rsidP="00416C06">
            <w:pPr>
              <w:rPr>
                <w:rFonts w:ascii="Times New Roman" w:hAnsi="Times New Roman" w:cs="Times New Roman"/>
                <w:sz w:val="24"/>
                <w:szCs w:val="24"/>
              </w:rPr>
            </w:pPr>
          </w:p>
        </w:tc>
        <w:tc>
          <w:tcPr>
            <w:tcW w:w="2889" w:type="dxa"/>
            <w:tcBorders>
              <w:top w:val="single" w:sz="4" w:space="0" w:color="000000"/>
              <w:left w:val="single" w:sz="4" w:space="0" w:color="000000"/>
              <w:bottom w:val="single" w:sz="4" w:space="0" w:color="000000"/>
              <w:right w:val="single" w:sz="4" w:space="0" w:color="000000"/>
            </w:tcBorders>
            <w:tcMar>
              <w:left w:w="0" w:type="dxa"/>
              <w:right w:w="0" w:type="dxa"/>
            </w:tcMar>
          </w:tcPr>
          <w:p w14:paraId="37FC9036" w14:textId="77777777" w:rsidR="00244939" w:rsidRPr="00E30CCA" w:rsidRDefault="00244939" w:rsidP="00416C06">
            <w:pPr>
              <w:rPr>
                <w:rFonts w:ascii="Times New Roman" w:hAnsi="Times New Roman" w:cs="Times New Roman"/>
                <w:sz w:val="24"/>
                <w:szCs w:val="24"/>
              </w:rPr>
            </w:pPr>
          </w:p>
        </w:tc>
      </w:tr>
    </w:tbl>
    <w:p w14:paraId="6A6A682C"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0F2B4E35" w14:textId="77777777" w:rsidR="00244939" w:rsidRPr="00E30CCA" w:rsidRDefault="00244939" w:rsidP="00244939">
      <w:pPr>
        <w:rPr>
          <w:rFonts w:ascii="Times New Roman" w:hAnsi="Times New Roman" w:cs="Times New Roman"/>
          <w:sz w:val="24"/>
          <w:szCs w:val="24"/>
        </w:rPr>
        <w:sectPr w:rsidR="00244939" w:rsidRPr="00E30CCA">
          <w:pgSz w:w="11900" w:h="16840"/>
          <w:pgMar w:top="284" w:right="650" w:bottom="344" w:left="666" w:header="720" w:footer="720" w:gutter="0"/>
          <w:cols w:space="720" w:equalWidth="0">
            <w:col w:w="10584" w:space="0"/>
          </w:cols>
          <w:docGrid w:linePitch="360"/>
        </w:sectPr>
      </w:pPr>
    </w:p>
    <w:p w14:paraId="0B640227"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982"/>
        <w:gridCol w:w="4060"/>
        <w:gridCol w:w="732"/>
        <w:gridCol w:w="1019"/>
        <w:gridCol w:w="1134"/>
        <w:gridCol w:w="2625"/>
      </w:tblGrid>
      <w:tr w:rsidR="00244939" w:rsidRPr="00E30CCA" w14:paraId="7E656313" w14:textId="77777777" w:rsidTr="00416C06">
        <w:trPr>
          <w:trHeight w:hRule="exact" w:val="62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B33CCE"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306BD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Отношение</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73D5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3E887F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B527BC"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2C22DD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3E3AF73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6C52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16C07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Деление</w:t>
            </w:r>
            <w:proofErr w:type="spellEnd"/>
            <w:r w:rsidRPr="00E30CCA">
              <w:rPr>
                <w:rFonts w:ascii="Times New Roman" w:hAnsi="Times New Roman" w:cs="Times New Roman"/>
                <w:color w:val="231F20"/>
                <w:sz w:val="24"/>
                <w:szCs w:val="24"/>
                <w:shd w:val="clear" w:color="auto" w:fill="FFFFFF"/>
              </w:rPr>
              <w:t xml:space="preserve"> в </w:t>
            </w:r>
            <w:proofErr w:type="spellStart"/>
            <w:r w:rsidRPr="00E30CCA">
              <w:rPr>
                <w:rFonts w:ascii="Times New Roman" w:hAnsi="Times New Roman" w:cs="Times New Roman"/>
                <w:color w:val="231F20"/>
                <w:sz w:val="24"/>
                <w:szCs w:val="24"/>
                <w:shd w:val="clear" w:color="auto" w:fill="FFFFFF"/>
              </w:rPr>
              <w:t>данном</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отношении</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15CE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B6106A"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A08E12"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772107" w14:textId="77777777" w:rsidR="00244939" w:rsidRPr="00E30CCA" w:rsidRDefault="00244939" w:rsidP="00416C06">
            <w:pPr>
              <w:rPr>
                <w:rFonts w:ascii="Times New Roman" w:hAnsi="Times New Roman" w:cs="Times New Roman"/>
                <w:sz w:val="24"/>
                <w:szCs w:val="24"/>
              </w:rPr>
            </w:pPr>
          </w:p>
        </w:tc>
      </w:tr>
      <w:tr w:rsidR="00244939" w:rsidRPr="00E30CCA" w14:paraId="20F895B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BB60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F20BD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Деление</w:t>
            </w:r>
            <w:proofErr w:type="spellEnd"/>
            <w:r w:rsidRPr="00E30CCA">
              <w:rPr>
                <w:rFonts w:ascii="Times New Roman" w:hAnsi="Times New Roman" w:cs="Times New Roman"/>
                <w:color w:val="231F20"/>
                <w:sz w:val="24"/>
                <w:szCs w:val="24"/>
                <w:shd w:val="clear" w:color="auto" w:fill="FFFFFF"/>
              </w:rPr>
              <w:t xml:space="preserve"> в </w:t>
            </w:r>
            <w:proofErr w:type="spellStart"/>
            <w:r w:rsidRPr="00E30CCA">
              <w:rPr>
                <w:rFonts w:ascii="Times New Roman" w:hAnsi="Times New Roman" w:cs="Times New Roman"/>
                <w:color w:val="231F20"/>
                <w:sz w:val="24"/>
                <w:szCs w:val="24"/>
                <w:shd w:val="clear" w:color="auto" w:fill="FFFFFF"/>
              </w:rPr>
              <w:t>данном</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отношении</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BD426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9103B"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E084DE"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625E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7F78BE3"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953B70"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16385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Масштаб</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пропорция</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C36C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F1E1B"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2BE29"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6084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5DB497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BE816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77CCC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Масштаб</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пропорция</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7F6A45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C499E"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711754"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8BEC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1766827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9DE8B1"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4AA5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Масштаб</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пропорция</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69B0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E523F7"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A1BA2F"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075D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3B606C6B"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A8E221"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7FB55" w14:textId="77777777" w:rsidR="00244939" w:rsidRPr="00E30CCA" w:rsidRDefault="00244939" w:rsidP="00416C06">
            <w:pPr>
              <w:rPr>
                <w:rFonts w:ascii="Times New Roman" w:hAnsi="Times New Roman" w:cs="Times New Roman"/>
                <w:sz w:val="24"/>
                <w:szCs w:val="24"/>
                <w:lang w:val="ru-RU"/>
              </w:rPr>
            </w:pPr>
            <w:proofErr w:type="spellStart"/>
            <w:r w:rsidRPr="00E30CCA">
              <w:rPr>
                <w:rFonts w:ascii="Times New Roman" w:hAnsi="Times New Roman" w:cs="Times New Roman"/>
                <w:color w:val="231F20"/>
                <w:sz w:val="24"/>
                <w:szCs w:val="24"/>
                <w:shd w:val="clear" w:color="auto" w:fill="FFFFFF"/>
              </w:rPr>
              <w:t>Масштаб</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пропорция</w:t>
            </w:r>
            <w:proofErr w:type="spellEnd"/>
            <w:r w:rsidRPr="00E30CCA">
              <w:rPr>
                <w:rFonts w:ascii="Times New Roman" w:hAnsi="Times New Roman" w:cs="Times New Roman"/>
                <w:color w:val="231F20"/>
                <w:sz w:val="24"/>
                <w:szCs w:val="24"/>
                <w:shd w:val="clear" w:color="auto" w:fill="FFFFFF"/>
              </w:rPr>
              <w:t>.</w:t>
            </w:r>
            <w:r w:rsidRPr="00E30CCA">
              <w:rPr>
                <w:rFonts w:ascii="Times New Roman" w:hAnsi="Times New Roman" w:cs="Times New Roman"/>
                <w:color w:val="231F20"/>
                <w:sz w:val="24"/>
                <w:szCs w:val="24"/>
                <w:shd w:val="clear" w:color="auto" w:fill="FFFFFF"/>
                <w:lang w:val="ru-RU"/>
              </w:rPr>
              <w:t xml:space="preserve"> Контрольная работа№5.</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1C292"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423AF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DC42F0"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00AFA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50748EFD"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2C2646"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550B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Понятие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процента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9B6CECE"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5288981"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FFD7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1AC14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2A9AC91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9E587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B50E9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Понятие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процента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FEBC7B"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A91A8E6"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09872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39A7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232CC51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22223F"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88940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Понятие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процента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A3421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AF74B"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DE605"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4E054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267F6FE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90DBF8"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374C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Вычисление процента от величины и величины по её проценту.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5207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C157A"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0E0C2"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7B3A7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1067ACD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F3D37F"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0570E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Вычисление процента от величины и величины по её проценту.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C9FA0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8FB42"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BF1B0"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3B730" w14:textId="77777777" w:rsidR="00244939" w:rsidRPr="00E30CCA" w:rsidRDefault="00244939" w:rsidP="00416C06">
            <w:pPr>
              <w:rPr>
                <w:rFonts w:ascii="Times New Roman" w:hAnsi="Times New Roman" w:cs="Times New Roman"/>
                <w:sz w:val="24"/>
                <w:szCs w:val="24"/>
              </w:rPr>
            </w:pPr>
          </w:p>
        </w:tc>
      </w:tr>
      <w:tr w:rsidR="00244939" w:rsidRPr="00E30CCA" w14:paraId="2B5228A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45F8102"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E52B0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Вычисление процента от величины и величины по её проценту.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17F5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F22D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88412"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F8AF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F14AB14"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EF48B2"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C491F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Вычисление процента от величины и величины по её проценту.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202DC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08A34D2"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190EDE"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5C256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1D1C3B9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3E7FF"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7F14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Вычисление процента от величины и величины по её проценту.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05A9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FD08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1FD97C"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E728F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E7D7CE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5F26E"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24E1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дроби и проценты.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B747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EFEF3"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077955"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68F8A" w14:textId="77777777" w:rsidR="00244939" w:rsidRPr="00E30CCA" w:rsidRDefault="00244939" w:rsidP="00416C06">
            <w:pPr>
              <w:rPr>
                <w:rFonts w:ascii="Times New Roman" w:hAnsi="Times New Roman" w:cs="Times New Roman"/>
                <w:sz w:val="24"/>
                <w:szCs w:val="24"/>
              </w:rPr>
            </w:pPr>
          </w:p>
        </w:tc>
      </w:tr>
      <w:tr w:rsidR="00244939" w:rsidRPr="00E30CCA" w14:paraId="1373618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E30C4"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1B08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дроби и проценты.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AE4FC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8A274"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BCDF2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C8EE8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1BFDC48"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1192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F1EA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дроби и проценты.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8921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93B85"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6D3BF3"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DA1C2E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275C20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729C5C"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E545F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дроби и проценты.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9BA1F0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45F531"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DC0683"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5F27B6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650DDA9B"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A1D15F"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A1E4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дроби и проценты. Контрольная работа№6.</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9756F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EF1F4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01527"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846B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 xml:space="preserve">Контрольная работа </w:t>
            </w:r>
          </w:p>
        </w:tc>
      </w:tr>
      <w:tr w:rsidR="00244939" w:rsidRPr="00E30CCA" w14:paraId="7428F24B"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885D86"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78C921"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Практическая работа «Отношение длины окружности к её диаметру»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C8BC9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8099B"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558D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E58F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Практическая работа</w:t>
            </w:r>
          </w:p>
        </w:tc>
      </w:tr>
      <w:tr w:rsidR="00244939" w:rsidRPr="00E30CCA" w14:paraId="398FE0F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4285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ECB6F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Осевая симметрия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443B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7052B"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2E314B"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25C8A8" w14:textId="77777777" w:rsidR="00244939" w:rsidRPr="00E30CCA" w:rsidRDefault="00244939" w:rsidP="00416C06">
            <w:pPr>
              <w:rPr>
                <w:rFonts w:ascii="Times New Roman" w:hAnsi="Times New Roman" w:cs="Times New Roman"/>
                <w:sz w:val="24"/>
                <w:szCs w:val="24"/>
              </w:rPr>
            </w:pPr>
          </w:p>
        </w:tc>
      </w:tr>
      <w:tr w:rsidR="00244939" w:rsidRPr="00E30CCA" w14:paraId="382A1C2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B77C2A"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335D2"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Центральная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симметрия</w:t>
            </w:r>
            <w:proofErr w:type="spellEnd"/>
            <w:r w:rsidRPr="00E30CCA">
              <w:rPr>
                <w:rFonts w:ascii="Times New Roman" w:eastAsia="Times New Roman" w:hAnsi="Times New Roman" w:cs="Times New Roman"/>
                <w:color w:val="221F1F"/>
                <w:w w:val="97"/>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D4759B"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09D9D"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9B75D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5736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0C3AB8EB"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5D74F"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1C9D1"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Построение</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симметричных</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фигур</w:t>
            </w:r>
            <w:proofErr w:type="spellEnd"/>
            <w:r w:rsidRPr="00E30CCA">
              <w:rPr>
                <w:rFonts w:ascii="Times New Roman" w:eastAsia="Times New Roman" w:hAnsi="Times New Roman" w:cs="Times New Roman"/>
                <w:color w:val="221F1F"/>
                <w:w w:val="97"/>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821C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4BABD"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3CD0A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1CA6E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382AA43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D4C52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CEC7E" w14:textId="77777777" w:rsidR="00244939" w:rsidRPr="00E30CCA" w:rsidRDefault="00244939" w:rsidP="00416C06">
            <w:pPr>
              <w:autoSpaceDE w:val="0"/>
              <w:autoSpaceDN w:val="0"/>
              <w:spacing w:before="78" w:after="0" w:line="230" w:lineRule="auto"/>
              <w:ind w:left="72"/>
              <w:rPr>
                <w:rFonts w:ascii="Times New Roman" w:hAnsi="Times New Roman" w:cs="Times New Roman"/>
                <w:sz w:val="24"/>
                <w:szCs w:val="24"/>
              </w:rPr>
            </w:pPr>
            <w:proofErr w:type="spellStart"/>
            <w:r w:rsidRPr="00E30CCA">
              <w:rPr>
                <w:rFonts w:ascii="Times New Roman" w:eastAsia="Times New Roman" w:hAnsi="Times New Roman" w:cs="Times New Roman"/>
                <w:color w:val="221F1F"/>
                <w:w w:val="97"/>
                <w:sz w:val="24"/>
                <w:szCs w:val="24"/>
              </w:rPr>
              <w:t>Практическая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работа</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Осевая</w:t>
            </w:r>
            <w:proofErr w:type="spellEnd"/>
            <w:r w:rsidRPr="00E30CCA">
              <w:rPr>
                <w:rFonts w:ascii="Times New Roman" w:eastAsia="Times New Roman" w:hAnsi="Times New Roman" w:cs="Times New Roman"/>
                <w:color w:val="221F1F"/>
                <w:w w:val="97"/>
                <w:sz w:val="24"/>
                <w:szCs w:val="24"/>
              </w:rPr>
              <w:t xml:space="preserve"> </w:t>
            </w:r>
            <w:proofErr w:type="spellStart"/>
            <w:r w:rsidRPr="00E30CCA">
              <w:rPr>
                <w:rFonts w:ascii="Times New Roman" w:eastAsia="Times New Roman" w:hAnsi="Times New Roman" w:cs="Times New Roman"/>
                <w:color w:val="221F1F"/>
                <w:w w:val="97"/>
                <w:sz w:val="24"/>
                <w:szCs w:val="24"/>
              </w:rPr>
              <w:t>симметрия</w:t>
            </w:r>
            <w:proofErr w:type="spellEnd"/>
            <w:r w:rsidRPr="00E30CCA">
              <w:rPr>
                <w:rFonts w:ascii="Times New Roman" w:eastAsia="Times New Roman" w:hAnsi="Times New Roman" w:cs="Times New Roman"/>
                <w:color w:val="221F1F"/>
                <w:w w:val="97"/>
                <w:sz w:val="24"/>
                <w:szCs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2990D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74821"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6C54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BCE0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Практическая работа</w:t>
            </w:r>
          </w:p>
        </w:tc>
      </w:tr>
      <w:tr w:rsidR="00244939" w:rsidRPr="00E30CCA" w14:paraId="09B6401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B10D2"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13AA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Симметрия</w:t>
            </w:r>
            <w:proofErr w:type="spellEnd"/>
            <w:r w:rsidRPr="00E30CCA">
              <w:rPr>
                <w:rFonts w:ascii="Times New Roman" w:hAnsi="Times New Roman" w:cs="Times New Roman"/>
                <w:color w:val="231F20"/>
                <w:sz w:val="24"/>
                <w:szCs w:val="24"/>
                <w:shd w:val="clear" w:color="auto" w:fill="FFFFFF"/>
              </w:rPr>
              <w:t xml:space="preserve"> в </w:t>
            </w:r>
            <w:proofErr w:type="spellStart"/>
            <w:r w:rsidRPr="00E30CCA">
              <w:rPr>
                <w:rFonts w:ascii="Times New Roman" w:hAnsi="Times New Roman" w:cs="Times New Roman"/>
                <w:color w:val="231F20"/>
                <w:sz w:val="24"/>
                <w:szCs w:val="24"/>
                <w:shd w:val="clear" w:color="auto" w:fill="FFFFFF"/>
              </w:rPr>
              <w:t>пространстве</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63135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EAF80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A208C"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F8C4C" w14:textId="77777777" w:rsidR="00244939" w:rsidRPr="00E30CCA" w:rsidRDefault="00244939" w:rsidP="00416C06">
            <w:pPr>
              <w:rPr>
                <w:rFonts w:ascii="Times New Roman" w:hAnsi="Times New Roman" w:cs="Times New Roman"/>
                <w:sz w:val="24"/>
                <w:szCs w:val="24"/>
              </w:rPr>
            </w:pPr>
          </w:p>
        </w:tc>
      </w:tr>
      <w:tr w:rsidR="00244939" w:rsidRPr="00E30CCA" w14:paraId="42E80D5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C65FC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5BE9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Симметрия</w:t>
            </w:r>
            <w:proofErr w:type="spellEnd"/>
            <w:r w:rsidRPr="00E30CCA">
              <w:rPr>
                <w:rFonts w:ascii="Times New Roman" w:hAnsi="Times New Roman" w:cs="Times New Roman"/>
                <w:color w:val="231F20"/>
                <w:sz w:val="24"/>
                <w:szCs w:val="24"/>
                <w:shd w:val="clear" w:color="auto" w:fill="FFFFFF"/>
              </w:rPr>
              <w:t xml:space="preserve"> в </w:t>
            </w:r>
            <w:proofErr w:type="spellStart"/>
            <w:r w:rsidRPr="00E30CCA">
              <w:rPr>
                <w:rFonts w:ascii="Times New Roman" w:hAnsi="Times New Roman" w:cs="Times New Roman"/>
                <w:color w:val="231F20"/>
                <w:sz w:val="24"/>
                <w:szCs w:val="24"/>
                <w:shd w:val="clear" w:color="auto" w:fill="FFFFFF"/>
              </w:rPr>
              <w:t>пространстве</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7EA55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AC530"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BAB9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41871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A87BC5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3AA5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BB14F0"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Применение букв для записи математических выражений и предложений.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F17A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DB1AB0"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9BB48C"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A13D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6AD20A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0B63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B0B55" w14:textId="77777777" w:rsidR="00244939" w:rsidRPr="00E30CCA" w:rsidRDefault="00244939" w:rsidP="00416C06">
            <w:pPr>
              <w:autoSpaceDE w:val="0"/>
              <w:autoSpaceDN w:val="0"/>
              <w:spacing w:before="76" w:after="0" w:line="233" w:lineRule="auto"/>
              <w:ind w:left="72"/>
              <w:rPr>
                <w:rFonts w:ascii="Times New Roman" w:hAnsi="Times New Roman" w:cs="Times New Roman"/>
                <w:sz w:val="24"/>
                <w:szCs w:val="24"/>
                <w:lang w:val="ru-RU"/>
              </w:rPr>
            </w:pPr>
            <w:r w:rsidRPr="00E30CCA">
              <w:rPr>
                <w:rFonts w:ascii="Times New Roman" w:eastAsia="Times New Roman" w:hAnsi="Times New Roman" w:cs="Times New Roman"/>
                <w:color w:val="221F1F"/>
                <w:w w:val="97"/>
                <w:sz w:val="24"/>
                <w:szCs w:val="24"/>
                <w:lang w:val="ru-RU"/>
              </w:rPr>
              <w:t>Буквенные выражения и числовые подстановки.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EB44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7750D3"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64959A"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C24D0" w14:textId="77777777" w:rsidR="00244939" w:rsidRPr="00E30CCA" w:rsidRDefault="00244939" w:rsidP="00416C06">
            <w:pPr>
              <w:rPr>
                <w:rFonts w:ascii="Times New Roman" w:hAnsi="Times New Roman" w:cs="Times New Roman"/>
                <w:sz w:val="24"/>
                <w:szCs w:val="24"/>
              </w:rPr>
            </w:pPr>
          </w:p>
        </w:tc>
      </w:tr>
      <w:tr w:rsidR="00244939" w:rsidRPr="00E30CCA" w14:paraId="646D715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CB298C"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05A923"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Буквенные равенства, нахож</w:t>
            </w:r>
            <w:r w:rsidRPr="00E30CCA">
              <w:rPr>
                <w:rFonts w:ascii="Times New Roman" w:hAnsi="Times New Roman" w:cs="Times New Roman"/>
                <w:color w:val="231F20"/>
                <w:spacing w:val="-3"/>
                <w:sz w:val="24"/>
                <w:szCs w:val="24"/>
                <w:shd w:val="clear" w:color="auto" w:fill="FFFFFF"/>
                <w:lang w:val="ru-RU"/>
              </w:rPr>
              <w:t>дение</w:t>
            </w:r>
            <w:r w:rsidRPr="00E30CCA">
              <w:rPr>
                <w:rFonts w:ascii="Times New Roman" w:hAnsi="Times New Roman" w:cs="Times New Roman"/>
                <w:color w:val="231F20"/>
                <w:sz w:val="24"/>
                <w:szCs w:val="24"/>
                <w:shd w:val="clear" w:color="auto" w:fill="FFFFFF"/>
              </w:rPr>
              <w:t> </w:t>
            </w:r>
            <w:r w:rsidRPr="00E30CCA">
              <w:rPr>
                <w:rFonts w:ascii="Times New Roman" w:hAnsi="Times New Roman" w:cs="Times New Roman"/>
                <w:color w:val="231F20"/>
                <w:spacing w:val="-3"/>
                <w:sz w:val="24"/>
                <w:szCs w:val="24"/>
                <w:shd w:val="clear" w:color="auto" w:fill="FFFFFF"/>
                <w:lang w:val="ru-RU"/>
              </w:rPr>
              <w:t>неизвестного</w:t>
            </w:r>
            <w:r w:rsidRPr="00E30CCA">
              <w:rPr>
                <w:rFonts w:ascii="Times New Roman" w:hAnsi="Times New Roman" w:cs="Times New Roman"/>
                <w:color w:val="231F20"/>
                <w:sz w:val="24"/>
                <w:szCs w:val="24"/>
                <w:shd w:val="clear" w:color="auto" w:fill="FFFFFF"/>
              </w:rPr>
              <w:t> </w:t>
            </w:r>
            <w:r w:rsidRPr="00E30CCA">
              <w:rPr>
                <w:rFonts w:ascii="Times New Roman" w:hAnsi="Times New Roman" w:cs="Times New Roman"/>
                <w:color w:val="231F20"/>
                <w:spacing w:val="-3"/>
                <w:sz w:val="24"/>
                <w:szCs w:val="24"/>
                <w:shd w:val="clear" w:color="auto" w:fill="FFFFFF"/>
                <w:lang w:val="ru-RU"/>
              </w:rPr>
              <w:t>компонента.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6964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301794"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05774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BE025D" w14:textId="77777777" w:rsidR="00244939" w:rsidRPr="00E30CCA" w:rsidRDefault="00244939" w:rsidP="00416C06">
            <w:pPr>
              <w:rPr>
                <w:rFonts w:ascii="Times New Roman" w:hAnsi="Times New Roman" w:cs="Times New Roman"/>
                <w:sz w:val="24"/>
                <w:szCs w:val="24"/>
              </w:rPr>
            </w:pPr>
          </w:p>
        </w:tc>
      </w:tr>
      <w:tr w:rsidR="00244939" w:rsidRPr="00E30CCA" w14:paraId="4799884B" w14:textId="77777777" w:rsidTr="00416C06">
        <w:trPr>
          <w:trHeight w:hRule="exact" w:val="47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A2025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41182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Буквенные равенства, нахож</w:t>
            </w:r>
            <w:r w:rsidRPr="00E30CCA">
              <w:rPr>
                <w:rFonts w:ascii="Times New Roman" w:hAnsi="Times New Roman" w:cs="Times New Roman"/>
                <w:color w:val="231F20"/>
                <w:spacing w:val="-3"/>
                <w:sz w:val="24"/>
                <w:szCs w:val="24"/>
                <w:shd w:val="clear" w:color="auto" w:fill="FFFFFF"/>
                <w:lang w:val="ru-RU"/>
              </w:rPr>
              <w:t>дение</w:t>
            </w:r>
            <w:r w:rsidRPr="00E30CCA">
              <w:rPr>
                <w:rFonts w:ascii="Times New Roman" w:hAnsi="Times New Roman" w:cs="Times New Roman"/>
                <w:color w:val="231F20"/>
                <w:sz w:val="24"/>
                <w:szCs w:val="24"/>
                <w:shd w:val="clear" w:color="auto" w:fill="FFFFFF"/>
              </w:rPr>
              <w:t> </w:t>
            </w:r>
            <w:r w:rsidRPr="00E30CCA">
              <w:rPr>
                <w:rFonts w:ascii="Times New Roman" w:hAnsi="Times New Roman" w:cs="Times New Roman"/>
                <w:color w:val="231F20"/>
                <w:spacing w:val="-3"/>
                <w:sz w:val="24"/>
                <w:szCs w:val="24"/>
                <w:shd w:val="clear" w:color="auto" w:fill="FFFFFF"/>
                <w:lang w:val="ru-RU"/>
              </w:rPr>
              <w:t>неизвестного</w:t>
            </w:r>
            <w:r w:rsidRPr="00E30CCA">
              <w:rPr>
                <w:rFonts w:ascii="Times New Roman" w:hAnsi="Times New Roman" w:cs="Times New Roman"/>
                <w:color w:val="231F20"/>
                <w:sz w:val="24"/>
                <w:szCs w:val="24"/>
                <w:shd w:val="clear" w:color="auto" w:fill="FFFFFF"/>
              </w:rPr>
              <w:t> </w:t>
            </w:r>
            <w:r w:rsidRPr="00E30CCA">
              <w:rPr>
                <w:rFonts w:ascii="Times New Roman" w:hAnsi="Times New Roman" w:cs="Times New Roman"/>
                <w:color w:val="231F20"/>
                <w:spacing w:val="-3"/>
                <w:sz w:val="24"/>
                <w:szCs w:val="24"/>
                <w:shd w:val="clear" w:color="auto" w:fill="FFFFFF"/>
                <w:lang w:val="ru-RU"/>
              </w:rPr>
              <w:t>компонента.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95C40"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4DE4A"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08AF5"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CFBD3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bl>
    <w:p w14:paraId="680E8561"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101FB5CE" w14:textId="77777777" w:rsidR="00244939" w:rsidRPr="00E30CCA" w:rsidRDefault="00244939" w:rsidP="00244939">
      <w:pPr>
        <w:rPr>
          <w:rFonts w:ascii="Times New Roman" w:hAnsi="Times New Roman" w:cs="Times New Roman"/>
          <w:sz w:val="24"/>
          <w:szCs w:val="24"/>
        </w:rPr>
        <w:sectPr w:rsidR="00244939" w:rsidRPr="00E30CCA">
          <w:pgSz w:w="11900" w:h="16840"/>
          <w:pgMar w:top="284" w:right="650" w:bottom="436" w:left="666" w:header="720" w:footer="720" w:gutter="0"/>
          <w:cols w:space="720" w:equalWidth="0">
            <w:col w:w="10584" w:space="0"/>
          </w:cols>
          <w:docGrid w:linePitch="360"/>
        </w:sectPr>
      </w:pPr>
    </w:p>
    <w:p w14:paraId="2B8E51F7"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982"/>
        <w:gridCol w:w="4060"/>
        <w:gridCol w:w="732"/>
        <w:gridCol w:w="1019"/>
        <w:gridCol w:w="1134"/>
        <w:gridCol w:w="2625"/>
      </w:tblGrid>
      <w:tr w:rsidR="00244939" w:rsidRPr="00E30CCA" w14:paraId="09388A5B" w14:textId="77777777" w:rsidTr="00416C06">
        <w:trPr>
          <w:trHeight w:hRule="exact" w:val="62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B3811"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294A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Формулы</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9DB88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BC5E5F"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7D21C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184A84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ED53029"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208186"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15E1EC" w14:textId="77777777" w:rsidR="00244939" w:rsidRPr="00E30CCA" w:rsidRDefault="00244939" w:rsidP="00416C06">
            <w:pPr>
              <w:rPr>
                <w:rFonts w:ascii="Times New Roman" w:hAnsi="Times New Roman" w:cs="Times New Roman"/>
                <w:sz w:val="24"/>
                <w:szCs w:val="24"/>
                <w:lang w:val="ru-RU"/>
              </w:rPr>
            </w:pPr>
            <w:proofErr w:type="spellStart"/>
            <w:r w:rsidRPr="00E30CCA">
              <w:rPr>
                <w:rFonts w:ascii="Times New Roman" w:hAnsi="Times New Roman" w:cs="Times New Roman"/>
                <w:color w:val="231F20"/>
                <w:sz w:val="24"/>
                <w:szCs w:val="24"/>
                <w:shd w:val="clear" w:color="auto" w:fill="FFFFFF"/>
              </w:rPr>
              <w:t>Формулы</w:t>
            </w:r>
            <w:proofErr w:type="spellEnd"/>
            <w:r w:rsidRPr="00E30CCA">
              <w:rPr>
                <w:rFonts w:ascii="Times New Roman" w:hAnsi="Times New Roman" w:cs="Times New Roman"/>
                <w:color w:val="231F20"/>
                <w:sz w:val="24"/>
                <w:szCs w:val="24"/>
                <w:shd w:val="clear" w:color="auto" w:fill="FFFFFF"/>
                <w:lang w:val="ru-RU"/>
              </w:rPr>
              <w:t>. Контрольная работа №7</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88F85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2AB369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5AC9D3"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FD849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7AA0477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5666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6E25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Четырёхугольник</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примеры</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четырёхугольников</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5609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C87EC4"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B3F83A"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6867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190ED01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E24C5C"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98652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Прямоугольник, квадрат: свойства сторон, углов, диагоналей.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E3DA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FDC0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E8C066"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29EA5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6068A52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0B6D9"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83962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Прямоугольник, квадрат: свойства сторон, углов, диагоналей.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223F83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8F50EE6"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494FA5"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3813F5E" w14:textId="77777777" w:rsidR="00244939" w:rsidRPr="00E30CCA" w:rsidRDefault="00244939" w:rsidP="00416C06">
            <w:pPr>
              <w:rPr>
                <w:rFonts w:ascii="Times New Roman" w:hAnsi="Times New Roman" w:cs="Times New Roman"/>
                <w:sz w:val="24"/>
                <w:szCs w:val="24"/>
              </w:rPr>
            </w:pPr>
          </w:p>
        </w:tc>
      </w:tr>
      <w:tr w:rsidR="00244939" w:rsidRPr="00E30CCA" w14:paraId="1BF2941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993D4B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4D96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Измерение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углов</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26467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697C6C"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72290"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55B44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EDC4CE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28E178"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5E96A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Виды</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треугольников</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576C2"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69A30E"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A11ADE"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69074C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49763CBF"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803C79" w14:textId="77777777" w:rsidR="00244939" w:rsidRPr="00E30CCA" w:rsidRDefault="00244939" w:rsidP="00416C06">
            <w:pPr>
              <w:numPr>
                <w:ilvl w:val="0"/>
                <w:numId w:val="18"/>
              </w:numPr>
              <w:autoSpaceDE w:val="0"/>
              <w:autoSpaceDN w:val="0"/>
              <w:spacing w:before="100"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9CCB1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Виды</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треугольников</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282917"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D3B3C"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64B8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DB847B" w14:textId="77777777" w:rsidR="00244939" w:rsidRPr="00E30CCA" w:rsidRDefault="00244939" w:rsidP="00416C06">
            <w:pPr>
              <w:rPr>
                <w:rFonts w:ascii="Times New Roman" w:hAnsi="Times New Roman" w:cs="Times New Roman"/>
                <w:sz w:val="24"/>
                <w:szCs w:val="24"/>
              </w:rPr>
            </w:pPr>
          </w:p>
        </w:tc>
      </w:tr>
      <w:tr w:rsidR="00244939" w:rsidRPr="00E30CCA" w14:paraId="777F852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551F6"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63DC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Периметр</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многоугольника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C0AD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82835"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8B2DC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6811C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378C8D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249617"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9ED7B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Площадь</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фигуры</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51AA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9B8C52"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3186E"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AD0A8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4FD2EB3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BD88A4"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2FDFA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Площадь</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фигуры</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A509D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6C7E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FEA7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2D99C" w14:textId="77777777" w:rsidR="00244939" w:rsidRPr="00E30CCA" w:rsidRDefault="00244939" w:rsidP="00416C06">
            <w:pPr>
              <w:rPr>
                <w:rFonts w:ascii="Times New Roman" w:hAnsi="Times New Roman" w:cs="Times New Roman"/>
                <w:sz w:val="24"/>
                <w:szCs w:val="24"/>
              </w:rPr>
            </w:pPr>
          </w:p>
        </w:tc>
      </w:tr>
      <w:tr w:rsidR="00244939" w:rsidRPr="00E30CCA" w14:paraId="492D5B43"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7A4DA"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C3EA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Формулы периметра и площади прямоугольника.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1C3F0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A7F0E"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906A4"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0912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68187B9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12E7DD"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55F0E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Формулы периметра и площади прямоугольника. Контрольная работа №8</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7FC9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17CC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BBA93"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C177A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3A2DEE6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9361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AD67C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Приближённое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измерение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площади</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фигур</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2F91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A98E2"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57F27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E7DD4" w14:textId="77777777" w:rsidR="00244939" w:rsidRPr="00E30CCA" w:rsidRDefault="00244939" w:rsidP="00416C06">
            <w:pPr>
              <w:rPr>
                <w:rFonts w:ascii="Times New Roman" w:hAnsi="Times New Roman" w:cs="Times New Roman"/>
                <w:sz w:val="24"/>
                <w:szCs w:val="24"/>
              </w:rPr>
            </w:pPr>
          </w:p>
        </w:tc>
      </w:tr>
      <w:tr w:rsidR="00244939" w:rsidRPr="00E30CCA" w14:paraId="23D1BD8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EDA34"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A5C40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Приближённое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измерение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площади</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фигур</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CF5F0"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853CC08"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C7328F"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B881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C7D4438"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6049E5"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FA0F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Практическая</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работа</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Площадь</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круга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CF2E9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A8722"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5EF30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9D2410" w14:textId="77777777" w:rsidR="00244939" w:rsidRPr="00E30CCA" w:rsidRDefault="00244939" w:rsidP="00416C06">
            <w:pPr>
              <w:rPr>
                <w:rFonts w:ascii="Times New Roman" w:hAnsi="Times New Roman" w:cs="Times New Roman"/>
                <w:sz w:val="24"/>
                <w:szCs w:val="24"/>
              </w:rPr>
            </w:pPr>
          </w:p>
        </w:tc>
      </w:tr>
      <w:tr w:rsidR="00244939" w:rsidRPr="00E30CCA" w14:paraId="38EB6D0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AED9FB" w14:textId="77777777" w:rsidR="00244939" w:rsidRPr="00E30CCA" w:rsidRDefault="00244939" w:rsidP="00416C06">
            <w:pPr>
              <w:numPr>
                <w:ilvl w:val="0"/>
                <w:numId w:val="18"/>
              </w:numPr>
              <w:autoSpaceDE w:val="0"/>
              <w:autoSpaceDN w:val="0"/>
              <w:spacing w:before="98" w:after="0" w:line="230" w:lineRule="auto"/>
              <w:contextualSpacing/>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D508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Целые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числа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6CC1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407D06"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933E1"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843B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6ABE3BD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23DF8"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D0352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Целые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числа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94D04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6C780"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204AA7"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C9148" w14:textId="77777777" w:rsidR="00244939" w:rsidRPr="00E30CCA" w:rsidRDefault="00244939" w:rsidP="00416C06">
            <w:pPr>
              <w:rPr>
                <w:rFonts w:ascii="Times New Roman" w:hAnsi="Times New Roman" w:cs="Times New Roman"/>
                <w:sz w:val="24"/>
                <w:szCs w:val="24"/>
              </w:rPr>
            </w:pPr>
          </w:p>
        </w:tc>
      </w:tr>
      <w:tr w:rsidR="00244939" w:rsidRPr="00E30CCA" w14:paraId="7DC7071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B7CC8"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BEC2E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Модуль числа, геометрическая интерпретация модуля.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48AF6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DC9D4"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B48176"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D7759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30FEDA4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6799C1"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8254F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Модуль числа, геометрическая интерпретация модуля.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21EA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F0333"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0A923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84E4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873879B"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86DEC"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DBCF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Модуль числа, геометрическая интерпретация модуля.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F64AF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9A677F0"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54115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A510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22CF11D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262E23"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4AC9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Модуль числа, геометрическая интерпретация модуля.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EC9D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22FE6"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44885"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EF87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985F14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C8E37"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18D2C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Числовые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промежутки</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A4334"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D0FCDB"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8124AB"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68760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0BADB18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6ADF9"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D209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Числовые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промежутки</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6839D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C80BA89"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80FF26"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9256E" w14:textId="77777777" w:rsidR="00244939" w:rsidRPr="00E30CCA" w:rsidRDefault="00244939" w:rsidP="00416C06">
            <w:pPr>
              <w:rPr>
                <w:rFonts w:ascii="Times New Roman" w:hAnsi="Times New Roman" w:cs="Times New Roman"/>
                <w:sz w:val="24"/>
                <w:szCs w:val="24"/>
              </w:rPr>
            </w:pPr>
          </w:p>
        </w:tc>
      </w:tr>
      <w:tr w:rsidR="00244939" w:rsidRPr="00E30CCA" w14:paraId="65A6E90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01CE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083E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Числовые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промежутки</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04C0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E12A44"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F535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DD66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533EBC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47D4C4"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BA47C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Положительные</w:t>
            </w:r>
            <w:proofErr w:type="spellEnd"/>
            <w:r w:rsidRPr="00E30CCA">
              <w:rPr>
                <w:rFonts w:ascii="Times New Roman" w:hAnsi="Times New Roman" w:cs="Times New Roman"/>
                <w:color w:val="231F20"/>
                <w:sz w:val="24"/>
                <w:szCs w:val="24"/>
                <w:shd w:val="clear" w:color="auto" w:fill="FFFFFF"/>
              </w:rPr>
              <w:t xml:space="preserve"> и </w:t>
            </w:r>
            <w:proofErr w:type="spellStart"/>
            <w:r w:rsidRPr="00E30CCA">
              <w:rPr>
                <w:rFonts w:ascii="Times New Roman" w:hAnsi="Times New Roman" w:cs="Times New Roman"/>
                <w:color w:val="231F20"/>
                <w:sz w:val="24"/>
                <w:szCs w:val="24"/>
                <w:shd w:val="clear" w:color="auto" w:fill="FFFFFF"/>
              </w:rPr>
              <w:t>отрицательные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числа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5FAE2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A9BFE1"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32D1CF"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6AA7DF7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6B1E2BE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EA4468"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F2C4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Положительные</w:t>
            </w:r>
            <w:proofErr w:type="spellEnd"/>
            <w:r w:rsidRPr="00E30CCA">
              <w:rPr>
                <w:rFonts w:ascii="Times New Roman" w:hAnsi="Times New Roman" w:cs="Times New Roman"/>
                <w:color w:val="231F20"/>
                <w:sz w:val="24"/>
                <w:szCs w:val="24"/>
                <w:shd w:val="clear" w:color="auto" w:fill="FFFFFF"/>
              </w:rPr>
              <w:t xml:space="preserve"> и </w:t>
            </w:r>
            <w:proofErr w:type="spellStart"/>
            <w:r w:rsidRPr="00E30CCA">
              <w:rPr>
                <w:rFonts w:ascii="Times New Roman" w:hAnsi="Times New Roman" w:cs="Times New Roman"/>
                <w:color w:val="231F20"/>
                <w:sz w:val="24"/>
                <w:szCs w:val="24"/>
                <w:shd w:val="clear" w:color="auto" w:fill="FFFFFF"/>
              </w:rPr>
              <w:t>отрицательные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числа</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63CD8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CFC2FA"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7C6F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6319AD6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21756BF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7DEF6"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8188A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Сравнение положительных и отрицательных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4C0F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24CA4F2"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60954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BBBE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16A73343"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BB6F52"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A640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Сравнение положительных и отрицательных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CF03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8F966"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F4A275"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94BA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10552E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647AB"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D829B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Сравнение положительных и отрицательных чисел. Контрольная работа № 9</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C4121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F7BFD2"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86BA98"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B15B3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6A8DD107" w14:textId="77777777" w:rsidTr="00416C06">
        <w:trPr>
          <w:trHeight w:hRule="exact" w:val="47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94BFE"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F5295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w w:val="115"/>
                <w:sz w:val="24"/>
                <w:szCs w:val="24"/>
                <w:lang w:val="ru-RU"/>
              </w:rPr>
              <w:t>Сложение чисел с помощью координатной прямой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FBA4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A4787" w14:textId="77777777" w:rsidR="00244939" w:rsidRPr="00E30CCA" w:rsidRDefault="00244939" w:rsidP="00416C06">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6EB0D" w14:textId="77777777" w:rsidR="00244939" w:rsidRPr="00E30CCA" w:rsidRDefault="00244939" w:rsidP="00416C06">
            <w:pPr>
              <w:rPr>
                <w:rFonts w:ascii="Times New Roman"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Mar>
              <w:left w:w="0" w:type="dxa"/>
              <w:right w:w="0" w:type="dxa"/>
            </w:tcMar>
          </w:tcPr>
          <w:p w14:paraId="6CA3FF8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bl>
    <w:p w14:paraId="5D98D960"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4BD81DED" w14:textId="77777777" w:rsidR="00244939" w:rsidRPr="00E30CCA" w:rsidRDefault="00244939" w:rsidP="00244939">
      <w:pPr>
        <w:rPr>
          <w:rFonts w:ascii="Times New Roman" w:hAnsi="Times New Roman" w:cs="Times New Roman"/>
          <w:sz w:val="24"/>
          <w:szCs w:val="24"/>
        </w:rPr>
        <w:sectPr w:rsidR="00244939" w:rsidRPr="00E30CCA">
          <w:pgSz w:w="11900" w:h="16840"/>
          <w:pgMar w:top="284" w:right="650" w:bottom="436" w:left="666" w:header="720" w:footer="720" w:gutter="0"/>
          <w:cols w:space="720" w:equalWidth="0">
            <w:col w:w="10584" w:space="0"/>
          </w:cols>
          <w:docGrid w:linePitch="360"/>
        </w:sectPr>
      </w:pPr>
    </w:p>
    <w:p w14:paraId="3D00F613"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982"/>
        <w:gridCol w:w="4060"/>
        <w:gridCol w:w="732"/>
        <w:gridCol w:w="1019"/>
        <w:gridCol w:w="709"/>
        <w:gridCol w:w="3050"/>
      </w:tblGrid>
      <w:tr w:rsidR="00244939" w:rsidRPr="00E30CCA" w14:paraId="32EC0B74" w14:textId="77777777" w:rsidTr="00416C06">
        <w:trPr>
          <w:trHeight w:hRule="exact" w:val="62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ECFCBC"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A89D3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w w:val="115"/>
                <w:sz w:val="24"/>
                <w:szCs w:val="24"/>
                <w:lang w:val="ru-RU"/>
              </w:rPr>
              <w:t>Сложение чисел с помощью координатной прямой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A4873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E5592C"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9ACC5F"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F14C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998CCE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8024BA"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0DC743"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Сложение отрицательных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2516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A6E48"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059606"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9442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50FD98F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8DAD6"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F00A53"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Сложение отрицательных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8F00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D79F7"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2CB367"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EB3282" w14:textId="77777777" w:rsidR="00244939" w:rsidRPr="00E30CCA" w:rsidRDefault="00244939" w:rsidP="00416C06">
            <w:pPr>
              <w:rPr>
                <w:rFonts w:ascii="Times New Roman" w:hAnsi="Times New Roman" w:cs="Times New Roman"/>
                <w:sz w:val="24"/>
                <w:szCs w:val="24"/>
              </w:rPr>
            </w:pPr>
          </w:p>
        </w:tc>
      </w:tr>
      <w:tr w:rsidR="00244939" w:rsidRPr="00E30CCA" w14:paraId="5BE7FA1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E3141A"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86FC64"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Сложение отрицательных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D651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6BF840"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F8173"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5D637"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876B71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1EC71"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888BB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w w:val="115"/>
                <w:sz w:val="24"/>
                <w:szCs w:val="24"/>
                <w:lang w:val="ru-RU"/>
              </w:rPr>
              <w:t>Сложение чисел с разными знаками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6484E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4A9BAE"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434A70"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B7790"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4423CAA9"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5AB6DD"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25F70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w w:val="115"/>
                <w:sz w:val="24"/>
                <w:szCs w:val="24"/>
                <w:lang w:val="ru-RU"/>
              </w:rPr>
              <w:t>Сложение чисел с разными знаками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82B0F9"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BCBE373"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E185F3"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C8695" w14:textId="77777777" w:rsidR="00244939" w:rsidRPr="00E30CCA" w:rsidRDefault="00244939" w:rsidP="00416C06">
            <w:pPr>
              <w:rPr>
                <w:rFonts w:ascii="Times New Roman" w:hAnsi="Times New Roman" w:cs="Times New Roman"/>
                <w:sz w:val="24"/>
                <w:szCs w:val="24"/>
              </w:rPr>
            </w:pPr>
          </w:p>
        </w:tc>
      </w:tr>
      <w:tr w:rsidR="00244939" w:rsidRPr="00E30CCA" w14:paraId="7AA09774"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2288A4"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0CDD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w w:val="115"/>
                <w:sz w:val="24"/>
                <w:szCs w:val="24"/>
                <w:lang w:val="ru-RU"/>
              </w:rPr>
              <w:t>Сложение чисел с разными знаками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5E89B"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955ED"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625A35"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B9FD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C728D05"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F49DA"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13531"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sz w:val="24"/>
                <w:szCs w:val="24"/>
                <w:lang w:val="ru-RU"/>
              </w:rPr>
              <w:t>Вычитание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028286"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5633E8"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4123455"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6E6DAF"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06E7E13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98C65F"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EDDEA"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sz w:val="24"/>
                <w:szCs w:val="24"/>
                <w:lang w:val="ru-RU"/>
              </w:rPr>
              <w:t>Вычитание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9424B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137A0"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CFE957"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377DF4" w14:textId="77777777" w:rsidR="00244939" w:rsidRPr="00E30CCA" w:rsidRDefault="00244939" w:rsidP="00416C06">
            <w:pPr>
              <w:rPr>
                <w:rFonts w:ascii="Times New Roman" w:hAnsi="Times New Roman" w:cs="Times New Roman"/>
                <w:sz w:val="24"/>
                <w:szCs w:val="24"/>
              </w:rPr>
            </w:pPr>
          </w:p>
        </w:tc>
      </w:tr>
      <w:tr w:rsidR="00244939" w:rsidRPr="00E30CCA" w14:paraId="113E285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6EFB1"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61970"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sz w:val="24"/>
                <w:szCs w:val="24"/>
                <w:lang w:val="ru-RU"/>
              </w:rPr>
              <w:t>Вычитание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DACA1D"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8867B7"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FFC5A0"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4D6591"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DA5206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F7CF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8B98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 10</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43147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174672E"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A71CAA"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036E23"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sz w:val="24"/>
                <w:szCs w:val="24"/>
                <w:lang w:val="ru-RU"/>
              </w:rPr>
              <w:t>Контрольная работа</w:t>
            </w:r>
          </w:p>
        </w:tc>
      </w:tr>
      <w:tr w:rsidR="00244939" w:rsidRPr="00E30CCA" w14:paraId="2905F7D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8508E"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72249"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 xml:space="preserve">Умножение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0B4E6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B468B"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5E11C5"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DC9327" w14:textId="77777777" w:rsidR="00244939" w:rsidRPr="00E30CCA" w:rsidRDefault="00244939" w:rsidP="00416C06">
            <w:pPr>
              <w:rPr>
                <w:rFonts w:ascii="Times New Roman" w:hAnsi="Times New Roman" w:cs="Times New Roman"/>
                <w:sz w:val="24"/>
                <w:szCs w:val="24"/>
              </w:rPr>
            </w:pPr>
          </w:p>
        </w:tc>
      </w:tr>
      <w:tr w:rsidR="00244939" w:rsidRPr="00E30CCA" w14:paraId="6E084E1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00CCB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B97761"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 xml:space="preserve">Умножение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25BAE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80E527"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3AE7C"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A9900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14AB64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A89C8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8B3BE"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 xml:space="preserve">Умножение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644050"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4110F"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0F37A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D7CFC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4CBA5669"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053A8"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D629E6"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 xml:space="preserve">Деление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123C8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A947C3"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232BE35"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B7E432" w14:textId="77777777" w:rsidR="00244939" w:rsidRPr="00E30CCA" w:rsidRDefault="00244939" w:rsidP="00416C06">
            <w:pPr>
              <w:rPr>
                <w:rFonts w:ascii="Times New Roman" w:hAnsi="Times New Roman" w:cs="Times New Roman"/>
                <w:sz w:val="24"/>
                <w:szCs w:val="24"/>
              </w:rPr>
            </w:pPr>
          </w:p>
        </w:tc>
      </w:tr>
      <w:tr w:rsidR="00244939" w:rsidRPr="00E30CCA" w14:paraId="320A0AF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91EAEA"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DD4A5"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 xml:space="preserve">Деление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39C4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8F1D91"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6E3258"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8E3EB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A22101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4717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0B440"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 xml:space="preserve">Деление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FB79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51217FC"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EDE03"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7ED2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94B40B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D0263D"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7AA94"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Рациональные числа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37E75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B33DA3"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7507D2C"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EA420" w14:textId="77777777" w:rsidR="00244939" w:rsidRPr="00E30CCA" w:rsidRDefault="00244939" w:rsidP="00416C06">
            <w:pPr>
              <w:rPr>
                <w:rFonts w:ascii="Times New Roman" w:hAnsi="Times New Roman" w:cs="Times New Roman"/>
                <w:sz w:val="24"/>
                <w:szCs w:val="24"/>
              </w:rPr>
            </w:pPr>
          </w:p>
        </w:tc>
      </w:tr>
      <w:tr w:rsidR="00244939" w:rsidRPr="00E30CCA" w14:paraId="7F4822B4"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F2F5C"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8A5B3"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color w:val="231F20"/>
                <w:w w:val="115"/>
                <w:sz w:val="24"/>
                <w:szCs w:val="24"/>
                <w:lang w:val="ru-RU"/>
              </w:rPr>
              <w:t>Рациональные числа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89B697"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2EB4A5"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D4E619"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C23D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Зачет</w:t>
            </w:r>
            <w:proofErr w:type="spellEnd"/>
          </w:p>
        </w:tc>
      </w:tr>
      <w:tr w:rsidR="00244939" w:rsidRPr="00E30CCA" w14:paraId="76CA318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6862A8"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D85E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Свойства действий с рациональными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68B3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7B8967A"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18EB4"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7C54B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F106C17"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B6529"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C4A133" w14:textId="77777777" w:rsidR="00244939" w:rsidRPr="00E30CCA" w:rsidRDefault="00244939" w:rsidP="00416C06">
            <w:pPr>
              <w:rPr>
                <w:rFonts w:ascii="Times New Roman" w:hAnsi="Times New Roman" w:cs="Times New Roman"/>
                <w:sz w:val="24"/>
                <w:szCs w:val="24"/>
              </w:rPr>
            </w:pPr>
            <w:r w:rsidRPr="00E30CCA">
              <w:rPr>
                <w:rFonts w:ascii="Times New Roman" w:hAnsi="Times New Roman" w:cs="Times New Roman"/>
                <w:sz w:val="24"/>
                <w:szCs w:val="24"/>
                <w:lang w:val="ru-RU"/>
              </w:rPr>
              <w:t>Контрольная работа№ 10</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68EA0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E814B2"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EC302"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C157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Контрольная работа</w:t>
            </w:r>
          </w:p>
        </w:tc>
      </w:tr>
      <w:tr w:rsidR="00244939" w:rsidRPr="00E30CCA" w14:paraId="42E2EE2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FA3D9"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0D681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Решение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текстовых</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007C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78F66"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50CA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433C4" w14:textId="77777777" w:rsidR="00244939" w:rsidRPr="00E30CCA" w:rsidRDefault="00244939" w:rsidP="00416C06">
            <w:pPr>
              <w:rPr>
                <w:rFonts w:ascii="Times New Roman" w:hAnsi="Times New Roman" w:cs="Times New Roman"/>
                <w:sz w:val="24"/>
                <w:szCs w:val="24"/>
              </w:rPr>
            </w:pPr>
          </w:p>
        </w:tc>
      </w:tr>
      <w:tr w:rsidR="00244939" w:rsidRPr="00E30CCA" w14:paraId="61221F3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60849"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8970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Решение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текстовых</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6144C"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58903"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B63D64"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DDE33"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CBF6F5E"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3A4BE"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3F63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Решение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текстовых</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629C37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BC4FA"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09F7B"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32AD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12915843"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7204D41"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083DD"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Решение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текстовых</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задач</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F998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21E78"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7CB8B"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86756"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1E8176BC"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F3CC4B"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F13DC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pacing w:val="-1"/>
                <w:sz w:val="24"/>
                <w:szCs w:val="24"/>
                <w:shd w:val="clear" w:color="auto" w:fill="FFFFFF"/>
                <w:lang w:val="ru-RU"/>
              </w:rPr>
              <w:t>Прямоугольная</w:t>
            </w:r>
            <w:r w:rsidRPr="00E30CCA">
              <w:rPr>
                <w:rFonts w:ascii="Times New Roman" w:hAnsi="Times New Roman" w:cs="Times New Roman"/>
                <w:color w:val="231F20"/>
                <w:spacing w:val="-1"/>
                <w:sz w:val="24"/>
                <w:szCs w:val="24"/>
                <w:shd w:val="clear" w:color="auto" w:fill="FFFFFF"/>
              </w:rPr>
              <w:t> </w:t>
            </w:r>
            <w:r w:rsidRPr="00E30CCA">
              <w:rPr>
                <w:rFonts w:ascii="Times New Roman" w:hAnsi="Times New Roman" w:cs="Times New Roman"/>
                <w:color w:val="231F20"/>
                <w:sz w:val="24"/>
                <w:szCs w:val="24"/>
                <w:shd w:val="clear" w:color="auto" w:fill="FFFFFF"/>
                <w:lang w:val="ru-RU"/>
              </w:rPr>
              <w:t>система координат на плоскости.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CB25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1CD40"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C0BC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FDCBD5" w14:textId="77777777" w:rsidR="00244939" w:rsidRPr="00E30CCA" w:rsidRDefault="00244939" w:rsidP="00416C06">
            <w:pPr>
              <w:rPr>
                <w:rFonts w:ascii="Times New Roman" w:hAnsi="Times New Roman" w:cs="Times New Roman"/>
                <w:sz w:val="24"/>
                <w:szCs w:val="24"/>
              </w:rPr>
            </w:pPr>
          </w:p>
        </w:tc>
      </w:tr>
      <w:tr w:rsidR="00244939" w:rsidRPr="00E30CCA" w14:paraId="1F57B7D8"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4C14B"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8408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pacing w:val="-1"/>
                <w:sz w:val="24"/>
                <w:szCs w:val="24"/>
                <w:shd w:val="clear" w:color="auto" w:fill="FFFFFF"/>
                <w:lang w:val="ru-RU"/>
              </w:rPr>
              <w:t>Прямоугольная</w:t>
            </w:r>
            <w:r w:rsidRPr="00E30CCA">
              <w:rPr>
                <w:rFonts w:ascii="Times New Roman" w:hAnsi="Times New Roman" w:cs="Times New Roman"/>
                <w:color w:val="231F20"/>
                <w:spacing w:val="-1"/>
                <w:sz w:val="24"/>
                <w:szCs w:val="24"/>
                <w:shd w:val="clear" w:color="auto" w:fill="FFFFFF"/>
              </w:rPr>
              <w:t> </w:t>
            </w:r>
            <w:r w:rsidRPr="00E30CCA">
              <w:rPr>
                <w:rFonts w:ascii="Times New Roman" w:hAnsi="Times New Roman" w:cs="Times New Roman"/>
                <w:color w:val="231F20"/>
                <w:sz w:val="24"/>
                <w:szCs w:val="24"/>
                <w:shd w:val="clear" w:color="auto" w:fill="FFFFFF"/>
                <w:lang w:val="ru-RU"/>
              </w:rPr>
              <w:t>система координат на плоскости.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6802C3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C59FF"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68571B0"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6755EA"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5CB6B0F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4980A"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B95E73"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Координаты точки на плоскости, абсцисса и ордината.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96918B4"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58156"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29FB92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8FD3A1" w14:textId="77777777" w:rsidR="00244939" w:rsidRPr="00E30CCA" w:rsidRDefault="00244939" w:rsidP="00416C06">
            <w:pPr>
              <w:rPr>
                <w:rFonts w:ascii="Times New Roman" w:hAnsi="Times New Roman" w:cs="Times New Roman"/>
                <w:sz w:val="24"/>
                <w:szCs w:val="24"/>
              </w:rPr>
            </w:pPr>
          </w:p>
        </w:tc>
      </w:tr>
      <w:tr w:rsidR="00244939" w:rsidRPr="00E30CCA" w14:paraId="0ED3EE1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0C129"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F274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Координаты точки на плоскости, абсцисса и ордината.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C2790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AD2A5"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FFC80"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69E4E"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Устный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опрос</w:t>
            </w:r>
            <w:proofErr w:type="spellEnd"/>
            <w:r w:rsidRPr="00E30CCA">
              <w:rPr>
                <w:rFonts w:ascii="Times New Roman" w:eastAsia="Times New Roman" w:hAnsi="Times New Roman" w:cs="Times New Roman"/>
                <w:color w:val="000000"/>
                <w:sz w:val="24"/>
                <w:szCs w:val="24"/>
              </w:rPr>
              <w:t>;</w:t>
            </w:r>
          </w:p>
        </w:tc>
      </w:tr>
      <w:tr w:rsidR="00244939" w:rsidRPr="00E30CCA" w14:paraId="182701D3"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6143A3"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CC44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Столбчатые</w:t>
            </w:r>
            <w:proofErr w:type="spellEnd"/>
            <w:r w:rsidRPr="00E30CCA">
              <w:rPr>
                <w:rFonts w:ascii="Times New Roman" w:hAnsi="Times New Roman" w:cs="Times New Roman"/>
                <w:color w:val="231F20"/>
                <w:sz w:val="24"/>
                <w:szCs w:val="24"/>
                <w:shd w:val="clear" w:color="auto" w:fill="FFFFFF"/>
              </w:rPr>
              <w:t xml:space="preserve"> и </w:t>
            </w:r>
            <w:proofErr w:type="spellStart"/>
            <w:r w:rsidRPr="00E30CCA">
              <w:rPr>
                <w:rFonts w:ascii="Times New Roman" w:hAnsi="Times New Roman" w:cs="Times New Roman"/>
                <w:color w:val="231F20"/>
                <w:sz w:val="24"/>
                <w:szCs w:val="24"/>
                <w:shd w:val="clear" w:color="auto" w:fill="FFFFFF"/>
              </w:rPr>
              <w:t>круговые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диаграммы</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B24EE0"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88D00D"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A2530B"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8C268" w14:textId="77777777" w:rsidR="00244939" w:rsidRPr="00E30CCA" w:rsidRDefault="00244939" w:rsidP="00416C06">
            <w:pPr>
              <w:rPr>
                <w:rFonts w:ascii="Times New Roman" w:hAnsi="Times New Roman" w:cs="Times New Roman"/>
                <w:sz w:val="24"/>
                <w:szCs w:val="24"/>
              </w:rPr>
            </w:pPr>
          </w:p>
        </w:tc>
      </w:tr>
      <w:tr w:rsidR="00244939" w:rsidRPr="00E30CCA" w14:paraId="48AA16EB" w14:textId="77777777" w:rsidTr="00416C06">
        <w:trPr>
          <w:trHeight w:hRule="exact" w:val="47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DC0D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AB82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z w:val="24"/>
                <w:szCs w:val="24"/>
                <w:shd w:val="clear" w:color="auto" w:fill="FFFFFF"/>
              </w:rPr>
              <w:t>Практическая</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работа</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Построение</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диаграмм</w:t>
            </w:r>
            <w:proofErr w:type="spellEnd"/>
            <w:r w:rsidRPr="00E30CCA">
              <w:rPr>
                <w:rFonts w:ascii="Times New Roman" w:hAnsi="Times New Roman" w:cs="Times New Roman"/>
                <w:color w:val="231F20"/>
                <w:sz w:val="24"/>
                <w:szCs w:val="24"/>
                <w:shd w:val="clear" w:color="auto" w:fill="FFFFFF"/>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5708FB"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10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F005F19"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D1AB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07007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Практическая работа</w:t>
            </w:r>
          </w:p>
        </w:tc>
      </w:tr>
    </w:tbl>
    <w:p w14:paraId="403E23F7" w14:textId="77777777" w:rsidR="00244939" w:rsidRPr="00E30CCA" w:rsidRDefault="00244939" w:rsidP="00244939">
      <w:pPr>
        <w:autoSpaceDE w:val="0"/>
        <w:autoSpaceDN w:val="0"/>
        <w:spacing w:after="0" w:line="14" w:lineRule="exact"/>
        <w:rPr>
          <w:rFonts w:ascii="Times New Roman" w:hAnsi="Times New Roman" w:cs="Times New Roman"/>
          <w:sz w:val="24"/>
          <w:szCs w:val="24"/>
        </w:rPr>
      </w:pPr>
    </w:p>
    <w:p w14:paraId="2AF69878" w14:textId="77777777" w:rsidR="00244939" w:rsidRPr="00E30CCA" w:rsidRDefault="00244939" w:rsidP="00244939">
      <w:pPr>
        <w:rPr>
          <w:rFonts w:ascii="Times New Roman" w:hAnsi="Times New Roman" w:cs="Times New Roman"/>
          <w:sz w:val="24"/>
          <w:szCs w:val="24"/>
        </w:rPr>
        <w:sectPr w:rsidR="00244939" w:rsidRPr="00E30CCA">
          <w:pgSz w:w="11900" w:h="16840"/>
          <w:pgMar w:top="284" w:right="650" w:bottom="436" w:left="666" w:header="720" w:footer="720" w:gutter="0"/>
          <w:cols w:space="720" w:equalWidth="0">
            <w:col w:w="10584" w:space="0"/>
          </w:cols>
          <w:docGrid w:linePitch="360"/>
        </w:sectPr>
      </w:pPr>
    </w:p>
    <w:p w14:paraId="5143EFFC" w14:textId="77777777" w:rsidR="00244939" w:rsidRPr="00E30CCA" w:rsidRDefault="00244939" w:rsidP="00244939">
      <w:pPr>
        <w:autoSpaceDE w:val="0"/>
        <w:autoSpaceDN w:val="0"/>
        <w:spacing w:after="66" w:line="220" w:lineRule="exact"/>
        <w:rPr>
          <w:rFonts w:ascii="Times New Roman" w:hAnsi="Times New Roman" w:cs="Times New Roman"/>
          <w:sz w:val="24"/>
          <w:szCs w:val="24"/>
        </w:rPr>
      </w:pPr>
    </w:p>
    <w:tbl>
      <w:tblPr>
        <w:tblW w:w="0" w:type="auto"/>
        <w:tblInd w:w="6" w:type="dxa"/>
        <w:tblLayout w:type="fixed"/>
        <w:tblLook w:val="04A0" w:firstRow="1" w:lastRow="0" w:firstColumn="1" w:lastColumn="0" w:noHBand="0" w:noVBand="1"/>
      </w:tblPr>
      <w:tblGrid>
        <w:gridCol w:w="982"/>
        <w:gridCol w:w="4060"/>
        <w:gridCol w:w="759"/>
        <w:gridCol w:w="992"/>
        <w:gridCol w:w="709"/>
        <w:gridCol w:w="3050"/>
      </w:tblGrid>
      <w:tr w:rsidR="00244939" w:rsidRPr="00E30CCA" w14:paraId="481CF19A" w14:textId="77777777" w:rsidTr="00416C06">
        <w:trPr>
          <w:trHeight w:hRule="exact" w:val="62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5A7FD2"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E67CF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данные, представ ленные в таблицах и на диаграммах</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6171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04F4D"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F3289"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328B75" w14:textId="77777777" w:rsidR="00244939" w:rsidRPr="00E30CCA" w:rsidRDefault="00244939" w:rsidP="00416C06">
            <w:pPr>
              <w:rPr>
                <w:rFonts w:ascii="Times New Roman" w:hAnsi="Times New Roman" w:cs="Times New Roman"/>
                <w:sz w:val="24"/>
                <w:szCs w:val="24"/>
              </w:rPr>
            </w:pPr>
          </w:p>
        </w:tc>
      </w:tr>
      <w:tr w:rsidR="00244939" w:rsidRPr="00E30CCA" w14:paraId="122265F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6D8294"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37353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Решение текстовых задач, со держащих данные, представ ленные в таблицах и на диаграммах</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025E5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3E93E9D"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3EA2C"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B6B5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45234F9"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D86E5"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CEFC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pacing w:val="-1"/>
                <w:sz w:val="24"/>
                <w:szCs w:val="24"/>
                <w:shd w:val="clear" w:color="auto" w:fill="FFFFFF"/>
                <w:lang w:val="ru-RU"/>
              </w:rPr>
              <w:t>Прямоугольный параллелепи</w:t>
            </w:r>
            <w:r w:rsidRPr="00E30CCA">
              <w:rPr>
                <w:rFonts w:ascii="Times New Roman" w:hAnsi="Times New Roman" w:cs="Times New Roman"/>
                <w:color w:val="231F20"/>
                <w:sz w:val="24"/>
                <w:szCs w:val="24"/>
                <w:shd w:val="clear" w:color="auto" w:fill="FFFFFF"/>
                <w:lang w:val="ru-RU"/>
              </w:rPr>
              <w:t>пед, куб, призма, пирамида, конус, цилиндр, шар и сфера.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8B243"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B9AEB"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82F666"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37667" w14:textId="77777777" w:rsidR="00244939" w:rsidRPr="00E30CCA" w:rsidRDefault="00244939" w:rsidP="00416C06">
            <w:pPr>
              <w:rPr>
                <w:rFonts w:ascii="Times New Roman" w:hAnsi="Times New Roman" w:cs="Times New Roman"/>
                <w:sz w:val="24"/>
                <w:szCs w:val="24"/>
              </w:rPr>
            </w:pPr>
          </w:p>
        </w:tc>
      </w:tr>
      <w:tr w:rsidR="00244939" w:rsidRPr="00E30CCA" w14:paraId="69FF60B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6E8FB"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E4CBA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pacing w:val="-1"/>
                <w:sz w:val="24"/>
                <w:szCs w:val="24"/>
                <w:shd w:val="clear" w:color="auto" w:fill="FFFFFF"/>
                <w:lang w:val="ru-RU"/>
              </w:rPr>
              <w:t>Прямоугольный параллелепи</w:t>
            </w:r>
            <w:r w:rsidRPr="00E30CCA">
              <w:rPr>
                <w:rFonts w:ascii="Times New Roman" w:hAnsi="Times New Roman" w:cs="Times New Roman"/>
                <w:color w:val="231F20"/>
                <w:sz w:val="24"/>
                <w:szCs w:val="24"/>
                <w:shd w:val="clear" w:color="auto" w:fill="FFFFFF"/>
                <w:lang w:val="ru-RU"/>
              </w:rPr>
              <w:t>пед, куб, призма, пирамида, конус, цилиндр, шар и сфера.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66E4F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BDE1C"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43498FC"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DDD9F5"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027415A"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F69F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FDAE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pacing w:val="-1"/>
                <w:sz w:val="24"/>
                <w:szCs w:val="24"/>
                <w:shd w:val="clear" w:color="auto" w:fill="FFFFFF"/>
              </w:rPr>
              <w:t>Изображение</w:t>
            </w:r>
            <w:proofErr w:type="spellEnd"/>
            <w:r w:rsidRPr="00E30CCA">
              <w:rPr>
                <w:rFonts w:ascii="Times New Roman" w:hAnsi="Times New Roman" w:cs="Times New Roman"/>
                <w:color w:val="231F20"/>
                <w:sz w:val="24"/>
                <w:szCs w:val="24"/>
                <w:shd w:val="clear" w:color="auto" w:fill="FFFFFF"/>
              </w:rPr>
              <w:t> </w:t>
            </w:r>
            <w:proofErr w:type="spellStart"/>
            <w:r w:rsidRPr="00E30CCA">
              <w:rPr>
                <w:rFonts w:ascii="Times New Roman" w:hAnsi="Times New Roman" w:cs="Times New Roman"/>
                <w:color w:val="231F20"/>
                <w:spacing w:val="-1"/>
                <w:sz w:val="24"/>
                <w:szCs w:val="24"/>
                <w:shd w:val="clear" w:color="auto" w:fill="FFFFFF"/>
              </w:rPr>
              <w:t>пространствен</w:t>
            </w:r>
            <w:r w:rsidRPr="00E30CCA">
              <w:rPr>
                <w:rFonts w:ascii="Times New Roman" w:hAnsi="Times New Roman" w:cs="Times New Roman"/>
                <w:color w:val="231F20"/>
                <w:sz w:val="24"/>
                <w:szCs w:val="24"/>
                <w:shd w:val="clear" w:color="auto" w:fill="FFFFFF"/>
              </w:rPr>
              <w:t>ных</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фигур</w:t>
            </w:r>
            <w:proofErr w:type="spellEnd"/>
            <w:r w:rsidRPr="00E30CCA">
              <w:rPr>
                <w:rFonts w:ascii="Times New Roman" w:hAnsi="Times New Roman" w:cs="Times New Roman"/>
                <w:color w:val="231F20"/>
                <w:sz w:val="24"/>
                <w:szCs w:val="24"/>
                <w:shd w:val="clear" w:color="auto" w:fill="FFFFFF"/>
              </w:rPr>
              <w:t>.</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7DAB0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726F4"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3E1855"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86FD6" w14:textId="77777777" w:rsidR="00244939" w:rsidRPr="00E30CCA" w:rsidRDefault="00244939" w:rsidP="00416C06">
            <w:pPr>
              <w:rPr>
                <w:rFonts w:ascii="Times New Roman" w:hAnsi="Times New Roman" w:cs="Times New Roman"/>
                <w:sz w:val="24"/>
                <w:szCs w:val="24"/>
              </w:rPr>
            </w:pPr>
          </w:p>
        </w:tc>
      </w:tr>
      <w:tr w:rsidR="00244939" w:rsidRPr="00E30CCA" w14:paraId="72A28BB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030704"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30FEE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hAnsi="Times New Roman" w:cs="Times New Roman"/>
                <w:color w:val="231F20"/>
                <w:spacing w:val="-1"/>
                <w:sz w:val="24"/>
                <w:szCs w:val="24"/>
                <w:shd w:val="clear" w:color="auto" w:fill="FFFFFF"/>
              </w:rPr>
              <w:t>Изображение</w:t>
            </w:r>
            <w:proofErr w:type="spellEnd"/>
            <w:r w:rsidRPr="00E30CCA">
              <w:rPr>
                <w:rFonts w:ascii="Times New Roman" w:hAnsi="Times New Roman" w:cs="Times New Roman"/>
                <w:color w:val="231F20"/>
                <w:sz w:val="24"/>
                <w:szCs w:val="24"/>
                <w:shd w:val="clear" w:color="auto" w:fill="FFFFFF"/>
              </w:rPr>
              <w:t> </w:t>
            </w:r>
            <w:proofErr w:type="spellStart"/>
            <w:r w:rsidRPr="00E30CCA">
              <w:rPr>
                <w:rFonts w:ascii="Times New Roman" w:hAnsi="Times New Roman" w:cs="Times New Roman"/>
                <w:color w:val="231F20"/>
                <w:spacing w:val="-1"/>
                <w:sz w:val="24"/>
                <w:szCs w:val="24"/>
                <w:shd w:val="clear" w:color="auto" w:fill="FFFFFF"/>
              </w:rPr>
              <w:t>пространствен</w:t>
            </w:r>
            <w:r w:rsidRPr="00E30CCA">
              <w:rPr>
                <w:rFonts w:ascii="Times New Roman" w:hAnsi="Times New Roman" w:cs="Times New Roman"/>
                <w:color w:val="231F20"/>
                <w:sz w:val="24"/>
                <w:szCs w:val="24"/>
                <w:shd w:val="clear" w:color="auto" w:fill="FFFFFF"/>
              </w:rPr>
              <w:t>ных</w:t>
            </w:r>
            <w:proofErr w:type="spellEnd"/>
            <w:r w:rsidRPr="00E30CCA">
              <w:rPr>
                <w:rFonts w:ascii="Times New Roman" w:hAnsi="Times New Roman" w:cs="Times New Roman"/>
                <w:color w:val="231F20"/>
                <w:sz w:val="24"/>
                <w:szCs w:val="24"/>
                <w:shd w:val="clear" w:color="auto" w:fill="FFFFFF"/>
              </w:rPr>
              <w:t xml:space="preserve"> </w:t>
            </w:r>
            <w:proofErr w:type="spellStart"/>
            <w:r w:rsidRPr="00E30CCA">
              <w:rPr>
                <w:rFonts w:ascii="Times New Roman" w:hAnsi="Times New Roman" w:cs="Times New Roman"/>
                <w:color w:val="231F20"/>
                <w:sz w:val="24"/>
                <w:szCs w:val="24"/>
                <w:shd w:val="clear" w:color="auto" w:fill="FFFFFF"/>
              </w:rPr>
              <w:t>фигур</w:t>
            </w:r>
            <w:proofErr w:type="spellEnd"/>
            <w:r w:rsidRPr="00E30CCA">
              <w:rPr>
                <w:rFonts w:ascii="Times New Roman" w:hAnsi="Times New Roman" w:cs="Times New Roman"/>
                <w:color w:val="231F20"/>
                <w:sz w:val="24"/>
                <w:szCs w:val="24"/>
                <w:shd w:val="clear" w:color="auto" w:fill="FFFFFF"/>
              </w:rPr>
              <w:t>.</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F53E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31E3E2"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04CB0"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AD1E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C71B41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5CECE"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B9606"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Примеры развёрток многогранников, цилиндра и конуса.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0B6707D9"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4D4FF"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BE0D9"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DD719" w14:textId="77777777" w:rsidR="00244939" w:rsidRPr="00E30CCA" w:rsidRDefault="00244939" w:rsidP="00416C06">
            <w:pPr>
              <w:rPr>
                <w:rFonts w:ascii="Times New Roman" w:hAnsi="Times New Roman" w:cs="Times New Roman"/>
                <w:sz w:val="24"/>
                <w:szCs w:val="24"/>
              </w:rPr>
            </w:pPr>
          </w:p>
        </w:tc>
      </w:tr>
      <w:tr w:rsidR="00244939" w:rsidRPr="00E30CCA" w14:paraId="6C2F8780"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5F626"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90E0F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Примеры развёрток многогранников, цилиндра и конуса.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12BF9D"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4DD51C"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9F55C60"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5BA79" w14:textId="77777777" w:rsidR="00244939" w:rsidRPr="00E30CCA" w:rsidRDefault="00244939" w:rsidP="00416C06">
            <w:pPr>
              <w:rPr>
                <w:rFonts w:ascii="Times New Roman" w:hAnsi="Times New Roman" w:cs="Times New Roman"/>
                <w:sz w:val="24"/>
                <w:szCs w:val="24"/>
              </w:rPr>
            </w:pPr>
          </w:p>
        </w:tc>
      </w:tr>
      <w:tr w:rsidR="00244939" w:rsidRPr="00E30CCA" w14:paraId="60741CE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E27A4"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3BF6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Практическая работа «Создание моделей пространственных фигур».</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01CF5E"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D2EFB"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18000F7"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1DCE5"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Практическая работа</w:t>
            </w:r>
          </w:p>
        </w:tc>
      </w:tr>
      <w:tr w:rsidR="00244939" w:rsidRPr="00E30CCA" w14:paraId="4158391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84957D"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7CDA1"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Понятие объёма; единицы измерения объёма.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85E92"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60F303"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78A1D"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A5413" w14:textId="77777777" w:rsidR="00244939" w:rsidRPr="00E30CCA" w:rsidRDefault="00244939" w:rsidP="00416C06">
            <w:pPr>
              <w:rPr>
                <w:rFonts w:ascii="Times New Roman" w:hAnsi="Times New Roman" w:cs="Times New Roman"/>
                <w:sz w:val="24"/>
                <w:szCs w:val="24"/>
              </w:rPr>
            </w:pPr>
          </w:p>
        </w:tc>
      </w:tr>
      <w:tr w:rsidR="00244939" w:rsidRPr="00E30CCA" w14:paraId="2F841164"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9204AF"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AA0A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Понятие объёма; единицы измерения объёма.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2739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98641"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BC04527"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9C554"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536E6038"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BF62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E30C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Объём прямоугольного параллелепипеда, куба, формулы объёма</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76E2CFA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56028"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86CFBF"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DCBDE8"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01B5D7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E36C2"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37985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231F20"/>
                <w:sz w:val="24"/>
                <w:szCs w:val="24"/>
                <w:shd w:val="clear" w:color="auto" w:fill="FFFFFF"/>
                <w:lang w:val="ru-RU"/>
              </w:rPr>
              <w:t>Объём прямоугольного параллелепипеда, куба, формулы объёма Контрольная работа №11</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B9EE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C4D0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3CD1A"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7023D4" w14:textId="77777777" w:rsidR="00244939" w:rsidRPr="00E30CCA" w:rsidRDefault="00244939" w:rsidP="00416C06">
            <w:pPr>
              <w:rPr>
                <w:rFonts w:ascii="Times New Roman" w:hAnsi="Times New Roman" w:cs="Times New Roman"/>
                <w:sz w:val="24"/>
                <w:szCs w:val="24"/>
              </w:rPr>
            </w:pPr>
          </w:p>
        </w:tc>
      </w:tr>
      <w:tr w:rsidR="00244939" w:rsidRPr="00E30CCA" w14:paraId="646BB386"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EB70A"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0D5AC"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1F58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65320"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4FED36"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BEA6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6C366A58"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D31AB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380D8"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2AD1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9653C6"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188A4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E8EBB" w14:textId="77777777" w:rsidR="00244939" w:rsidRPr="00E30CCA" w:rsidRDefault="00244939" w:rsidP="00416C06">
            <w:pPr>
              <w:rPr>
                <w:rFonts w:ascii="Times New Roman" w:hAnsi="Times New Roman" w:cs="Times New Roman"/>
                <w:sz w:val="24"/>
                <w:szCs w:val="24"/>
              </w:rPr>
            </w:pPr>
          </w:p>
        </w:tc>
      </w:tr>
      <w:tr w:rsidR="00244939" w:rsidRPr="00E30CCA" w14:paraId="55BD66D9"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AA252"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521F0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DE18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2E864"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BDA1C11"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73ACEA" w14:textId="77777777" w:rsidR="00244939" w:rsidRPr="00E30CCA" w:rsidRDefault="00244939" w:rsidP="00416C06">
            <w:pPr>
              <w:rPr>
                <w:rFonts w:ascii="Times New Roman" w:hAnsi="Times New Roman" w:cs="Times New Roman"/>
                <w:sz w:val="24"/>
                <w:szCs w:val="24"/>
              </w:rPr>
            </w:pPr>
          </w:p>
        </w:tc>
      </w:tr>
      <w:tr w:rsidR="00244939" w:rsidRPr="00E30CCA" w14:paraId="70FFDDF7"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1F6481"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5F8240"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6C14C5D6"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694DB"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B987F9"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24362"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02116E2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344FE"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A8C4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46EF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B2A8AA"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FD69E8"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D4D58D" w14:textId="77777777" w:rsidR="00244939" w:rsidRPr="00E30CCA" w:rsidRDefault="00244939" w:rsidP="00416C06">
            <w:pPr>
              <w:rPr>
                <w:rFonts w:ascii="Times New Roman" w:hAnsi="Times New Roman" w:cs="Times New Roman"/>
                <w:sz w:val="24"/>
                <w:szCs w:val="24"/>
              </w:rPr>
            </w:pPr>
          </w:p>
        </w:tc>
      </w:tr>
      <w:tr w:rsidR="00244939" w:rsidRPr="00E30CCA" w14:paraId="1C0A92FD"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BA645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75517"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81FD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AFFDC"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E65297"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B697B" w14:textId="77777777" w:rsidR="00244939" w:rsidRPr="00E30CCA" w:rsidRDefault="00244939" w:rsidP="00416C06">
            <w:pPr>
              <w:rPr>
                <w:rFonts w:ascii="Times New Roman" w:hAnsi="Times New Roman" w:cs="Times New Roman"/>
                <w:sz w:val="24"/>
                <w:szCs w:val="24"/>
              </w:rPr>
            </w:pPr>
          </w:p>
        </w:tc>
      </w:tr>
      <w:tr w:rsidR="00244939" w:rsidRPr="00E30CCA" w14:paraId="323540F3"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B5BEB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14A6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0B49B"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D4798"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A406F47"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F9E78F" w14:textId="77777777" w:rsidR="00244939" w:rsidRPr="00E30CCA" w:rsidRDefault="00244939" w:rsidP="00416C06">
            <w:pPr>
              <w:rPr>
                <w:rFonts w:ascii="Times New Roman" w:hAnsi="Times New Roman" w:cs="Times New Roman"/>
                <w:sz w:val="24"/>
                <w:szCs w:val="24"/>
              </w:rPr>
            </w:pPr>
          </w:p>
        </w:tc>
      </w:tr>
      <w:tr w:rsidR="00244939" w:rsidRPr="00E30CCA" w14:paraId="0C8C5872" w14:textId="77777777" w:rsidTr="00416C06">
        <w:trPr>
          <w:trHeight w:hRule="exact" w:val="494"/>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09889D"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ABCCF"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A3FDF"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310C5B"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B3B755"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8CFB2B"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71CC35B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29CD4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4072A"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393E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EB162"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77D5B1"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4DC003" w14:textId="77777777" w:rsidR="00244939" w:rsidRPr="00E30CCA" w:rsidRDefault="00244939" w:rsidP="00416C06">
            <w:pPr>
              <w:rPr>
                <w:rFonts w:ascii="Times New Roman" w:hAnsi="Times New Roman" w:cs="Times New Roman"/>
                <w:sz w:val="24"/>
                <w:szCs w:val="24"/>
              </w:rPr>
            </w:pPr>
          </w:p>
        </w:tc>
      </w:tr>
      <w:tr w:rsidR="00244939" w:rsidRPr="00E30CCA" w14:paraId="080DC891"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3491DB" w14:textId="77777777" w:rsidR="00244939" w:rsidRPr="00E30CCA" w:rsidRDefault="00244939" w:rsidP="00416C06">
            <w:pPr>
              <w:numPr>
                <w:ilvl w:val="0"/>
                <w:numId w:val="18"/>
              </w:numPr>
              <w:autoSpaceDE w:val="0"/>
              <w:autoSpaceDN w:val="0"/>
              <w:spacing w:before="100"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C4E3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E12451" w14:textId="77777777" w:rsidR="00244939" w:rsidRPr="00E30CCA" w:rsidRDefault="00244939" w:rsidP="00416C06">
            <w:pPr>
              <w:autoSpaceDE w:val="0"/>
              <w:autoSpaceDN w:val="0"/>
              <w:spacing w:before="100"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3B01FC"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2BC7C9C2"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93ED92" w14:textId="77777777" w:rsidR="00244939" w:rsidRPr="00E30CCA" w:rsidRDefault="00244939" w:rsidP="00416C06">
            <w:pPr>
              <w:rPr>
                <w:rFonts w:ascii="Times New Roman" w:hAnsi="Times New Roman" w:cs="Times New Roman"/>
                <w:sz w:val="24"/>
                <w:szCs w:val="24"/>
              </w:rPr>
            </w:pPr>
          </w:p>
        </w:tc>
      </w:tr>
      <w:tr w:rsidR="00244939" w:rsidRPr="00E30CCA" w14:paraId="7AB5FE79"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423F1"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3900B"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9D861"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9EC7AB"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EE16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B31E4" w14:textId="77777777" w:rsidR="00244939" w:rsidRPr="00E30CCA" w:rsidRDefault="00244939" w:rsidP="00416C06">
            <w:pPr>
              <w:rPr>
                <w:rFonts w:ascii="Times New Roman" w:hAnsi="Times New Roman" w:cs="Times New Roman"/>
                <w:sz w:val="24"/>
                <w:szCs w:val="24"/>
              </w:rPr>
            </w:pPr>
          </w:p>
        </w:tc>
      </w:tr>
      <w:tr w:rsidR="00244939" w:rsidRPr="00E30CCA" w14:paraId="592CD840"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05188"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74A5B3"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3E058EF5"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A190E"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3B015F1"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4668BC"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3FFE13E5"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870F4EE"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11499"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5D2FE5A8"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A4117"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FC7C6"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FEE84" w14:textId="77777777" w:rsidR="00244939" w:rsidRPr="00E30CCA" w:rsidRDefault="00244939" w:rsidP="00416C06">
            <w:pPr>
              <w:rPr>
                <w:rFonts w:ascii="Times New Roman" w:hAnsi="Times New Roman" w:cs="Times New Roman"/>
                <w:sz w:val="24"/>
                <w:szCs w:val="24"/>
              </w:rPr>
            </w:pPr>
          </w:p>
        </w:tc>
      </w:tr>
      <w:tr w:rsidR="00244939" w:rsidRPr="00E30CCA" w14:paraId="2C70A60F"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E1F25"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0D97F1"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B0006" w14:textId="77777777" w:rsidR="00244939" w:rsidRPr="00E30CCA" w:rsidRDefault="00244939" w:rsidP="00416C06">
            <w:pPr>
              <w:autoSpaceDE w:val="0"/>
              <w:autoSpaceDN w:val="0"/>
              <w:spacing w:before="98" w:after="0" w:line="230" w:lineRule="auto"/>
              <w:ind w:left="72"/>
              <w:rPr>
                <w:rFonts w:ascii="Times New Roman" w:eastAsia="Times New Roman" w:hAnsi="Times New Roman" w:cs="Times New Roman"/>
                <w:color w:val="000000"/>
                <w:sz w:val="24"/>
                <w:szCs w:val="24"/>
                <w:lang w:val="ru-RU"/>
              </w:rPr>
            </w:pPr>
            <w:r w:rsidRPr="00E30CCA">
              <w:rPr>
                <w:rFonts w:ascii="Times New Roman" w:eastAsia="Times New Roman" w:hAnsi="Times New Roman" w:cs="Times New Roman"/>
                <w:color w:val="000000"/>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88CA93E"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74578CE"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384309" w14:textId="77777777" w:rsidR="00244939" w:rsidRPr="00E30CCA" w:rsidRDefault="00244939" w:rsidP="00416C06">
            <w:pPr>
              <w:rPr>
                <w:rFonts w:ascii="Times New Roman" w:hAnsi="Times New Roman" w:cs="Times New Roman"/>
                <w:sz w:val="24"/>
                <w:szCs w:val="24"/>
              </w:rPr>
            </w:pPr>
            <w:proofErr w:type="spellStart"/>
            <w:r w:rsidRPr="00E30CCA">
              <w:rPr>
                <w:rFonts w:ascii="Times New Roman" w:eastAsia="Times New Roman" w:hAnsi="Times New Roman" w:cs="Times New Roman"/>
                <w:color w:val="000000"/>
                <w:sz w:val="24"/>
                <w:szCs w:val="24"/>
              </w:rPr>
              <w:t>Письменный</w:t>
            </w:r>
            <w:proofErr w:type="spellEnd"/>
            <w:r w:rsidRPr="00E30CCA">
              <w:rPr>
                <w:rFonts w:ascii="Times New Roman" w:eastAsia="Times New Roman" w:hAnsi="Times New Roman" w:cs="Times New Roman"/>
                <w:color w:val="000000"/>
                <w:sz w:val="24"/>
                <w:szCs w:val="24"/>
              </w:rPr>
              <w:t xml:space="preserve"> </w:t>
            </w:r>
            <w:proofErr w:type="spellStart"/>
            <w:r w:rsidRPr="00E30CCA">
              <w:rPr>
                <w:rFonts w:ascii="Times New Roman" w:eastAsia="Times New Roman" w:hAnsi="Times New Roman" w:cs="Times New Roman"/>
                <w:color w:val="000000"/>
                <w:sz w:val="24"/>
                <w:szCs w:val="24"/>
              </w:rPr>
              <w:t>контроль</w:t>
            </w:r>
            <w:proofErr w:type="spellEnd"/>
            <w:r w:rsidRPr="00E30CCA">
              <w:rPr>
                <w:rFonts w:ascii="Times New Roman" w:eastAsia="Times New Roman" w:hAnsi="Times New Roman" w:cs="Times New Roman"/>
                <w:color w:val="000000"/>
                <w:sz w:val="24"/>
                <w:szCs w:val="24"/>
              </w:rPr>
              <w:t>;</w:t>
            </w:r>
          </w:p>
        </w:tc>
      </w:tr>
      <w:tr w:rsidR="00244939" w:rsidRPr="00E30CCA" w14:paraId="2EE2C8C2"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F559A"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3F214"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138AA9EF" w14:textId="77777777" w:rsidR="00244939" w:rsidRPr="00E30CCA" w:rsidRDefault="00244939" w:rsidP="00416C06">
            <w:pPr>
              <w:autoSpaceDE w:val="0"/>
              <w:autoSpaceDN w:val="0"/>
              <w:spacing w:before="98" w:after="0" w:line="230" w:lineRule="auto"/>
              <w:ind w:left="72"/>
              <w:rPr>
                <w:rFonts w:ascii="Times New Roman" w:eastAsia="Times New Roman" w:hAnsi="Times New Roman" w:cs="Times New Roman"/>
                <w:color w:val="000000"/>
                <w:sz w:val="24"/>
                <w:szCs w:val="24"/>
                <w:lang w:val="ru-RU"/>
              </w:rPr>
            </w:pPr>
            <w:r w:rsidRPr="00E30CCA">
              <w:rPr>
                <w:rFonts w:ascii="Times New Roman" w:eastAsia="Times New Roman" w:hAnsi="Times New Roman" w:cs="Times New Roman"/>
                <w:color w:val="000000"/>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5DFEF"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8CB0CF"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67DEFF" w14:textId="77777777" w:rsidR="00244939" w:rsidRPr="00E30CCA" w:rsidRDefault="00244939" w:rsidP="00416C06">
            <w:pPr>
              <w:rPr>
                <w:rFonts w:ascii="Times New Roman" w:hAnsi="Times New Roman" w:cs="Times New Roman"/>
                <w:sz w:val="24"/>
                <w:szCs w:val="24"/>
              </w:rPr>
            </w:pPr>
          </w:p>
        </w:tc>
      </w:tr>
      <w:tr w:rsidR="00244939" w:rsidRPr="00E30CCA" w14:paraId="7ACF5C64" w14:textId="77777777" w:rsidTr="00416C06">
        <w:trPr>
          <w:trHeight w:hRule="exact" w:val="492"/>
        </w:trPr>
        <w:tc>
          <w:tcPr>
            <w:tcW w:w="9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3C9870" w14:textId="77777777" w:rsidR="00244939" w:rsidRPr="00E30CCA" w:rsidRDefault="00244939" w:rsidP="00416C06">
            <w:pPr>
              <w:numPr>
                <w:ilvl w:val="0"/>
                <w:numId w:val="18"/>
              </w:numPr>
              <w:autoSpaceDE w:val="0"/>
              <w:autoSpaceDN w:val="0"/>
              <w:spacing w:before="98" w:after="0" w:line="230" w:lineRule="auto"/>
              <w:contextualSpacing/>
              <w:jc w:val="center"/>
              <w:rPr>
                <w:rFonts w:ascii="Times New Roman" w:hAnsi="Times New Roman" w:cs="Times New Roman"/>
                <w:sz w:val="24"/>
                <w:szCs w:val="24"/>
              </w:rPr>
            </w:pPr>
          </w:p>
        </w:tc>
        <w:tc>
          <w:tcPr>
            <w:tcW w:w="40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0D1FD" w14:textId="77777777" w:rsidR="00244939" w:rsidRPr="00E30CCA" w:rsidRDefault="00244939" w:rsidP="00416C06">
            <w:pPr>
              <w:rPr>
                <w:rFonts w:ascii="Times New Roman" w:hAnsi="Times New Roman" w:cs="Times New Roman"/>
                <w:sz w:val="24"/>
                <w:szCs w:val="24"/>
                <w:lang w:val="ru-RU"/>
              </w:rPr>
            </w:pPr>
            <w:r w:rsidRPr="00E30CCA">
              <w:rPr>
                <w:rFonts w:ascii="Times New Roman" w:hAnsi="Times New Roman" w:cs="Times New Roman"/>
                <w:color w:val="000000"/>
                <w:sz w:val="24"/>
                <w:szCs w:val="24"/>
                <w:shd w:val="clear" w:color="auto" w:fill="FFFFFF"/>
                <w:lang w:val="ru-RU"/>
              </w:rPr>
              <w:t>Повторение основных понятий и методов курсов 5 и 6 классов</w:t>
            </w:r>
            <w:r w:rsidRPr="00E30CCA">
              <w:rPr>
                <w:rFonts w:ascii="Times New Roman" w:hAnsi="Times New Roman" w:cs="Times New Roman"/>
                <w:color w:val="000000"/>
                <w:sz w:val="24"/>
                <w:szCs w:val="24"/>
                <w:shd w:val="clear" w:color="auto" w:fill="FFFFFF"/>
              </w:rPr>
              <w:t> </w:t>
            </w:r>
            <w:r w:rsidRPr="00E30CCA">
              <w:rPr>
                <w:rFonts w:ascii="Times New Roman" w:hAnsi="Times New Roman" w:cs="Times New Roman"/>
                <w:color w:val="000000"/>
                <w:sz w:val="24"/>
                <w:szCs w:val="24"/>
                <w:shd w:val="clear" w:color="auto" w:fill="FFFFFF"/>
                <w:lang w:val="ru-RU"/>
              </w:rPr>
              <w:t>обобщение, систематизация знаний</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48D76" w14:textId="77777777" w:rsidR="00244939" w:rsidRPr="00E30CCA" w:rsidRDefault="00244939" w:rsidP="00416C06">
            <w:pPr>
              <w:autoSpaceDE w:val="0"/>
              <w:autoSpaceDN w:val="0"/>
              <w:spacing w:before="98" w:after="0" w:line="230" w:lineRule="auto"/>
              <w:ind w:left="72"/>
              <w:rPr>
                <w:rFonts w:ascii="Times New Roman" w:eastAsia="Times New Roman" w:hAnsi="Times New Roman" w:cs="Times New Roman"/>
                <w:color w:val="000000"/>
                <w:sz w:val="24"/>
                <w:szCs w:val="24"/>
                <w:lang w:val="ru-RU"/>
              </w:rPr>
            </w:pPr>
            <w:r w:rsidRPr="00E30CCA">
              <w:rPr>
                <w:rFonts w:ascii="Times New Roman" w:eastAsia="Times New Roman" w:hAnsi="Times New Roman" w:cs="Times New Roman"/>
                <w:color w:val="000000"/>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63A455" w14:textId="77777777" w:rsidR="00244939" w:rsidRPr="00E30CCA" w:rsidRDefault="00244939" w:rsidP="00416C0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5A4411F" w14:textId="77777777" w:rsidR="00244939" w:rsidRPr="00E30CCA" w:rsidRDefault="00244939" w:rsidP="00416C06">
            <w:pPr>
              <w:rPr>
                <w:rFonts w:ascii="Times New Roman" w:hAnsi="Times New Roman" w:cs="Times New Roman"/>
                <w:sz w:val="24"/>
                <w:szCs w:val="24"/>
              </w:rPr>
            </w:pPr>
          </w:p>
        </w:tc>
        <w:tc>
          <w:tcPr>
            <w:tcW w:w="30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631FFF" w14:textId="77777777" w:rsidR="00244939" w:rsidRPr="00E30CCA" w:rsidRDefault="00244939" w:rsidP="00416C06">
            <w:pPr>
              <w:rPr>
                <w:rFonts w:ascii="Times New Roman" w:hAnsi="Times New Roman" w:cs="Times New Roman"/>
                <w:sz w:val="24"/>
                <w:szCs w:val="24"/>
              </w:rPr>
            </w:pPr>
          </w:p>
        </w:tc>
      </w:tr>
      <w:tr w:rsidR="00244939" w:rsidRPr="00E30CCA" w14:paraId="3466677C" w14:textId="77777777" w:rsidTr="00416C06">
        <w:trPr>
          <w:trHeight w:hRule="exact" w:val="808"/>
        </w:trPr>
        <w:tc>
          <w:tcPr>
            <w:tcW w:w="50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018519B" w14:textId="77777777" w:rsidR="00244939" w:rsidRPr="00E30CCA" w:rsidRDefault="00244939" w:rsidP="00416C06">
            <w:pPr>
              <w:autoSpaceDE w:val="0"/>
              <w:autoSpaceDN w:val="0"/>
              <w:spacing w:before="98" w:after="0" w:line="262" w:lineRule="auto"/>
              <w:ind w:left="72" w:right="1152"/>
              <w:rPr>
                <w:rFonts w:ascii="Times New Roman" w:hAnsi="Times New Roman" w:cs="Times New Roman"/>
                <w:sz w:val="24"/>
                <w:szCs w:val="24"/>
                <w:lang w:val="ru-RU"/>
              </w:rPr>
            </w:pPr>
            <w:r w:rsidRPr="00E30CCA">
              <w:rPr>
                <w:rFonts w:ascii="Times New Roman" w:eastAsia="Times New Roman" w:hAnsi="Times New Roman" w:cs="Times New Roman"/>
                <w:color w:val="000000"/>
                <w:sz w:val="24"/>
                <w:szCs w:val="24"/>
                <w:lang w:val="ru-RU"/>
              </w:rPr>
              <w:t>ОБЩЕЕ КОЛИЧЕСТВО ЧАСОВ ПО ПРОГРАММЕ</w:t>
            </w:r>
          </w:p>
        </w:tc>
        <w:tc>
          <w:tcPr>
            <w:tcW w:w="75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F62BA"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170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7B54F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lang w:val="ru-RU"/>
              </w:rPr>
            </w:pPr>
            <w:r w:rsidRPr="00E30CCA">
              <w:rPr>
                <w:rFonts w:ascii="Times New Roman" w:hAnsi="Times New Roman" w:cs="Times New Roman"/>
                <w:sz w:val="24"/>
                <w:szCs w:val="24"/>
                <w:lang w:val="ru-RU"/>
              </w:rPr>
              <w:t>11</w:t>
            </w:r>
          </w:p>
        </w:tc>
        <w:tc>
          <w:tcPr>
            <w:tcW w:w="375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781FBC" w14:textId="77777777" w:rsidR="00244939" w:rsidRPr="00E30CCA" w:rsidRDefault="00244939" w:rsidP="00416C06">
            <w:pPr>
              <w:autoSpaceDE w:val="0"/>
              <w:autoSpaceDN w:val="0"/>
              <w:spacing w:before="98" w:after="0" w:line="230" w:lineRule="auto"/>
              <w:ind w:left="72"/>
              <w:rPr>
                <w:rFonts w:ascii="Times New Roman" w:hAnsi="Times New Roman" w:cs="Times New Roman"/>
                <w:sz w:val="24"/>
                <w:szCs w:val="24"/>
              </w:rPr>
            </w:pPr>
            <w:r w:rsidRPr="00E30CCA">
              <w:rPr>
                <w:rFonts w:ascii="Times New Roman" w:eastAsia="Times New Roman" w:hAnsi="Times New Roman" w:cs="Times New Roman"/>
                <w:color w:val="000000"/>
                <w:sz w:val="24"/>
                <w:szCs w:val="24"/>
              </w:rPr>
              <w:t>4</w:t>
            </w:r>
          </w:p>
        </w:tc>
      </w:tr>
    </w:tbl>
    <w:p w14:paraId="579CC102" w14:textId="77777777" w:rsidR="00244939" w:rsidRPr="00E30CCA" w:rsidRDefault="00244939" w:rsidP="00244939">
      <w:pPr>
        <w:rPr>
          <w:rFonts w:ascii="Times New Roman" w:hAnsi="Times New Roman" w:cs="Times New Roman"/>
          <w:sz w:val="24"/>
          <w:szCs w:val="24"/>
        </w:rPr>
        <w:sectPr w:rsidR="00244939" w:rsidRPr="00E30CCA" w:rsidSect="00416C06">
          <w:pgSz w:w="11900" w:h="16840"/>
          <w:pgMar w:top="284" w:right="650" w:bottom="567" w:left="666" w:header="720" w:footer="720" w:gutter="0"/>
          <w:cols w:space="720" w:equalWidth="0">
            <w:col w:w="10584" w:space="0"/>
          </w:cols>
          <w:docGrid w:linePitch="360"/>
        </w:sectPr>
      </w:pPr>
    </w:p>
    <w:p w14:paraId="33A55613" w14:textId="77777777" w:rsidR="00244939" w:rsidRPr="00E30CCA" w:rsidRDefault="00244939" w:rsidP="00244939">
      <w:pPr>
        <w:autoSpaceDE w:val="0"/>
        <w:autoSpaceDN w:val="0"/>
        <w:spacing w:after="78" w:line="220" w:lineRule="exact"/>
        <w:rPr>
          <w:rFonts w:ascii="Times New Roman" w:hAnsi="Times New Roman" w:cs="Times New Roman"/>
          <w:sz w:val="24"/>
          <w:szCs w:val="24"/>
          <w:lang w:val="ru-RU"/>
        </w:rPr>
      </w:pPr>
    </w:p>
    <w:p w14:paraId="68E3E367" w14:textId="77777777" w:rsidR="00244939" w:rsidRPr="00E30CCA" w:rsidRDefault="00244939" w:rsidP="00244939">
      <w:pPr>
        <w:autoSpaceDE w:val="0"/>
        <w:autoSpaceDN w:val="0"/>
        <w:spacing w:after="78" w:line="220" w:lineRule="exact"/>
        <w:rPr>
          <w:rFonts w:ascii="Times New Roman" w:hAnsi="Times New Roman" w:cs="Times New Roman"/>
          <w:sz w:val="24"/>
          <w:szCs w:val="24"/>
          <w:lang w:val="ru-RU"/>
        </w:rPr>
      </w:pPr>
    </w:p>
    <w:p w14:paraId="0997D1B8" w14:textId="77777777" w:rsidR="00244939" w:rsidRPr="00E30CCA" w:rsidRDefault="00244939" w:rsidP="00244939">
      <w:pPr>
        <w:autoSpaceDE w:val="0"/>
        <w:autoSpaceDN w:val="0"/>
        <w:spacing w:after="78" w:line="220" w:lineRule="exact"/>
        <w:rPr>
          <w:rFonts w:ascii="Times New Roman" w:hAnsi="Times New Roman" w:cs="Times New Roman"/>
          <w:sz w:val="24"/>
          <w:szCs w:val="24"/>
          <w:lang w:val="ru-RU"/>
        </w:rPr>
      </w:pPr>
    </w:p>
    <w:p w14:paraId="20553785" w14:textId="77777777" w:rsidR="00244939" w:rsidRPr="00E30CCA" w:rsidRDefault="00244939" w:rsidP="00244939">
      <w:pPr>
        <w:autoSpaceDE w:val="0"/>
        <w:autoSpaceDN w:val="0"/>
        <w:spacing w:after="0" w:line="230" w:lineRule="auto"/>
        <w:rPr>
          <w:rFonts w:ascii="Times New Roman" w:eastAsia="Times New Roman" w:hAnsi="Times New Roman" w:cs="Times New Roman"/>
          <w:b/>
          <w:color w:val="000000"/>
          <w:sz w:val="24"/>
          <w:szCs w:val="24"/>
          <w:lang w:val="ru-RU"/>
        </w:rPr>
      </w:pPr>
      <w:r w:rsidRPr="00E30CCA">
        <w:rPr>
          <w:rFonts w:ascii="Times New Roman" w:eastAsia="Times New Roman" w:hAnsi="Times New Roman" w:cs="Times New Roman"/>
          <w:b/>
          <w:color w:val="000000"/>
          <w:sz w:val="24"/>
          <w:szCs w:val="24"/>
          <w:lang w:val="ru-RU"/>
        </w:rPr>
        <w:t xml:space="preserve">УЧЕБНО-МЕТОДИЧЕСКОЕ ОБЕСПЕЧЕНИЕ ОБРАЗОВАТЕЛЬНОГО ПРОЦЕССА </w:t>
      </w:r>
    </w:p>
    <w:p w14:paraId="003F9B39" w14:textId="77777777" w:rsidR="00244939" w:rsidRPr="00E30CCA" w:rsidRDefault="00244939" w:rsidP="00244939">
      <w:pPr>
        <w:autoSpaceDE w:val="0"/>
        <w:autoSpaceDN w:val="0"/>
        <w:spacing w:after="0" w:line="230" w:lineRule="auto"/>
        <w:rPr>
          <w:rFonts w:ascii="Times New Roman" w:hAnsi="Times New Roman" w:cs="Times New Roman"/>
          <w:sz w:val="24"/>
          <w:szCs w:val="24"/>
          <w:lang w:val="ru-RU"/>
        </w:rPr>
      </w:pPr>
    </w:p>
    <w:p w14:paraId="23328C23" w14:textId="77777777" w:rsidR="00244939" w:rsidRPr="00E30CCA" w:rsidRDefault="00244939" w:rsidP="00244939">
      <w:pPr>
        <w:autoSpaceDE w:val="0"/>
        <w:autoSpaceDN w:val="0"/>
        <w:spacing w:before="346" w:after="0" w:line="230" w:lineRule="auto"/>
        <w:rPr>
          <w:rFonts w:ascii="Times New Roman" w:eastAsia="Times New Roman" w:hAnsi="Times New Roman" w:cs="Times New Roman"/>
          <w:b/>
          <w:color w:val="000000"/>
          <w:sz w:val="24"/>
          <w:szCs w:val="24"/>
          <w:lang w:val="ru-RU"/>
        </w:rPr>
      </w:pPr>
      <w:r w:rsidRPr="00E30CCA">
        <w:rPr>
          <w:rFonts w:ascii="Times New Roman" w:eastAsia="Times New Roman" w:hAnsi="Times New Roman" w:cs="Times New Roman"/>
          <w:b/>
          <w:color w:val="000000"/>
          <w:sz w:val="24"/>
          <w:szCs w:val="24"/>
          <w:lang w:val="ru-RU"/>
        </w:rPr>
        <w:t>ОБЯЗАТЕЛЬНЫЕ УЧЕБНЫЕ МАТЕРИАЛЫ ДЛЯ УЧЕНИКА</w:t>
      </w:r>
    </w:p>
    <w:p w14:paraId="6536D78E" w14:textId="77777777" w:rsidR="00244939" w:rsidRPr="00E30CCA" w:rsidRDefault="00244939" w:rsidP="00244939">
      <w:pPr>
        <w:autoSpaceDE w:val="0"/>
        <w:autoSpaceDN w:val="0"/>
        <w:adjustRightInd w:val="0"/>
        <w:jc w:val="both"/>
        <w:rPr>
          <w:rFonts w:ascii="Times New Roman" w:hAnsi="Times New Roman" w:cs="Times New Roman"/>
          <w:sz w:val="24"/>
          <w:szCs w:val="24"/>
          <w:lang w:val="ru-RU"/>
        </w:rPr>
      </w:pPr>
      <w:r w:rsidRPr="00E30CCA">
        <w:rPr>
          <w:rFonts w:ascii="Times New Roman" w:hAnsi="Times New Roman" w:cs="Times New Roman"/>
          <w:sz w:val="24"/>
          <w:szCs w:val="24"/>
          <w:lang w:val="ru-RU"/>
        </w:rPr>
        <w:t xml:space="preserve">1. Учеб. для 5 </w:t>
      </w:r>
      <w:proofErr w:type="spellStart"/>
      <w:r w:rsidRPr="00E30CCA">
        <w:rPr>
          <w:rFonts w:ascii="Times New Roman" w:hAnsi="Times New Roman" w:cs="Times New Roman"/>
          <w:sz w:val="24"/>
          <w:szCs w:val="24"/>
          <w:lang w:val="ru-RU"/>
        </w:rPr>
        <w:t>кл</w:t>
      </w:r>
      <w:proofErr w:type="spellEnd"/>
      <w:r w:rsidRPr="00E30CCA">
        <w:rPr>
          <w:rFonts w:ascii="Times New Roman" w:hAnsi="Times New Roman" w:cs="Times New Roman"/>
          <w:sz w:val="24"/>
          <w:szCs w:val="24"/>
          <w:lang w:val="ru-RU"/>
        </w:rPr>
        <w:t xml:space="preserve">. </w:t>
      </w:r>
      <w:proofErr w:type="spellStart"/>
      <w:r w:rsidRPr="00E30CCA">
        <w:rPr>
          <w:rFonts w:ascii="Times New Roman" w:hAnsi="Times New Roman" w:cs="Times New Roman"/>
          <w:sz w:val="24"/>
          <w:szCs w:val="24"/>
          <w:lang w:val="ru-RU"/>
        </w:rPr>
        <w:t>общеобразоват</w:t>
      </w:r>
      <w:proofErr w:type="spellEnd"/>
      <w:r w:rsidRPr="00E30CCA">
        <w:rPr>
          <w:rFonts w:ascii="Times New Roman" w:hAnsi="Times New Roman" w:cs="Times New Roman"/>
          <w:sz w:val="24"/>
          <w:szCs w:val="24"/>
          <w:lang w:val="ru-RU"/>
        </w:rPr>
        <w:t xml:space="preserve">. учреждений/ Н.Я. </w:t>
      </w:r>
      <w:proofErr w:type="spellStart"/>
      <w:r w:rsidRPr="00E30CCA">
        <w:rPr>
          <w:rFonts w:ascii="Times New Roman" w:hAnsi="Times New Roman" w:cs="Times New Roman"/>
          <w:sz w:val="24"/>
          <w:szCs w:val="24"/>
          <w:lang w:val="ru-RU"/>
        </w:rPr>
        <w:t>Виленкин</w:t>
      </w:r>
      <w:proofErr w:type="spellEnd"/>
      <w:r w:rsidRPr="00E30CCA">
        <w:rPr>
          <w:rFonts w:ascii="Times New Roman" w:hAnsi="Times New Roman" w:cs="Times New Roman"/>
          <w:sz w:val="24"/>
          <w:szCs w:val="24"/>
          <w:lang w:val="ru-RU"/>
        </w:rPr>
        <w:t xml:space="preserve">, В.И. Жохов, А.С. Чесноков, С.И. </w:t>
      </w:r>
      <w:proofErr w:type="spellStart"/>
      <w:r w:rsidRPr="00E30CCA">
        <w:rPr>
          <w:rFonts w:ascii="Times New Roman" w:hAnsi="Times New Roman" w:cs="Times New Roman"/>
          <w:sz w:val="24"/>
          <w:szCs w:val="24"/>
          <w:lang w:val="ru-RU"/>
        </w:rPr>
        <w:t>Шварцбурд</w:t>
      </w:r>
      <w:proofErr w:type="spellEnd"/>
      <w:r w:rsidRPr="00E30CCA">
        <w:rPr>
          <w:rFonts w:ascii="Times New Roman" w:hAnsi="Times New Roman" w:cs="Times New Roman"/>
          <w:sz w:val="24"/>
          <w:szCs w:val="24"/>
          <w:lang w:val="ru-RU"/>
        </w:rPr>
        <w:t xml:space="preserve">. - </w:t>
      </w:r>
      <w:proofErr w:type="spellStart"/>
      <w:r w:rsidRPr="00E30CCA">
        <w:rPr>
          <w:rFonts w:ascii="Times New Roman" w:hAnsi="Times New Roman" w:cs="Times New Roman"/>
          <w:sz w:val="24"/>
          <w:szCs w:val="24"/>
          <w:lang w:val="ru-RU"/>
        </w:rPr>
        <w:t>М.:Мнемозина</w:t>
      </w:r>
      <w:proofErr w:type="spellEnd"/>
      <w:r w:rsidRPr="00E30CCA">
        <w:rPr>
          <w:rFonts w:ascii="Times New Roman" w:hAnsi="Times New Roman" w:cs="Times New Roman"/>
          <w:sz w:val="24"/>
          <w:szCs w:val="24"/>
          <w:lang w:val="ru-RU"/>
        </w:rPr>
        <w:t>, 2020г.</w:t>
      </w:r>
    </w:p>
    <w:p w14:paraId="03F85DB2" w14:textId="77777777" w:rsidR="00244939" w:rsidRPr="00E30CCA" w:rsidRDefault="00244939" w:rsidP="00244939">
      <w:pPr>
        <w:autoSpaceDE w:val="0"/>
        <w:autoSpaceDN w:val="0"/>
        <w:adjustRightInd w:val="0"/>
        <w:jc w:val="both"/>
        <w:rPr>
          <w:rFonts w:ascii="Times New Roman" w:hAnsi="Times New Roman" w:cs="Times New Roman"/>
          <w:sz w:val="24"/>
          <w:szCs w:val="24"/>
          <w:lang w:val="ru-RU"/>
        </w:rPr>
      </w:pPr>
      <w:r w:rsidRPr="00E30CCA">
        <w:rPr>
          <w:rFonts w:ascii="Times New Roman" w:hAnsi="Times New Roman" w:cs="Times New Roman"/>
          <w:sz w:val="24"/>
          <w:szCs w:val="24"/>
          <w:lang w:val="ru-RU"/>
        </w:rPr>
        <w:t xml:space="preserve">2. Учеб. для 6 </w:t>
      </w:r>
      <w:proofErr w:type="spellStart"/>
      <w:r w:rsidRPr="00E30CCA">
        <w:rPr>
          <w:rFonts w:ascii="Times New Roman" w:hAnsi="Times New Roman" w:cs="Times New Roman"/>
          <w:sz w:val="24"/>
          <w:szCs w:val="24"/>
          <w:lang w:val="ru-RU"/>
        </w:rPr>
        <w:t>кл</w:t>
      </w:r>
      <w:proofErr w:type="spellEnd"/>
      <w:r w:rsidRPr="00E30CCA">
        <w:rPr>
          <w:rFonts w:ascii="Times New Roman" w:hAnsi="Times New Roman" w:cs="Times New Roman"/>
          <w:sz w:val="24"/>
          <w:szCs w:val="24"/>
          <w:lang w:val="ru-RU"/>
        </w:rPr>
        <w:t xml:space="preserve">. </w:t>
      </w:r>
      <w:proofErr w:type="spellStart"/>
      <w:r w:rsidRPr="00E30CCA">
        <w:rPr>
          <w:rFonts w:ascii="Times New Roman" w:hAnsi="Times New Roman" w:cs="Times New Roman"/>
          <w:sz w:val="24"/>
          <w:szCs w:val="24"/>
          <w:lang w:val="ru-RU"/>
        </w:rPr>
        <w:t>общеобразоват</w:t>
      </w:r>
      <w:proofErr w:type="spellEnd"/>
      <w:r w:rsidRPr="00E30CCA">
        <w:rPr>
          <w:rFonts w:ascii="Times New Roman" w:hAnsi="Times New Roman" w:cs="Times New Roman"/>
          <w:sz w:val="24"/>
          <w:szCs w:val="24"/>
          <w:lang w:val="ru-RU"/>
        </w:rPr>
        <w:t xml:space="preserve">. учреждений/ Н.Я. </w:t>
      </w:r>
      <w:proofErr w:type="spellStart"/>
      <w:r w:rsidRPr="00E30CCA">
        <w:rPr>
          <w:rFonts w:ascii="Times New Roman" w:hAnsi="Times New Roman" w:cs="Times New Roman"/>
          <w:sz w:val="24"/>
          <w:szCs w:val="24"/>
          <w:lang w:val="ru-RU"/>
        </w:rPr>
        <w:t>Виленкин</w:t>
      </w:r>
      <w:proofErr w:type="spellEnd"/>
      <w:r w:rsidRPr="00E30CCA">
        <w:rPr>
          <w:rFonts w:ascii="Times New Roman" w:hAnsi="Times New Roman" w:cs="Times New Roman"/>
          <w:sz w:val="24"/>
          <w:szCs w:val="24"/>
          <w:lang w:val="ru-RU"/>
        </w:rPr>
        <w:t xml:space="preserve">, В.И. Жохов, А.С. Чесноков, С.И. </w:t>
      </w:r>
      <w:proofErr w:type="spellStart"/>
      <w:r w:rsidRPr="00E30CCA">
        <w:rPr>
          <w:rFonts w:ascii="Times New Roman" w:hAnsi="Times New Roman" w:cs="Times New Roman"/>
          <w:sz w:val="24"/>
          <w:szCs w:val="24"/>
          <w:lang w:val="ru-RU"/>
        </w:rPr>
        <w:t>Шварцбурд</w:t>
      </w:r>
      <w:proofErr w:type="spellEnd"/>
      <w:r w:rsidRPr="00E30CCA">
        <w:rPr>
          <w:rFonts w:ascii="Times New Roman" w:hAnsi="Times New Roman" w:cs="Times New Roman"/>
          <w:sz w:val="24"/>
          <w:szCs w:val="24"/>
          <w:lang w:val="ru-RU"/>
        </w:rPr>
        <w:t xml:space="preserve">. - </w:t>
      </w:r>
      <w:proofErr w:type="spellStart"/>
      <w:r w:rsidRPr="00E30CCA">
        <w:rPr>
          <w:rFonts w:ascii="Times New Roman" w:hAnsi="Times New Roman" w:cs="Times New Roman"/>
          <w:sz w:val="24"/>
          <w:szCs w:val="24"/>
          <w:lang w:val="ru-RU"/>
        </w:rPr>
        <w:t>М.:Мнемозина</w:t>
      </w:r>
      <w:proofErr w:type="spellEnd"/>
      <w:r w:rsidRPr="00E30CCA">
        <w:rPr>
          <w:rFonts w:ascii="Times New Roman" w:hAnsi="Times New Roman" w:cs="Times New Roman"/>
          <w:sz w:val="24"/>
          <w:szCs w:val="24"/>
          <w:lang w:val="ru-RU"/>
        </w:rPr>
        <w:t>, 2020 г</w:t>
      </w:r>
    </w:p>
    <w:p w14:paraId="6A2F39D9" w14:textId="77777777" w:rsidR="00244939" w:rsidRPr="00E30CCA" w:rsidRDefault="00244939" w:rsidP="00244939">
      <w:pPr>
        <w:autoSpaceDE w:val="0"/>
        <w:autoSpaceDN w:val="0"/>
        <w:spacing w:before="262" w:after="0" w:line="230" w:lineRule="auto"/>
        <w:rPr>
          <w:rFonts w:ascii="Times New Roman" w:eastAsia="Times New Roman" w:hAnsi="Times New Roman" w:cs="Times New Roman"/>
          <w:b/>
          <w:color w:val="000000"/>
          <w:sz w:val="24"/>
          <w:szCs w:val="24"/>
          <w:lang w:val="ru-RU"/>
        </w:rPr>
      </w:pPr>
    </w:p>
    <w:p w14:paraId="30CB1EE9" w14:textId="77777777" w:rsidR="00244939" w:rsidRPr="00E30CCA" w:rsidRDefault="00244939" w:rsidP="00244939">
      <w:pPr>
        <w:autoSpaceDE w:val="0"/>
        <w:autoSpaceDN w:val="0"/>
        <w:spacing w:before="262" w:after="0" w:line="230" w:lineRule="auto"/>
        <w:rPr>
          <w:rFonts w:ascii="Times New Roman" w:hAnsi="Times New Roman" w:cs="Times New Roman"/>
          <w:sz w:val="24"/>
          <w:szCs w:val="24"/>
          <w:lang w:val="ru-RU"/>
        </w:rPr>
      </w:pPr>
    </w:p>
    <w:sectPr w:rsidR="00244939" w:rsidRPr="00E30C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20C78E4"/>
    <w:multiLevelType w:val="multilevel"/>
    <w:tmpl w:val="1CA2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10928"/>
    <w:multiLevelType w:val="hybridMultilevel"/>
    <w:tmpl w:val="D172AAE2"/>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1" w15:restartNumberingAfterBreak="0">
    <w:nsid w:val="1CEA65B1"/>
    <w:multiLevelType w:val="multilevel"/>
    <w:tmpl w:val="224A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A66ED"/>
    <w:multiLevelType w:val="multilevel"/>
    <w:tmpl w:val="CCE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00F88"/>
    <w:multiLevelType w:val="multilevel"/>
    <w:tmpl w:val="2C4E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660F2A"/>
    <w:multiLevelType w:val="multilevel"/>
    <w:tmpl w:val="D28C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71972"/>
    <w:multiLevelType w:val="hybridMultilevel"/>
    <w:tmpl w:val="DA22C952"/>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6" w15:restartNumberingAfterBreak="0">
    <w:nsid w:val="42161371"/>
    <w:multiLevelType w:val="hybridMultilevel"/>
    <w:tmpl w:val="2D28D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C766B8"/>
    <w:multiLevelType w:val="multilevel"/>
    <w:tmpl w:val="F4D0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C58AD"/>
    <w:multiLevelType w:val="hybridMultilevel"/>
    <w:tmpl w:val="BEBCA696"/>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9" w15:restartNumberingAfterBreak="0">
    <w:nsid w:val="6081057C"/>
    <w:multiLevelType w:val="hybridMultilevel"/>
    <w:tmpl w:val="20ACF312"/>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0" w15:restartNumberingAfterBreak="0">
    <w:nsid w:val="67A60A7F"/>
    <w:multiLevelType w:val="multilevel"/>
    <w:tmpl w:val="B852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0750FF"/>
    <w:multiLevelType w:val="multilevel"/>
    <w:tmpl w:val="19A6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508112">
    <w:abstractNumId w:val="8"/>
  </w:num>
  <w:num w:numId="2" w16cid:durableId="1708413435">
    <w:abstractNumId w:val="6"/>
  </w:num>
  <w:num w:numId="3" w16cid:durableId="482166596">
    <w:abstractNumId w:val="5"/>
  </w:num>
  <w:num w:numId="4" w16cid:durableId="1708331776">
    <w:abstractNumId w:val="4"/>
  </w:num>
  <w:num w:numId="5" w16cid:durableId="1553078147">
    <w:abstractNumId w:val="7"/>
  </w:num>
  <w:num w:numId="6" w16cid:durableId="1540627304">
    <w:abstractNumId w:val="3"/>
  </w:num>
  <w:num w:numId="7" w16cid:durableId="2007635248">
    <w:abstractNumId w:val="2"/>
  </w:num>
  <w:num w:numId="8" w16cid:durableId="1379665773">
    <w:abstractNumId w:val="1"/>
  </w:num>
  <w:num w:numId="9" w16cid:durableId="1224101245">
    <w:abstractNumId w:val="0"/>
  </w:num>
  <w:num w:numId="10" w16cid:durableId="986470003">
    <w:abstractNumId w:val="17"/>
  </w:num>
  <w:num w:numId="11" w16cid:durableId="61874557">
    <w:abstractNumId w:val="14"/>
  </w:num>
  <w:num w:numId="12" w16cid:durableId="891115283">
    <w:abstractNumId w:val="11"/>
  </w:num>
  <w:num w:numId="13" w16cid:durableId="87699071">
    <w:abstractNumId w:val="9"/>
  </w:num>
  <w:num w:numId="14" w16cid:durableId="1963993686">
    <w:abstractNumId w:val="20"/>
  </w:num>
  <w:num w:numId="15" w16cid:durableId="983587087">
    <w:abstractNumId w:val="13"/>
  </w:num>
  <w:num w:numId="16" w16cid:durableId="53630246">
    <w:abstractNumId w:val="21"/>
  </w:num>
  <w:num w:numId="17" w16cid:durableId="627664526">
    <w:abstractNumId w:val="12"/>
  </w:num>
  <w:num w:numId="18" w16cid:durableId="1154297824">
    <w:abstractNumId w:val="18"/>
  </w:num>
  <w:num w:numId="19" w16cid:durableId="2048678553">
    <w:abstractNumId w:val="19"/>
  </w:num>
  <w:num w:numId="20" w16cid:durableId="465853439">
    <w:abstractNumId w:val="10"/>
  </w:num>
  <w:num w:numId="21" w16cid:durableId="239608240">
    <w:abstractNumId w:val="15"/>
  </w:num>
  <w:num w:numId="22" w16cid:durableId="8504608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D5E05"/>
    <w:rsid w:val="00244939"/>
    <w:rsid w:val="002D5E05"/>
    <w:rsid w:val="00416C06"/>
    <w:rsid w:val="005A6C15"/>
    <w:rsid w:val="009318F0"/>
    <w:rsid w:val="00B028D3"/>
    <w:rsid w:val="00E3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30685"/>
  <w15:docId w15:val="{AD5B9991-086B-4810-AA92-9E5F8676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44939"/>
    <w:pPr>
      <w:spacing w:after="200" w:line="276" w:lineRule="auto"/>
    </w:pPr>
    <w:rPr>
      <w:rFonts w:eastAsiaTheme="minorEastAsia"/>
      <w:lang w:val="en-US"/>
    </w:rPr>
  </w:style>
  <w:style w:type="paragraph" w:styleId="1">
    <w:name w:val="heading 1"/>
    <w:basedOn w:val="a1"/>
    <w:next w:val="a1"/>
    <w:link w:val="10"/>
    <w:uiPriority w:val="9"/>
    <w:qFormat/>
    <w:rsid w:val="0024493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1"/>
    <w:next w:val="a1"/>
    <w:link w:val="22"/>
    <w:uiPriority w:val="9"/>
    <w:unhideWhenUsed/>
    <w:qFormat/>
    <w:rsid w:val="0024493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1">
    <w:name w:val="heading 3"/>
    <w:basedOn w:val="a1"/>
    <w:next w:val="a1"/>
    <w:link w:val="32"/>
    <w:uiPriority w:val="9"/>
    <w:unhideWhenUsed/>
    <w:qFormat/>
    <w:rsid w:val="0024493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1"/>
    <w:next w:val="a1"/>
    <w:link w:val="40"/>
    <w:uiPriority w:val="9"/>
    <w:semiHidden/>
    <w:unhideWhenUsed/>
    <w:qFormat/>
    <w:rsid w:val="0024493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1"/>
    <w:next w:val="a1"/>
    <w:link w:val="50"/>
    <w:uiPriority w:val="9"/>
    <w:semiHidden/>
    <w:unhideWhenUsed/>
    <w:qFormat/>
    <w:rsid w:val="0024493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1"/>
    <w:next w:val="a1"/>
    <w:link w:val="60"/>
    <w:uiPriority w:val="9"/>
    <w:semiHidden/>
    <w:unhideWhenUsed/>
    <w:qFormat/>
    <w:rsid w:val="0024493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1"/>
    <w:next w:val="a1"/>
    <w:link w:val="70"/>
    <w:uiPriority w:val="9"/>
    <w:semiHidden/>
    <w:unhideWhenUsed/>
    <w:qFormat/>
    <w:rsid w:val="002449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24493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1"/>
    <w:next w:val="a1"/>
    <w:link w:val="90"/>
    <w:uiPriority w:val="9"/>
    <w:semiHidden/>
    <w:unhideWhenUsed/>
    <w:qFormat/>
    <w:rsid w:val="002449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44939"/>
    <w:rPr>
      <w:rFonts w:asciiTheme="majorHAnsi" w:eastAsiaTheme="majorEastAsia" w:hAnsiTheme="majorHAnsi" w:cstheme="majorBidi"/>
      <w:b/>
      <w:bCs/>
      <w:color w:val="2E74B5" w:themeColor="accent1" w:themeShade="BF"/>
      <w:sz w:val="28"/>
      <w:szCs w:val="28"/>
      <w:lang w:val="en-US"/>
    </w:rPr>
  </w:style>
  <w:style w:type="character" w:customStyle="1" w:styleId="22">
    <w:name w:val="Заголовок 2 Знак"/>
    <w:basedOn w:val="a2"/>
    <w:link w:val="21"/>
    <w:uiPriority w:val="9"/>
    <w:rsid w:val="00244939"/>
    <w:rPr>
      <w:rFonts w:asciiTheme="majorHAnsi" w:eastAsiaTheme="majorEastAsia" w:hAnsiTheme="majorHAnsi" w:cstheme="majorBidi"/>
      <w:b/>
      <w:bCs/>
      <w:color w:val="5B9BD5" w:themeColor="accent1"/>
      <w:sz w:val="26"/>
      <w:szCs w:val="26"/>
      <w:lang w:val="en-US"/>
    </w:rPr>
  </w:style>
  <w:style w:type="character" w:customStyle="1" w:styleId="32">
    <w:name w:val="Заголовок 3 Знак"/>
    <w:basedOn w:val="a2"/>
    <w:link w:val="31"/>
    <w:uiPriority w:val="9"/>
    <w:rsid w:val="00244939"/>
    <w:rPr>
      <w:rFonts w:asciiTheme="majorHAnsi" w:eastAsiaTheme="majorEastAsia" w:hAnsiTheme="majorHAnsi" w:cstheme="majorBidi"/>
      <w:b/>
      <w:bCs/>
      <w:color w:val="5B9BD5" w:themeColor="accent1"/>
      <w:lang w:val="en-US"/>
    </w:rPr>
  </w:style>
  <w:style w:type="character" w:customStyle="1" w:styleId="40">
    <w:name w:val="Заголовок 4 Знак"/>
    <w:basedOn w:val="a2"/>
    <w:link w:val="4"/>
    <w:uiPriority w:val="9"/>
    <w:semiHidden/>
    <w:rsid w:val="00244939"/>
    <w:rPr>
      <w:rFonts w:asciiTheme="majorHAnsi" w:eastAsiaTheme="majorEastAsia" w:hAnsiTheme="majorHAnsi" w:cstheme="majorBidi"/>
      <w:b/>
      <w:bCs/>
      <w:i/>
      <w:iCs/>
      <w:color w:val="5B9BD5" w:themeColor="accent1"/>
      <w:lang w:val="en-US"/>
    </w:rPr>
  </w:style>
  <w:style w:type="character" w:customStyle="1" w:styleId="50">
    <w:name w:val="Заголовок 5 Знак"/>
    <w:basedOn w:val="a2"/>
    <w:link w:val="5"/>
    <w:uiPriority w:val="9"/>
    <w:semiHidden/>
    <w:rsid w:val="00244939"/>
    <w:rPr>
      <w:rFonts w:asciiTheme="majorHAnsi" w:eastAsiaTheme="majorEastAsia" w:hAnsiTheme="majorHAnsi" w:cstheme="majorBidi"/>
      <w:color w:val="1F4D78" w:themeColor="accent1" w:themeShade="7F"/>
      <w:lang w:val="en-US"/>
    </w:rPr>
  </w:style>
  <w:style w:type="character" w:customStyle="1" w:styleId="60">
    <w:name w:val="Заголовок 6 Знак"/>
    <w:basedOn w:val="a2"/>
    <w:link w:val="6"/>
    <w:uiPriority w:val="9"/>
    <w:semiHidden/>
    <w:rsid w:val="00244939"/>
    <w:rPr>
      <w:rFonts w:asciiTheme="majorHAnsi" w:eastAsiaTheme="majorEastAsia" w:hAnsiTheme="majorHAnsi" w:cstheme="majorBidi"/>
      <w:i/>
      <w:iCs/>
      <w:color w:val="1F4D78" w:themeColor="accent1" w:themeShade="7F"/>
      <w:lang w:val="en-US"/>
    </w:rPr>
  </w:style>
  <w:style w:type="character" w:customStyle="1" w:styleId="70">
    <w:name w:val="Заголовок 7 Знак"/>
    <w:basedOn w:val="a2"/>
    <w:link w:val="7"/>
    <w:uiPriority w:val="9"/>
    <w:semiHidden/>
    <w:rsid w:val="00244939"/>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244939"/>
    <w:rPr>
      <w:rFonts w:asciiTheme="majorHAnsi" w:eastAsiaTheme="majorEastAsia" w:hAnsiTheme="majorHAnsi" w:cstheme="majorBidi"/>
      <w:color w:val="5B9BD5" w:themeColor="accent1"/>
      <w:sz w:val="20"/>
      <w:szCs w:val="20"/>
      <w:lang w:val="en-US"/>
    </w:rPr>
  </w:style>
  <w:style w:type="character" w:customStyle="1" w:styleId="90">
    <w:name w:val="Заголовок 9 Знак"/>
    <w:basedOn w:val="a2"/>
    <w:link w:val="9"/>
    <w:uiPriority w:val="9"/>
    <w:semiHidden/>
    <w:rsid w:val="00244939"/>
    <w:rPr>
      <w:rFonts w:asciiTheme="majorHAnsi" w:eastAsiaTheme="majorEastAsia" w:hAnsiTheme="majorHAnsi" w:cstheme="majorBidi"/>
      <w:i/>
      <w:iCs/>
      <w:color w:val="404040" w:themeColor="text1" w:themeTint="BF"/>
      <w:sz w:val="20"/>
      <w:szCs w:val="20"/>
      <w:lang w:val="en-US"/>
    </w:rPr>
  </w:style>
  <w:style w:type="paragraph" w:styleId="a5">
    <w:name w:val="header"/>
    <w:basedOn w:val="a1"/>
    <w:link w:val="a6"/>
    <w:uiPriority w:val="99"/>
    <w:unhideWhenUsed/>
    <w:rsid w:val="00244939"/>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244939"/>
    <w:rPr>
      <w:rFonts w:eastAsiaTheme="minorEastAsia"/>
      <w:lang w:val="en-US"/>
    </w:rPr>
  </w:style>
  <w:style w:type="paragraph" w:styleId="a7">
    <w:name w:val="footer"/>
    <w:basedOn w:val="a1"/>
    <w:link w:val="a8"/>
    <w:uiPriority w:val="99"/>
    <w:unhideWhenUsed/>
    <w:rsid w:val="00244939"/>
    <w:pPr>
      <w:tabs>
        <w:tab w:val="center" w:pos="4680"/>
        <w:tab w:val="right" w:pos="9360"/>
      </w:tabs>
      <w:spacing w:after="0" w:line="240" w:lineRule="auto"/>
    </w:pPr>
  </w:style>
  <w:style w:type="character" w:customStyle="1" w:styleId="a8">
    <w:name w:val="Нижний колонтитул Знак"/>
    <w:basedOn w:val="a2"/>
    <w:link w:val="a7"/>
    <w:uiPriority w:val="99"/>
    <w:rsid w:val="00244939"/>
    <w:rPr>
      <w:rFonts w:eastAsiaTheme="minorEastAsia"/>
      <w:lang w:val="en-US"/>
    </w:rPr>
  </w:style>
  <w:style w:type="paragraph" w:styleId="a9">
    <w:name w:val="No Spacing"/>
    <w:uiPriority w:val="1"/>
    <w:qFormat/>
    <w:rsid w:val="00244939"/>
    <w:pPr>
      <w:spacing w:after="0" w:line="240" w:lineRule="auto"/>
    </w:pPr>
    <w:rPr>
      <w:rFonts w:eastAsiaTheme="minorEastAsia"/>
      <w:lang w:val="en-US"/>
    </w:rPr>
  </w:style>
  <w:style w:type="paragraph" w:styleId="aa">
    <w:name w:val="Title"/>
    <w:basedOn w:val="a1"/>
    <w:next w:val="a1"/>
    <w:link w:val="ab"/>
    <w:uiPriority w:val="10"/>
    <w:qFormat/>
    <w:rsid w:val="00244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Заголовок Знак"/>
    <w:basedOn w:val="a2"/>
    <w:link w:val="aa"/>
    <w:uiPriority w:val="10"/>
    <w:rsid w:val="00244939"/>
    <w:rPr>
      <w:rFonts w:asciiTheme="majorHAnsi" w:eastAsiaTheme="majorEastAsia" w:hAnsiTheme="majorHAnsi" w:cstheme="majorBidi"/>
      <w:color w:val="323E4F" w:themeColor="text2" w:themeShade="BF"/>
      <w:spacing w:val="5"/>
      <w:kern w:val="28"/>
      <w:sz w:val="52"/>
      <w:szCs w:val="52"/>
      <w:lang w:val="en-US"/>
    </w:rPr>
  </w:style>
  <w:style w:type="paragraph" w:styleId="ac">
    <w:name w:val="Subtitle"/>
    <w:basedOn w:val="a1"/>
    <w:next w:val="a1"/>
    <w:link w:val="ad"/>
    <w:uiPriority w:val="11"/>
    <w:qFormat/>
    <w:rsid w:val="0024493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Подзаголовок Знак"/>
    <w:basedOn w:val="a2"/>
    <w:link w:val="ac"/>
    <w:uiPriority w:val="11"/>
    <w:rsid w:val="00244939"/>
    <w:rPr>
      <w:rFonts w:asciiTheme="majorHAnsi" w:eastAsiaTheme="majorEastAsia" w:hAnsiTheme="majorHAnsi" w:cstheme="majorBidi"/>
      <w:i/>
      <w:iCs/>
      <w:color w:val="5B9BD5" w:themeColor="accent1"/>
      <w:spacing w:val="15"/>
      <w:sz w:val="24"/>
      <w:szCs w:val="24"/>
      <w:lang w:val="en-US"/>
    </w:rPr>
  </w:style>
  <w:style w:type="paragraph" w:styleId="ae">
    <w:name w:val="List Paragraph"/>
    <w:basedOn w:val="a1"/>
    <w:uiPriority w:val="34"/>
    <w:qFormat/>
    <w:rsid w:val="00244939"/>
    <w:pPr>
      <w:ind w:left="720"/>
      <w:contextualSpacing/>
    </w:pPr>
  </w:style>
  <w:style w:type="paragraph" w:styleId="af">
    <w:name w:val="Body Text"/>
    <w:basedOn w:val="a1"/>
    <w:link w:val="af0"/>
    <w:uiPriority w:val="99"/>
    <w:unhideWhenUsed/>
    <w:rsid w:val="00244939"/>
    <w:pPr>
      <w:spacing w:after="120"/>
    </w:pPr>
  </w:style>
  <w:style w:type="character" w:customStyle="1" w:styleId="af0">
    <w:name w:val="Основной текст Знак"/>
    <w:basedOn w:val="a2"/>
    <w:link w:val="af"/>
    <w:uiPriority w:val="99"/>
    <w:rsid w:val="00244939"/>
    <w:rPr>
      <w:rFonts w:eastAsiaTheme="minorEastAsia"/>
      <w:lang w:val="en-US"/>
    </w:rPr>
  </w:style>
  <w:style w:type="paragraph" w:styleId="23">
    <w:name w:val="Body Text 2"/>
    <w:basedOn w:val="a1"/>
    <w:link w:val="24"/>
    <w:uiPriority w:val="99"/>
    <w:unhideWhenUsed/>
    <w:rsid w:val="00244939"/>
    <w:pPr>
      <w:spacing w:after="120" w:line="480" w:lineRule="auto"/>
    </w:pPr>
  </w:style>
  <w:style w:type="character" w:customStyle="1" w:styleId="24">
    <w:name w:val="Основной текст 2 Знак"/>
    <w:basedOn w:val="a2"/>
    <w:link w:val="23"/>
    <w:uiPriority w:val="99"/>
    <w:rsid w:val="00244939"/>
    <w:rPr>
      <w:rFonts w:eastAsiaTheme="minorEastAsia"/>
      <w:lang w:val="en-US"/>
    </w:rPr>
  </w:style>
  <w:style w:type="paragraph" w:styleId="33">
    <w:name w:val="Body Text 3"/>
    <w:basedOn w:val="a1"/>
    <w:link w:val="34"/>
    <w:uiPriority w:val="99"/>
    <w:unhideWhenUsed/>
    <w:rsid w:val="00244939"/>
    <w:pPr>
      <w:spacing w:after="120"/>
    </w:pPr>
    <w:rPr>
      <w:sz w:val="16"/>
      <w:szCs w:val="16"/>
    </w:rPr>
  </w:style>
  <w:style w:type="character" w:customStyle="1" w:styleId="34">
    <w:name w:val="Основной текст 3 Знак"/>
    <w:basedOn w:val="a2"/>
    <w:link w:val="33"/>
    <w:uiPriority w:val="99"/>
    <w:rsid w:val="00244939"/>
    <w:rPr>
      <w:rFonts w:eastAsiaTheme="minorEastAsia"/>
      <w:sz w:val="16"/>
      <w:szCs w:val="16"/>
      <w:lang w:val="en-US"/>
    </w:rPr>
  </w:style>
  <w:style w:type="paragraph" w:styleId="af1">
    <w:name w:val="List"/>
    <w:basedOn w:val="a1"/>
    <w:uiPriority w:val="99"/>
    <w:unhideWhenUsed/>
    <w:rsid w:val="00244939"/>
    <w:pPr>
      <w:ind w:left="360" w:hanging="360"/>
      <w:contextualSpacing/>
    </w:pPr>
  </w:style>
  <w:style w:type="paragraph" w:styleId="25">
    <w:name w:val="List 2"/>
    <w:basedOn w:val="a1"/>
    <w:uiPriority w:val="99"/>
    <w:unhideWhenUsed/>
    <w:rsid w:val="00244939"/>
    <w:pPr>
      <w:ind w:left="720" w:hanging="360"/>
      <w:contextualSpacing/>
    </w:pPr>
  </w:style>
  <w:style w:type="paragraph" w:styleId="35">
    <w:name w:val="List 3"/>
    <w:basedOn w:val="a1"/>
    <w:uiPriority w:val="99"/>
    <w:unhideWhenUsed/>
    <w:rsid w:val="00244939"/>
    <w:pPr>
      <w:ind w:left="1080" w:hanging="360"/>
      <w:contextualSpacing/>
    </w:pPr>
  </w:style>
  <w:style w:type="paragraph" w:styleId="a0">
    <w:name w:val="List Bullet"/>
    <w:basedOn w:val="a1"/>
    <w:uiPriority w:val="99"/>
    <w:unhideWhenUsed/>
    <w:rsid w:val="00244939"/>
    <w:pPr>
      <w:numPr>
        <w:numId w:val="1"/>
      </w:numPr>
      <w:contextualSpacing/>
    </w:pPr>
  </w:style>
  <w:style w:type="paragraph" w:styleId="20">
    <w:name w:val="List Bullet 2"/>
    <w:basedOn w:val="a1"/>
    <w:uiPriority w:val="99"/>
    <w:unhideWhenUsed/>
    <w:rsid w:val="00244939"/>
    <w:pPr>
      <w:numPr>
        <w:numId w:val="2"/>
      </w:numPr>
      <w:contextualSpacing/>
    </w:pPr>
  </w:style>
  <w:style w:type="paragraph" w:styleId="30">
    <w:name w:val="List Bullet 3"/>
    <w:basedOn w:val="a1"/>
    <w:uiPriority w:val="99"/>
    <w:unhideWhenUsed/>
    <w:rsid w:val="00244939"/>
    <w:pPr>
      <w:numPr>
        <w:numId w:val="3"/>
      </w:numPr>
      <w:contextualSpacing/>
    </w:pPr>
  </w:style>
  <w:style w:type="paragraph" w:styleId="a">
    <w:name w:val="List Number"/>
    <w:basedOn w:val="a1"/>
    <w:uiPriority w:val="99"/>
    <w:unhideWhenUsed/>
    <w:rsid w:val="00244939"/>
    <w:pPr>
      <w:numPr>
        <w:numId w:val="5"/>
      </w:numPr>
      <w:contextualSpacing/>
    </w:pPr>
  </w:style>
  <w:style w:type="paragraph" w:styleId="2">
    <w:name w:val="List Number 2"/>
    <w:basedOn w:val="a1"/>
    <w:uiPriority w:val="99"/>
    <w:unhideWhenUsed/>
    <w:rsid w:val="00244939"/>
    <w:pPr>
      <w:numPr>
        <w:numId w:val="6"/>
      </w:numPr>
      <w:contextualSpacing/>
    </w:pPr>
  </w:style>
  <w:style w:type="paragraph" w:styleId="3">
    <w:name w:val="List Number 3"/>
    <w:basedOn w:val="a1"/>
    <w:uiPriority w:val="99"/>
    <w:unhideWhenUsed/>
    <w:rsid w:val="00244939"/>
    <w:pPr>
      <w:numPr>
        <w:numId w:val="7"/>
      </w:numPr>
      <w:contextualSpacing/>
    </w:pPr>
  </w:style>
  <w:style w:type="paragraph" w:styleId="af2">
    <w:name w:val="List Continue"/>
    <w:basedOn w:val="a1"/>
    <w:uiPriority w:val="99"/>
    <w:unhideWhenUsed/>
    <w:rsid w:val="00244939"/>
    <w:pPr>
      <w:spacing w:after="120"/>
      <w:ind w:left="360"/>
      <w:contextualSpacing/>
    </w:pPr>
  </w:style>
  <w:style w:type="paragraph" w:styleId="26">
    <w:name w:val="List Continue 2"/>
    <w:basedOn w:val="a1"/>
    <w:uiPriority w:val="99"/>
    <w:unhideWhenUsed/>
    <w:rsid w:val="00244939"/>
    <w:pPr>
      <w:spacing w:after="120"/>
      <w:ind w:left="720"/>
      <w:contextualSpacing/>
    </w:pPr>
  </w:style>
  <w:style w:type="paragraph" w:styleId="36">
    <w:name w:val="List Continue 3"/>
    <w:basedOn w:val="a1"/>
    <w:uiPriority w:val="99"/>
    <w:unhideWhenUsed/>
    <w:rsid w:val="00244939"/>
    <w:pPr>
      <w:spacing w:after="120"/>
      <w:ind w:left="1080"/>
      <w:contextualSpacing/>
    </w:pPr>
  </w:style>
  <w:style w:type="paragraph" w:styleId="af3">
    <w:name w:val="macro"/>
    <w:link w:val="af4"/>
    <w:uiPriority w:val="99"/>
    <w:unhideWhenUsed/>
    <w:rsid w:val="0024493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af4">
    <w:name w:val="Текст макроса Знак"/>
    <w:basedOn w:val="a2"/>
    <w:link w:val="af3"/>
    <w:uiPriority w:val="99"/>
    <w:rsid w:val="00244939"/>
    <w:rPr>
      <w:rFonts w:ascii="Courier" w:eastAsiaTheme="minorEastAsia" w:hAnsi="Courier"/>
      <w:sz w:val="20"/>
      <w:szCs w:val="20"/>
      <w:lang w:val="en-US"/>
    </w:rPr>
  </w:style>
  <w:style w:type="paragraph" w:styleId="27">
    <w:name w:val="Quote"/>
    <w:basedOn w:val="a1"/>
    <w:next w:val="a1"/>
    <w:link w:val="28"/>
    <w:uiPriority w:val="29"/>
    <w:qFormat/>
    <w:rsid w:val="00244939"/>
    <w:rPr>
      <w:i/>
      <w:iCs/>
      <w:color w:val="000000" w:themeColor="text1"/>
    </w:rPr>
  </w:style>
  <w:style w:type="character" w:customStyle="1" w:styleId="28">
    <w:name w:val="Цитата 2 Знак"/>
    <w:basedOn w:val="a2"/>
    <w:link w:val="27"/>
    <w:uiPriority w:val="29"/>
    <w:rsid w:val="00244939"/>
    <w:rPr>
      <w:rFonts w:eastAsiaTheme="minorEastAsia"/>
      <w:i/>
      <w:iCs/>
      <w:color w:val="000000" w:themeColor="text1"/>
      <w:lang w:val="en-US"/>
    </w:rPr>
  </w:style>
  <w:style w:type="paragraph" w:styleId="af5">
    <w:name w:val="caption"/>
    <w:basedOn w:val="a1"/>
    <w:next w:val="a1"/>
    <w:uiPriority w:val="35"/>
    <w:semiHidden/>
    <w:unhideWhenUsed/>
    <w:qFormat/>
    <w:rsid w:val="00244939"/>
    <w:pPr>
      <w:spacing w:line="240" w:lineRule="auto"/>
    </w:pPr>
    <w:rPr>
      <w:b/>
      <w:bCs/>
      <w:color w:val="5B9BD5" w:themeColor="accent1"/>
      <w:sz w:val="18"/>
      <w:szCs w:val="18"/>
    </w:rPr>
  </w:style>
  <w:style w:type="character" w:styleId="af6">
    <w:name w:val="Strong"/>
    <w:basedOn w:val="a2"/>
    <w:uiPriority w:val="22"/>
    <w:qFormat/>
    <w:rsid w:val="00244939"/>
    <w:rPr>
      <w:b/>
      <w:bCs/>
    </w:rPr>
  </w:style>
  <w:style w:type="character" w:styleId="af7">
    <w:name w:val="Emphasis"/>
    <w:basedOn w:val="a2"/>
    <w:uiPriority w:val="20"/>
    <w:qFormat/>
    <w:rsid w:val="00244939"/>
    <w:rPr>
      <w:i/>
      <w:iCs/>
    </w:rPr>
  </w:style>
  <w:style w:type="paragraph" w:styleId="af8">
    <w:name w:val="Intense Quote"/>
    <w:basedOn w:val="a1"/>
    <w:next w:val="a1"/>
    <w:link w:val="af9"/>
    <w:uiPriority w:val="30"/>
    <w:qFormat/>
    <w:rsid w:val="00244939"/>
    <w:pPr>
      <w:pBdr>
        <w:bottom w:val="single" w:sz="4" w:space="4" w:color="5B9BD5" w:themeColor="accent1"/>
      </w:pBdr>
      <w:spacing w:before="200" w:after="280"/>
      <w:ind w:left="936" w:right="936"/>
    </w:pPr>
    <w:rPr>
      <w:b/>
      <w:bCs/>
      <w:i/>
      <w:iCs/>
      <w:color w:val="5B9BD5" w:themeColor="accent1"/>
    </w:rPr>
  </w:style>
  <w:style w:type="character" w:customStyle="1" w:styleId="af9">
    <w:name w:val="Выделенная цитата Знак"/>
    <w:basedOn w:val="a2"/>
    <w:link w:val="af8"/>
    <w:uiPriority w:val="30"/>
    <w:rsid w:val="00244939"/>
    <w:rPr>
      <w:rFonts w:eastAsiaTheme="minorEastAsia"/>
      <w:b/>
      <w:bCs/>
      <w:i/>
      <w:iCs/>
      <w:color w:val="5B9BD5" w:themeColor="accent1"/>
      <w:lang w:val="en-US"/>
    </w:rPr>
  </w:style>
  <w:style w:type="character" w:styleId="afa">
    <w:name w:val="Subtle Emphasis"/>
    <w:basedOn w:val="a2"/>
    <w:uiPriority w:val="19"/>
    <w:qFormat/>
    <w:rsid w:val="00244939"/>
    <w:rPr>
      <w:i/>
      <w:iCs/>
      <w:color w:val="808080" w:themeColor="text1" w:themeTint="7F"/>
    </w:rPr>
  </w:style>
  <w:style w:type="character" w:styleId="afb">
    <w:name w:val="Intense Emphasis"/>
    <w:basedOn w:val="a2"/>
    <w:uiPriority w:val="21"/>
    <w:qFormat/>
    <w:rsid w:val="00244939"/>
    <w:rPr>
      <w:b/>
      <w:bCs/>
      <w:i/>
      <w:iCs/>
      <w:color w:val="5B9BD5" w:themeColor="accent1"/>
    </w:rPr>
  </w:style>
  <w:style w:type="character" w:styleId="afc">
    <w:name w:val="Subtle Reference"/>
    <w:basedOn w:val="a2"/>
    <w:uiPriority w:val="31"/>
    <w:qFormat/>
    <w:rsid w:val="00244939"/>
    <w:rPr>
      <w:smallCaps/>
      <w:color w:val="ED7D31" w:themeColor="accent2"/>
      <w:u w:val="single"/>
    </w:rPr>
  </w:style>
  <w:style w:type="character" w:styleId="afd">
    <w:name w:val="Intense Reference"/>
    <w:basedOn w:val="a2"/>
    <w:uiPriority w:val="32"/>
    <w:qFormat/>
    <w:rsid w:val="00244939"/>
    <w:rPr>
      <w:b/>
      <w:bCs/>
      <w:smallCaps/>
      <w:color w:val="ED7D31" w:themeColor="accent2"/>
      <w:spacing w:val="5"/>
      <w:u w:val="single"/>
    </w:rPr>
  </w:style>
  <w:style w:type="character" w:styleId="afe">
    <w:name w:val="Book Title"/>
    <w:basedOn w:val="a2"/>
    <w:uiPriority w:val="33"/>
    <w:qFormat/>
    <w:rsid w:val="00244939"/>
    <w:rPr>
      <w:b/>
      <w:bCs/>
      <w:smallCaps/>
      <w:spacing w:val="5"/>
    </w:rPr>
  </w:style>
  <w:style w:type="paragraph" w:styleId="aff">
    <w:name w:val="TOC Heading"/>
    <w:basedOn w:val="1"/>
    <w:next w:val="a1"/>
    <w:uiPriority w:val="39"/>
    <w:semiHidden/>
    <w:unhideWhenUsed/>
    <w:qFormat/>
    <w:rsid w:val="00244939"/>
    <w:pPr>
      <w:outlineLvl w:val="9"/>
    </w:pPr>
  </w:style>
  <w:style w:type="table" w:styleId="aff0">
    <w:name w:val="Table Grid"/>
    <w:basedOn w:val="a3"/>
    <w:uiPriority w:val="59"/>
    <w:rsid w:val="0024493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244939"/>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244939"/>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244939"/>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244939"/>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244939"/>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244939"/>
    <w:pPr>
      <w:spacing w:after="0" w:line="240" w:lineRule="auto"/>
    </w:pPr>
    <w:rPr>
      <w:rFonts w:eastAsiaTheme="minorEastAsia"/>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rsid w:val="00244939"/>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2">
    <w:name w:val="Light List"/>
    <w:basedOn w:val="a3"/>
    <w:uiPriority w:val="61"/>
    <w:rsid w:val="0024493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244939"/>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rsid w:val="00244939"/>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244939"/>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244939"/>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244939"/>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rsid w:val="00244939"/>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3">
    <w:name w:val="Light Grid"/>
    <w:basedOn w:val="a3"/>
    <w:uiPriority w:val="62"/>
    <w:rsid w:val="0024493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244939"/>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1">
    <w:name w:val="Light Grid Accent 2"/>
    <w:basedOn w:val="a3"/>
    <w:uiPriority w:val="62"/>
    <w:rsid w:val="00244939"/>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244939"/>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244939"/>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244939"/>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1">
    <w:name w:val="Light Grid Accent 6"/>
    <w:basedOn w:val="a3"/>
    <w:uiPriority w:val="62"/>
    <w:rsid w:val="00244939"/>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1">
    <w:name w:val="Medium Shading 1"/>
    <w:basedOn w:val="a3"/>
    <w:uiPriority w:val="63"/>
    <w:rsid w:val="00244939"/>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244939"/>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244939"/>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244939"/>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244939"/>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244939"/>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244939"/>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244939"/>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244939"/>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3"/>
    <w:uiPriority w:val="67"/>
    <w:rsid w:val="00244939"/>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244939"/>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244939"/>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244939"/>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3"/>
    <w:uiPriority w:val="67"/>
    <w:rsid w:val="00244939"/>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4">
    <w:name w:val="Dark List"/>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3"/>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5">
    <w:name w:val="Colorful Shading"/>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3"/>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7">
    <w:name w:val="Colorful Grid"/>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3"/>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8">
    <w:name w:val="Normal (Web)"/>
    <w:basedOn w:val="a1"/>
    <w:uiPriority w:val="99"/>
    <w:semiHidden/>
    <w:unhideWhenUsed/>
    <w:rsid w:val="002449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4">
    <w:name w:val="Сетка таблицы1"/>
    <w:basedOn w:val="a3"/>
    <w:next w:val="aff0"/>
    <w:uiPriority w:val="59"/>
    <w:locked/>
    <w:rsid w:val="0024493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ветлая заливка1"/>
    <w:basedOn w:val="a3"/>
    <w:next w:val="aff1"/>
    <w:uiPriority w:val="60"/>
    <w:rsid w:val="00244939"/>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Светлая заливка - Акцент 11"/>
    <w:basedOn w:val="a3"/>
    <w:next w:val="-1"/>
    <w:uiPriority w:val="60"/>
    <w:rsid w:val="00244939"/>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210">
    <w:name w:val="Светлая заливка - Акцент 21"/>
    <w:basedOn w:val="a3"/>
    <w:next w:val="-2"/>
    <w:uiPriority w:val="60"/>
    <w:rsid w:val="00244939"/>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310">
    <w:name w:val="Светлая заливка - Акцент 31"/>
    <w:basedOn w:val="a3"/>
    <w:next w:val="-3"/>
    <w:uiPriority w:val="60"/>
    <w:rsid w:val="00244939"/>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410">
    <w:name w:val="Светлая заливка - Акцент 41"/>
    <w:basedOn w:val="a3"/>
    <w:next w:val="-4"/>
    <w:uiPriority w:val="60"/>
    <w:rsid w:val="00244939"/>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
    <w:name w:val="Светлая заливка - Акцент 51"/>
    <w:basedOn w:val="a3"/>
    <w:next w:val="-5"/>
    <w:uiPriority w:val="60"/>
    <w:rsid w:val="00244939"/>
    <w:pPr>
      <w:spacing w:after="0" w:line="240" w:lineRule="auto"/>
    </w:pPr>
    <w:rPr>
      <w:rFonts w:eastAsiaTheme="minorEastAsia"/>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610">
    <w:name w:val="Светлая заливка - Акцент 61"/>
    <w:basedOn w:val="a3"/>
    <w:next w:val="-6"/>
    <w:uiPriority w:val="60"/>
    <w:rsid w:val="00244939"/>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16">
    <w:name w:val="Светлый список1"/>
    <w:basedOn w:val="a3"/>
    <w:next w:val="aff2"/>
    <w:uiPriority w:val="61"/>
    <w:rsid w:val="0024493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Светлый список - Акцент 11"/>
    <w:basedOn w:val="a3"/>
    <w:next w:val="-10"/>
    <w:uiPriority w:val="61"/>
    <w:rsid w:val="00244939"/>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211">
    <w:name w:val="Светлый список - Акцент 21"/>
    <w:basedOn w:val="a3"/>
    <w:next w:val="-20"/>
    <w:uiPriority w:val="61"/>
    <w:rsid w:val="00244939"/>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311">
    <w:name w:val="Светлый список - Акцент 31"/>
    <w:basedOn w:val="a3"/>
    <w:next w:val="-30"/>
    <w:uiPriority w:val="61"/>
    <w:rsid w:val="00244939"/>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411">
    <w:name w:val="Светлый список - Акцент 41"/>
    <w:basedOn w:val="a3"/>
    <w:next w:val="-40"/>
    <w:uiPriority w:val="61"/>
    <w:rsid w:val="00244939"/>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511">
    <w:name w:val="Светлый список - Акцент 51"/>
    <w:basedOn w:val="a3"/>
    <w:next w:val="-50"/>
    <w:uiPriority w:val="61"/>
    <w:rsid w:val="00244939"/>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611">
    <w:name w:val="Светлый список - Акцент 61"/>
    <w:basedOn w:val="a3"/>
    <w:next w:val="-60"/>
    <w:uiPriority w:val="61"/>
    <w:rsid w:val="00244939"/>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7">
    <w:name w:val="Светлая сетка1"/>
    <w:basedOn w:val="a3"/>
    <w:next w:val="aff3"/>
    <w:uiPriority w:val="62"/>
    <w:rsid w:val="0024493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2">
    <w:name w:val="Светлая сетка - Акцент 11"/>
    <w:basedOn w:val="a3"/>
    <w:next w:val="-11"/>
    <w:uiPriority w:val="62"/>
    <w:rsid w:val="00244939"/>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12">
    <w:name w:val="Светлая сетка - Акцент 21"/>
    <w:basedOn w:val="a3"/>
    <w:next w:val="-21"/>
    <w:uiPriority w:val="62"/>
    <w:rsid w:val="00244939"/>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312">
    <w:name w:val="Светлая сетка - Акцент 31"/>
    <w:basedOn w:val="a3"/>
    <w:next w:val="-31"/>
    <w:uiPriority w:val="62"/>
    <w:rsid w:val="00244939"/>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412">
    <w:name w:val="Светлая сетка - Акцент 41"/>
    <w:basedOn w:val="a3"/>
    <w:next w:val="-41"/>
    <w:uiPriority w:val="62"/>
    <w:rsid w:val="00244939"/>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512">
    <w:name w:val="Светлая сетка - Акцент 51"/>
    <w:basedOn w:val="a3"/>
    <w:next w:val="-51"/>
    <w:uiPriority w:val="62"/>
    <w:rsid w:val="00244939"/>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612">
    <w:name w:val="Светлая сетка - Акцент 61"/>
    <w:basedOn w:val="a3"/>
    <w:next w:val="-61"/>
    <w:uiPriority w:val="62"/>
    <w:rsid w:val="00244939"/>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110">
    <w:name w:val="Средняя заливка 11"/>
    <w:basedOn w:val="a3"/>
    <w:next w:val="11"/>
    <w:uiPriority w:val="63"/>
    <w:rsid w:val="00244939"/>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0">
    <w:name w:val="Средняя заливка 1 - Акцент 11"/>
    <w:basedOn w:val="a3"/>
    <w:next w:val="1-1"/>
    <w:uiPriority w:val="63"/>
    <w:rsid w:val="00244939"/>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210">
    <w:name w:val="Средняя заливка 1 - Акцент 21"/>
    <w:basedOn w:val="a3"/>
    <w:next w:val="1-2"/>
    <w:uiPriority w:val="63"/>
    <w:rsid w:val="00244939"/>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310">
    <w:name w:val="Средняя заливка 1 - Акцент 31"/>
    <w:basedOn w:val="a3"/>
    <w:next w:val="1-3"/>
    <w:uiPriority w:val="63"/>
    <w:rsid w:val="00244939"/>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1-410">
    <w:name w:val="Средняя заливка 1 - Акцент 41"/>
    <w:basedOn w:val="a3"/>
    <w:next w:val="1-4"/>
    <w:uiPriority w:val="63"/>
    <w:rsid w:val="00244939"/>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1-510">
    <w:name w:val="Средняя заливка 1 - Акцент 51"/>
    <w:basedOn w:val="a3"/>
    <w:next w:val="1-5"/>
    <w:uiPriority w:val="63"/>
    <w:rsid w:val="00244939"/>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1-610">
    <w:name w:val="Средняя заливка 1 - Акцент 61"/>
    <w:basedOn w:val="a3"/>
    <w:next w:val="1-6"/>
    <w:uiPriority w:val="63"/>
    <w:rsid w:val="00244939"/>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10">
    <w:name w:val="Средняя заливка 21"/>
    <w:basedOn w:val="a3"/>
    <w:next w:val="29"/>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3"/>
    <w:next w:val="2-1"/>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0">
    <w:name w:val="Средняя заливка 2 - Акцент 21"/>
    <w:basedOn w:val="a3"/>
    <w:next w:val="2-2"/>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заливка 2 - Акцент 31"/>
    <w:basedOn w:val="a3"/>
    <w:next w:val="2-3"/>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10">
    <w:name w:val="Средняя заливка 2 - Акцент 41"/>
    <w:basedOn w:val="a3"/>
    <w:next w:val="2-4"/>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10">
    <w:name w:val="Средняя заливка 2 - Акцент 51"/>
    <w:basedOn w:val="a3"/>
    <w:next w:val="2-5"/>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0">
    <w:name w:val="Средняя заливка 2 - Акцент 61"/>
    <w:basedOn w:val="a3"/>
    <w:next w:val="2-6"/>
    <w:uiPriority w:val="64"/>
    <w:rsid w:val="0024493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next w:val="12"/>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
    <w:basedOn w:val="a3"/>
    <w:next w:val="1-10"/>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211">
    <w:name w:val="Средний список 1 - Акцент 21"/>
    <w:basedOn w:val="a3"/>
    <w:next w:val="1-20"/>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1-311">
    <w:name w:val="Средний список 1 - Акцент 31"/>
    <w:basedOn w:val="a3"/>
    <w:next w:val="1-30"/>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411">
    <w:name w:val="Средний список 1 - Акцент 41"/>
    <w:basedOn w:val="a3"/>
    <w:next w:val="1-40"/>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511">
    <w:name w:val="Средний список 1 - Акцент 51"/>
    <w:basedOn w:val="a3"/>
    <w:next w:val="1-50"/>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1-611">
    <w:name w:val="Средний список 1 - Акцент 61"/>
    <w:basedOn w:val="a3"/>
    <w:next w:val="1-60"/>
    <w:uiPriority w:val="65"/>
    <w:rsid w:val="00244939"/>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211">
    <w:name w:val="Средний список 21"/>
    <w:basedOn w:val="a3"/>
    <w:next w:val="2a"/>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1">
    <w:name w:val="Средний список 2 - Акцент 11"/>
    <w:basedOn w:val="a3"/>
    <w:next w:val="2-10"/>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1">
    <w:name w:val="Средний список 2 - Акцент 21"/>
    <w:basedOn w:val="a3"/>
    <w:next w:val="2-20"/>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1">
    <w:name w:val="Средний список 2 - Акцент 31"/>
    <w:basedOn w:val="a3"/>
    <w:next w:val="2-30"/>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1">
    <w:name w:val="Средний список 2 - Акцент 41"/>
    <w:basedOn w:val="a3"/>
    <w:next w:val="2-40"/>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1">
    <w:name w:val="Средний список 2 - Акцент 51"/>
    <w:basedOn w:val="a3"/>
    <w:next w:val="2-50"/>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1">
    <w:name w:val="Средний список 2 - Акцент 61"/>
    <w:basedOn w:val="a3"/>
    <w:next w:val="2-60"/>
    <w:uiPriority w:val="66"/>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3"/>
    <w:next w:val="13"/>
    <w:uiPriority w:val="67"/>
    <w:rsid w:val="00244939"/>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2">
    <w:name w:val="Средняя сетка 1 - Акцент 11"/>
    <w:basedOn w:val="a3"/>
    <w:next w:val="1-11"/>
    <w:uiPriority w:val="67"/>
    <w:rsid w:val="00244939"/>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212">
    <w:name w:val="Средняя сетка 1 - Акцент 21"/>
    <w:basedOn w:val="a3"/>
    <w:next w:val="1-21"/>
    <w:uiPriority w:val="67"/>
    <w:rsid w:val="00244939"/>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1-312">
    <w:name w:val="Средняя сетка 1 - Акцент 31"/>
    <w:basedOn w:val="a3"/>
    <w:next w:val="1-31"/>
    <w:uiPriority w:val="67"/>
    <w:rsid w:val="00244939"/>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1-412">
    <w:name w:val="Средняя сетка 1 - Акцент 41"/>
    <w:basedOn w:val="a3"/>
    <w:next w:val="1-41"/>
    <w:uiPriority w:val="67"/>
    <w:rsid w:val="00244939"/>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1-512">
    <w:name w:val="Средняя сетка 1 - Акцент 51"/>
    <w:basedOn w:val="a3"/>
    <w:next w:val="1-51"/>
    <w:uiPriority w:val="67"/>
    <w:rsid w:val="00244939"/>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1-612">
    <w:name w:val="Средняя сетка 1 - Акцент 61"/>
    <w:basedOn w:val="a3"/>
    <w:next w:val="1-61"/>
    <w:uiPriority w:val="67"/>
    <w:rsid w:val="00244939"/>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212">
    <w:name w:val="Средняя сетка 21"/>
    <w:basedOn w:val="a3"/>
    <w:next w:val="2b"/>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2">
    <w:name w:val="Средняя сетка 2 - Акцент 11"/>
    <w:basedOn w:val="a3"/>
    <w:next w:val="2-11"/>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2-212">
    <w:name w:val="Средняя сетка 2 - Акцент 21"/>
    <w:basedOn w:val="a3"/>
    <w:next w:val="2-21"/>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2-312">
    <w:name w:val="Средняя сетка 2 - Акцент 31"/>
    <w:basedOn w:val="a3"/>
    <w:next w:val="2-31"/>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2-412">
    <w:name w:val="Средняя сетка 2 - Акцент 41"/>
    <w:basedOn w:val="a3"/>
    <w:next w:val="2-41"/>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2-512">
    <w:name w:val="Средняя сетка 2 - Акцент 51"/>
    <w:basedOn w:val="a3"/>
    <w:next w:val="2-51"/>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2-612">
    <w:name w:val="Средняя сетка 2 - Акцент 61"/>
    <w:basedOn w:val="a3"/>
    <w:next w:val="2-61"/>
    <w:uiPriority w:val="68"/>
    <w:rsid w:val="0024493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310">
    <w:name w:val="Средняя сетка 31"/>
    <w:basedOn w:val="a3"/>
    <w:next w:val="37"/>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Средняя сетка 3 - Акцент 11"/>
    <w:basedOn w:val="a3"/>
    <w:next w:val="3-1"/>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3-21">
    <w:name w:val="Средняя сетка 3 - Акцент 21"/>
    <w:basedOn w:val="a3"/>
    <w:next w:val="3-2"/>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3-31">
    <w:name w:val="Средняя сетка 3 - Акцент 31"/>
    <w:basedOn w:val="a3"/>
    <w:next w:val="3-3"/>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3-41">
    <w:name w:val="Средняя сетка 3 - Акцент 41"/>
    <w:basedOn w:val="a3"/>
    <w:next w:val="3-4"/>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3-51">
    <w:name w:val="Средняя сетка 3 - Акцент 51"/>
    <w:basedOn w:val="a3"/>
    <w:next w:val="3-5"/>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61">
    <w:name w:val="Средняя сетка 3 - Акцент 61"/>
    <w:basedOn w:val="a3"/>
    <w:next w:val="3-6"/>
    <w:uiPriority w:val="69"/>
    <w:rsid w:val="00244939"/>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8">
    <w:name w:val="Темный список1"/>
    <w:basedOn w:val="a3"/>
    <w:next w:val="aff4"/>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13">
    <w:name w:val="Темный список - Акцент 11"/>
    <w:basedOn w:val="a3"/>
    <w:next w:val="-12"/>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213">
    <w:name w:val="Темный список - Акцент 21"/>
    <w:basedOn w:val="a3"/>
    <w:next w:val="-22"/>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313">
    <w:name w:val="Темный список - Акцент 31"/>
    <w:basedOn w:val="a3"/>
    <w:next w:val="-32"/>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13">
    <w:name w:val="Темный список - Акцент 41"/>
    <w:basedOn w:val="a3"/>
    <w:next w:val="-42"/>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513">
    <w:name w:val="Темный список - Акцент 51"/>
    <w:basedOn w:val="a3"/>
    <w:next w:val="-52"/>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613">
    <w:name w:val="Темный список - Акцент 61"/>
    <w:basedOn w:val="a3"/>
    <w:next w:val="-62"/>
    <w:uiPriority w:val="70"/>
    <w:rsid w:val="00244939"/>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19">
    <w:name w:val="Цветная заливка1"/>
    <w:basedOn w:val="a3"/>
    <w:next w:val="aff5"/>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14">
    <w:name w:val="Цветная заливка - Акцент 11"/>
    <w:basedOn w:val="a3"/>
    <w:next w:val="-1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214">
    <w:name w:val="Цветная заливка - Акцент 21"/>
    <w:basedOn w:val="a3"/>
    <w:next w:val="-2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314">
    <w:name w:val="Цветная заливка - Акцент 31"/>
    <w:basedOn w:val="a3"/>
    <w:next w:val="-3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414">
    <w:name w:val="Цветная заливка - Акцент 41"/>
    <w:basedOn w:val="a3"/>
    <w:next w:val="-4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
    <w:basedOn w:val="a3"/>
    <w:next w:val="-5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614">
    <w:name w:val="Цветная заливка - Акцент 61"/>
    <w:basedOn w:val="a3"/>
    <w:next w:val="-63"/>
    <w:uiPriority w:val="71"/>
    <w:rsid w:val="00244939"/>
    <w:pPr>
      <w:spacing w:after="0" w:line="240" w:lineRule="auto"/>
    </w:pPr>
    <w:rPr>
      <w:rFonts w:eastAsiaTheme="minorEastAsia"/>
      <w:color w:val="000000" w:themeColor="text1"/>
      <w:lang w:val="en-US"/>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1a">
    <w:name w:val="Цветной список1"/>
    <w:basedOn w:val="a3"/>
    <w:next w:val="aff6"/>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15">
    <w:name w:val="Цветной список - Акцент 11"/>
    <w:basedOn w:val="a3"/>
    <w:next w:val="-14"/>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215">
    <w:name w:val="Цветной список - Акцент 21"/>
    <w:basedOn w:val="a3"/>
    <w:next w:val="-24"/>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315">
    <w:name w:val="Цветной список - Акцент 31"/>
    <w:basedOn w:val="a3"/>
    <w:next w:val="-34"/>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415">
    <w:name w:val="Цветной список - Акцент 41"/>
    <w:basedOn w:val="a3"/>
    <w:next w:val="-44"/>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515">
    <w:name w:val="Цветной список - Акцент 51"/>
    <w:basedOn w:val="a3"/>
    <w:next w:val="-54"/>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615">
    <w:name w:val="Цветной список - Акцент 61"/>
    <w:basedOn w:val="a3"/>
    <w:next w:val="-64"/>
    <w:uiPriority w:val="72"/>
    <w:rsid w:val="00244939"/>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1b">
    <w:name w:val="Цветная сетка1"/>
    <w:basedOn w:val="a3"/>
    <w:next w:val="aff7"/>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6">
    <w:name w:val="Цветная сетка - Акцент 11"/>
    <w:basedOn w:val="a3"/>
    <w:next w:val="-15"/>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16">
    <w:name w:val="Цветная сетка - Акцент 21"/>
    <w:basedOn w:val="a3"/>
    <w:next w:val="-25"/>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316">
    <w:name w:val="Цветная сетка - Акцент 31"/>
    <w:basedOn w:val="a3"/>
    <w:next w:val="-35"/>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416">
    <w:name w:val="Цветная сетка - Акцент 41"/>
    <w:basedOn w:val="a3"/>
    <w:next w:val="-45"/>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516">
    <w:name w:val="Цветная сетка - Акцент 51"/>
    <w:basedOn w:val="a3"/>
    <w:next w:val="-55"/>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616">
    <w:name w:val="Цветная сетка - Акцент 61"/>
    <w:basedOn w:val="a3"/>
    <w:next w:val="-65"/>
    <w:uiPriority w:val="73"/>
    <w:rsid w:val="00244939"/>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36</Pages>
  <Words>10642</Words>
  <Characters>60660</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Васильевна Чистякова</dc:creator>
  <cp:keywords/>
  <dc:description/>
  <cp:lastModifiedBy>Завуч</cp:lastModifiedBy>
  <cp:revision>2</cp:revision>
  <dcterms:created xsi:type="dcterms:W3CDTF">2022-08-24T05:18:00Z</dcterms:created>
  <dcterms:modified xsi:type="dcterms:W3CDTF">2022-10-17T05:33:00Z</dcterms:modified>
</cp:coreProperties>
</file>